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大学生毕业实习报告模板及范文（通用版）</w:t>
      </w:r>
    </w:p>
    <w:p>
      <w:r>
        <w:t>一、实习基本信息</w:t>
      </w:r>
    </w:p>
    <w:p>
      <w:r>
        <w:t>实习单位：XXXXXX有限公司（或XX单位）</w:t>
      </w:r>
    </w:p>
    <w:p>
      <w:r>
        <w:t>实习部门：XX部</w:t>
      </w:r>
    </w:p>
    <w:p>
      <w:r>
        <w:t>实习岗位：XX实习生</w:t>
      </w:r>
    </w:p>
    <w:p>
      <w:r>
        <w:t>实习时间：2026年X月X日至2026年X月X日，共计X周</w:t>
      </w:r>
    </w:p>
    <w:p>
      <w:r>
        <w:t>实习指导老师：XXX（学校）、XXX（单位）</w:t>
      </w:r>
    </w:p>
    <w:p>
      <w:r>
        <w:rPr>
          <w:b/>
          <w:sz w:val="28"/>
        </w:rPr>
        <w:t>二、实习单位简介</w:t>
      </w:r>
    </w:p>
    <w:p>
      <w:r>
        <w:t>XXXXXX有限公司成立于XXXX年，是一家主要从事XX业务的企业，注册资本XX万元，现有员工XX人。公司总部位于XX市XX区，在全国设有X家分公司。公司主要经营范围包括：XX、XX、XX等。公司秉承诚信、创新、协作、共赢的经营理念，在行业内享有良好声誉，连续多年获得XX荣誉称号。公司注重人才培养，为员工提供完善的培训体系和广阔的发展空间。</w:t>
      </w:r>
    </w:p>
    <w:p>
      <w:r>
        <w:rPr>
          <w:b/>
          <w:sz w:val="28"/>
        </w:rPr>
        <w:t>三、实习目的</w:t>
      </w:r>
    </w:p>
    <w:p>
      <w:r>
        <w:t>毕业实习是大学学习阶段的重要实践环节，其主要目的包括：一是将在校所学的专业理论知识与实际工作相结合，加深对专业知识的理解和运用；二是了解行业发展现状和企业运作模式，熟悉岗位工作流程和职业规范；三是培养实际工作能力、沟通协调能力和解决问题的能力，为今后正式走上工作岗位打下基础；四是通过实习体验职场环境，明确自身职业发展方向，增强就业竞争力；五是完成学校规定的实习教学任务，为顺利毕业和撰写毕业论文提供实践素材。</w:t>
      </w:r>
    </w:p>
    <w:p>
      <w:r>
        <w:rPr>
          <w:b/>
          <w:sz w:val="28"/>
        </w:rPr>
        <w:t>四、实习主要内容</w:t>
      </w:r>
    </w:p>
    <w:p>
      <w:r>
        <w:t>在为期X周的实习中，我主要在XX部门协助完成以下工作：</w:t>
      </w:r>
    </w:p>
    <w:p>
      <w:r>
        <w:t>第一周为入职培训阶段。在部门主管的安排下，我系统学习了公司的规章制度、企业文化、业务流程和安全规范，熟悉了办公系统（OA）、业务系统的操作方法。通过入职培训，我对公司的整体架构和本部门的职责分工有了初步了解，也认识到从学生到职场人的角色转变需要一个适应过程。</w:t>
      </w:r>
    </w:p>
    <w:p>
      <w:r>
        <w:t>第二周至第四周为跟岗学习阶段。我跟随带教老师参与日常业务工作，主要包括：协助整理客户资料和业务档案共XX份；参与X次客户拜访和市场调研活动；协助撰写业务报告和会议纪要X份；学习使用XX软件进行数据处理和分析。在这一阶段，我从最初的旁观学习逐步过渡到能够独立完成一些基础性工作。带教老师耐心细致的指导让我受益匪浅。</w:t>
      </w:r>
    </w:p>
    <w:p>
      <w:r>
        <w:t>第五周至第八周为独立实践阶段。在带教老师的指导下，我开始独立承担部分工作任务：独立完成XX项目的基础数据收集和整理工作；独立对接X家客户的日常沟通和需求反馈；参与XX方案的前期调研和初稿撰写；协助组织部门内部会议X次，负责会议记录和纪要整理。通过这一阶段的实践，我的实际工作能力得到了明显提升，也更加自信地面对各项工作挑战。</w:t>
      </w:r>
    </w:p>
    <w:p>
      <w:r>
        <w:rPr>
          <w:b/>
          <w:sz w:val="28"/>
        </w:rPr>
        <w:t>五、实习收获与体会</w:t>
      </w:r>
    </w:p>
    <w:p>
      <w:r>
        <w:t>通过这次毕业实习，我主要有以下几方面收获：</w:t>
      </w:r>
    </w:p>
    <w:p>
      <w:r>
        <w:t>一是专业知识得到了实际运用。在学校学习的XX理论、XX方法，在实际工作中得到了具体应用。我深刻体会到，书本知识和实际工作之间还有不小差距，只有通过实践才能真正掌握。</w:t>
      </w:r>
    </w:p>
    <w:p>
      <w:r>
        <w:t>二是职业素养得到了有效锻炼。从学校到职场，环境的转变让我学会了守时、负责、沟通、协作。每天按时上下班、认真完成每一项任务、遇到问题主动请教，这些看似简单的要求，实际上是职业素养的基本体现。</w:t>
      </w:r>
    </w:p>
    <w:p>
      <w:r>
        <w:t>三是沟通能力得到了明显提升。实习期间需要与部门同事、客户、其他部门人员进行大量沟通。我从最初的紧张拘谨，逐步做到能够清晰表达自己的观点、准确理解他人的需求，沟通能力有了长足进步。</w:t>
      </w:r>
    </w:p>
    <w:p>
      <w:r>
        <w:t>四是明确了职业发展方向。通过实习，我对XX行业有了更加直观的认识，对XX岗位的工作内容和职业要求有了深入了解。这帮助我明确了今后的职业发展方向，也让我看到了自身的不足和需要努力的地方。</w:t>
      </w:r>
    </w:p>
    <w:p>
      <w:r>
        <w:rPr>
          <w:b/>
          <w:sz w:val="28"/>
        </w:rPr>
        <w:t>六、存在的不足与改进方向</w:t>
      </w:r>
    </w:p>
    <w:p>
      <w:r>
        <w:t>实习过程中我也发现了自己存在不少不足：一是专业知识储备还不够扎实，面对实际问题时常常感到知识不够用；二是工作经验不足，处理复杂问题时思路不够开阔；三是办公软件的熟练程度还有待提高，特别是Excel高级功能和数据分析工具使用不够熟练；四是英语口语和书面表达能力还需要进一步加强；五是时间管理能力有待提升，有时在多项任务并行时会感到手忙脚乱。针对这些不足，我将在最后一学年的学习中有针对性地加以弥补，多读书、多实践、多思考，不断提升自己的综合素质。</w:t>
      </w:r>
    </w:p>
    <w:p>
      <w:r>
        <w:rPr>
          <w:b/>
          <w:sz w:val="28"/>
        </w:rPr>
        <w:t>七、致谢</w:t>
      </w:r>
    </w:p>
    <w:p>
      <w:r>
        <w:t>感谢XX单位为我提供了这次宝贵的实习机会，感谢部门主管和带教老师在实习期间给予我的悉心指导和热情帮助，感谢学校老师在实习前对我的耐心培训和实习过程中的关心指导。这次实习经历将成为我人生中的宝贵财富，激励我在今后的学习和工作中不断进步。</w:t>
      </w:r>
    </w:p>
    <w:p/>
    <w:p>
      <w:r>
        <w:t>实习生：XXX</w:t>
      </w:r>
    </w:p>
    <w:p>
      <w:r>
        <w:t>2026年X月X日</w:t>
      </w:r>
    </w:p>
    <w:p>
      <w:r>
        <w:rPr>
          <w:b/>
          <w:sz w:val="28"/>
        </w:rPr>
        <w:t>八、实习总结</w:t>
      </w:r>
    </w:p>
    <w:p>
      <w:r>
        <w:t>回顾整个实习过程，从初入职场的紧张不安到后来的从容应对，从对业务的一知半解到能够独立完成工作任务，这其中的每一步成长都离不开单位领导的关心、带教老师的指导和同事们的帮助。这次实习让我真正走出了象牙塔，亲身感受了职场的节奏和氛围，也让我对自己的专业有了更深层次的认识。</w:t>
      </w:r>
    </w:p>
    <w:p>
      <w:r>
        <w:t>在今后的学习和工作中，我将把这次实习的收获转化为前进的动力，查漏补缺、夯实基础，不断提升自己的专业能力和综合素质，努力成长为一名对社会有用的人才。再次感谢实习单位和学校给予我的这次宝贵机会！</w:t>
      </w:r>
    </w:p>
    <w:p>
      <w:r>
        <w:t>再次向所有在实习期间给予我帮助和指导的师长、同事表示最诚挚的谢意！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