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入党积极分子思想汇报（2026年第四季度标准版）</w:t>
      </w:r>
    </w:p>
    <w:p>
      <w:r>
        <w:t>敬爱的党组织：</w:t>
      </w:r>
    </w:p>
    <w:p>
      <w:r>
        <w:t>作为一名入党积极分子，我怀着无比崇敬的心情向党组织汇报我近期在思想、工作、学习和生活等方面的情况。自被确定为入党积极分子以来，我在党组织的悉心培养和教育下，在党支部和老党员同志的帮助指导下，对党的认识更加深刻，对共产主义信仰更加坚定，入党的愿望也更加强烈。现将本季度的思想情况向党组织作如下汇报：</w:t>
      </w:r>
    </w:p>
    <w:p>
      <w:r>
        <w:rPr>
          <w:b/>
          <w:sz w:val="28"/>
        </w:rPr>
        <w:t>一、深入学习党的创新理论，坚定理想信念</w:t>
      </w:r>
    </w:p>
    <w:p>
      <w:r>
        <w:t>本季度，我系统学习了《习近平著作选读》第一卷、第二卷，重点研读了关于坚持和发展中国特色社会主义、关于中国式现代化、关于党的自我革命等重要论述。通过参加党支部组织的第一议题学习、主题党日活动和专题读书班，我深刻认识到：中国共产党为什么能，中国特色社会主义为什么好，归根到底是马克思主义行，是中国化时代化的马克思主义行。习近平新时代中国特色社会主义思想是当代中国马克思主义、二十一世纪马克思主义，是中华文化和中国精神的时代精华。</w:t>
      </w:r>
    </w:p>
    <w:p>
      <w:r>
        <w:t>在学习党的二十届四中全会精神过程中，我认真聆听了全会公报，研读了中共中央关于制定国民经济和社会发展第十五个五年规划的建议，对未来五年国家发展的宏伟蓝图有了更加清晰的认识。我深刻体会到，我们党始终把人民利益放在最高位置，始终与人民想在一起、干在一起，这是我们党战胜一切困难和风险的根本保证。作为一名入党积极分子，我更加坚定了紧跟党走、为共产主义事业奋斗终身的信念。</w:t>
      </w:r>
    </w:p>
    <w:p>
      <w:r>
        <w:t>此外，我还认真学习了《中国共产党章程》《关于党内政治生活的若干准则》等党内法规，对党员的权利和义务、党的组织制度、党的纪律有了更加全面的了解。我认识到，加入中国共产党不仅是一种荣誉，更是一份沉甸甸的责任，必须时刻用党员标准严格要求自己。</w:t>
      </w:r>
    </w:p>
    <w:p>
      <w:r>
        <w:rPr>
          <w:b/>
          <w:sz w:val="28"/>
        </w:rPr>
        <w:t>二、立足岗位践行初心使命，发挥模范作用</w:t>
      </w:r>
    </w:p>
    <w:p>
      <w:r>
        <w:t>在工作中，我始终以党员标准严格要求自己，努力在本职岗位上践行初心使命。本季度我主要承担了以下工作：一是圆满完成了单位年度重点项目的前期调研和方案起草工作，先后深入基层一线调研12次，走访服务对象80余家，形成调研报告2份，为领导决策提供了重要参考；二是主动承担了科室里急难险重的任务，在迎接上级专项检查工作中，加班加点整理材料，连续工作两周，确保了检查顺利通过；三是积极参与志愿服务活动，先后参加社区环境整治、政策宣传进社区、关爱孤寡老人等志愿服务6次，累计服务时长32小时。</w:t>
      </w:r>
    </w:p>
    <w:p>
      <w:r>
        <w:t>通过这些实践，我深刻体会到：党员的先进性不是喊出来的，而是干出来的。只有在平凡的岗位上脚踏实地、默默奉献，才能真正体现为人民服务的宗旨。身边的老党员同志们不怕苦、不怕累、冲锋在前的精神深深感染了我，也激励着我不断向他们看齐。</w:t>
      </w:r>
    </w:p>
    <w:p>
      <w:r>
        <w:t>在日常生活中，我也注意以党员标准规范自己的言行，团结同事、乐于助人，主动关心身边有困难的同志，积极参与单位和社区组织的各项公益活动。</w:t>
      </w:r>
    </w:p>
    <w:p>
      <w:r>
        <w:rPr>
          <w:b/>
          <w:sz w:val="28"/>
        </w:rPr>
        <w:t>三、反思自身存在的不足</w:t>
      </w:r>
    </w:p>
    <w:p>
      <w:r>
        <w:t>对照党员标准，我清醒地认识到自己还存在以下差距和不足：一是理论学习的系统性还不够，有时存在碎片化学习、浅尝辄止的问题，对一些重大理论问题的理解还不够深入；二是在面对复杂问题时，政治判断力、政治领悟力、政治执行力还有待提高；三是工作中有时存在求稳怕错的思想，开拓创新的勇气不足；四是与身边同志的沟通交流还不够主动，在团结同志、带动同事方面还有差距；五是批评与自我批评的武器运用得还不够好，有时碍于情面不敢直言。</w:t>
      </w:r>
    </w:p>
    <w:p>
      <w:r>
        <w:rPr>
          <w:b/>
          <w:sz w:val="28"/>
        </w:rPr>
        <w:t>四、今后的努力方向</w:t>
      </w:r>
    </w:p>
    <w:p>
      <w:r>
        <w:t>针对以上不足，我将从以下几个方面加以改进：一是制定个人理论学习计划，每周至少安排4小时集中学习，认真研读经典著作，做到读原著、学原文、悟原理；二是主动承担更具挑战性的工作任务，在实践中锤炼党性、增长才干；三是更加严格地要求自己，在工作和生活中发挥好积极分子的带头作用；四是主动向党组织汇报思想，虚心接受党员同志们的批评帮助，争取早日在思想上、行动上达到一名合格共产党员的标准；五是认真开展批评与自我批评，敢于揭短亮丑，不断修正自己的缺点和错误。</w:t>
      </w:r>
    </w:p>
    <w:p>
      <w:r>
        <w:t>敬爱的党组织，以上是我本季度的思想汇报。如有不当之处，恳请党组织批评指正。我将继续以党员标准严格要求自己，不断改进不足，争取早日加入中国共产党。</w:t>
      </w:r>
    </w:p>
    <w:p/>
    <w:p>
      <w:r>
        <w:t>汇报人：XXX</w:t>
      </w:r>
    </w:p>
    <w:p>
      <w:r>
        <w:t>2026年X月X日</w:t>
      </w:r>
    </w:p>
    <w:p>
      <w:r>
        <w:rPr>
          <w:b/>
          <w:sz w:val="28"/>
        </w:rPr>
        <w:t>五、结合实际的反思</w:t>
      </w:r>
    </w:p>
    <w:p>
      <w:r>
        <w:t>通过学习党章和先进典型事迹，我对照自己的日常言行进行了深刻反思。我认识到，一名真正的共产党员，不仅要在组织上入党，更要在思想上入党。在日常工作中，我有时会满足于完成手头的任务，缺乏主动思考和超前谋划的意识；在与同事相处时，有时会过于关注工作本身，忽视了对同事生活和思想上的关心。这些都是我今后需要改进的地方。我将以身边优秀党员为榜样，从小事做起，从细节做起，在平凡的岗位上践行入党初心。</w:t>
      </w:r>
    </w:p>
    <w:p>
      <w:r>
        <w:t>同时，我也积极参加了党支部组织的结对帮扶活动，与社区一户困难家庭结成帮扶对子，定期上门走访、帮助解决实际困难。通过这些实践活动，我更加深刻地理解了为人民服务的深刻内涵，也更加坚定了加入中国共产党的决心。</w:t>
      </w:r>
    </w:p>
    <w:p>
      <w:r>
        <w:t>以上汇报，请党组织在实践中考验我！我将以实际行动践行自己的诺言，争取早日成为一名光荣的中国共产党党员。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