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餐饮合伙经营协议书（两人合伙开店标准版）</w:t>
      </w:r>
    </w:p>
    <w:p>
      <w:r>
        <w:rPr>
          <w:sz w:val="22"/>
        </w:rPr>
        <w:t>甲方（合伙人一）：____________  身份证号：____________  联系电话：____________</w:t>
      </w:r>
    </w:p>
    <w:p>
      <w:r>
        <w:rPr>
          <w:sz w:val="22"/>
        </w:rPr>
        <w:t>乙方（合伙人二）：____________  身份证号：____________  联系电话：____________</w:t>
      </w:r>
    </w:p>
    <w:p>
      <w:r>
        <w:rPr>
          <w:sz w:val="22"/>
        </w:rPr>
        <w:t>甲、乙双方本着平等互利、诚实信用、共同出资、共享收益、共担风险的原则，经充分协商，就共同投资经营餐饮店铺事宜，达成如下合伙协议，共同遵守。</w:t>
      </w:r>
    </w:p>
    <w:p>
      <w:pPr>
        <w:pStyle w:val="Heading1"/>
      </w:pPr>
      <w:r>
        <w:t>第一条  合伙项目</w:t>
      </w:r>
    </w:p>
    <w:p>
      <w:r>
        <w:rPr>
          <w:sz w:val="22"/>
        </w:rPr>
        <w:t>1.1 合伙项目名称：____________餐饮店（以工商核准登记为准）。</w:t>
      </w:r>
    </w:p>
    <w:p>
      <w:r>
        <w:rPr>
          <w:sz w:val="22"/>
        </w:rPr>
        <w:t>1.2 经营地址：________________。</w:t>
      </w:r>
    </w:p>
    <w:p>
      <w:r>
        <w:rPr>
          <w:sz w:val="22"/>
        </w:rPr>
        <w:t>1.3 经营范围：餐饮服务、烟酒零售、外卖配送等（以营业执照核准范围为准）。</w:t>
      </w:r>
    </w:p>
    <w:p>
      <w:pPr>
        <w:pStyle w:val="Heading1"/>
      </w:pPr>
      <w:r>
        <w:t>第二条  合伙期限</w:t>
      </w:r>
    </w:p>
    <w:p>
      <w:r>
        <w:rPr>
          <w:sz w:val="22"/>
        </w:rPr>
        <w:t>2.1 本合伙经营期限为__年，自____年__月__日起至____年__月__日止。</w:t>
      </w:r>
    </w:p>
    <w:p>
      <w:r>
        <w:rPr>
          <w:sz w:val="22"/>
        </w:rPr>
        <w:t>2.2 合伙期满前3个月，双方协商是否继续合伙。如继续，另行签订合伙协议；如不继续，进行清算。</w:t>
      </w:r>
    </w:p>
    <w:p>
      <w:pPr>
        <w:pStyle w:val="Heading1"/>
      </w:pPr>
      <w:r>
        <w:t>第三条  出资方式与股权比例</w:t>
      </w:r>
    </w:p>
    <w:p>
      <w:r>
        <w:rPr>
          <w:sz w:val="22"/>
        </w:rPr>
        <w:t>3.1 甲方出资：人民币________元，占总投资额的__%。出资方式为：现金。出资到位时间：____年__月__日前。</w:t>
      </w:r>
    </w:p>
    <w:p>
      <w:r>
        <w:rPr>
          <w:sz w:val="22"/>
        </w:rPr>
        <w:t>3.2 乙方出资：人民币________元，占总投资额的__%。出资方式为：现金+技术（厨师技能）。现金出资________元于____年__月__日前到位。</w:t>
      </w:r>
    </w:p>
    <w:p>
      <w:r>
        <w:rPr>
          <w:sz w:val="22"/>
        </w:rPr>
        <w:t>3.3 店铺总投资额为人民币________元，主要用于：店面租金及押金、装修费用、厨具设备采购、桌椅餐具、首批原材料采购、证照办理、开业宣传、流动资金等。</w:t>
      </w:r>
    </w:p>
    <w:p>
      <w:r>
        <w:rPr>
          <w:sz w:val="22"/>
        </w:rPr>
        <w:t>3.4 合伙期间，各合伙人的出资为共有财产，不得随意请求分割。合伙终止后，各合伙人的出资仍为个人所有，届时予以返还。</w:t>
      </w:r>
    </w:p>
    <w:p>
      <w:pPr>
        <w:pStyle w:val="Heading1"/>
      </w:pPr>
      <w:r>
        <w:t>第四条  盈亏分配</w:t>
      </w:r>
    </w:p>
    <w:p>
      <w:r>
        <w:rPr>
          <w:sz w:val="22"/>
        </w:rPr>
        <w:t>4.1 店铺经营所得净利润，按甲方__%、乙方__%的比例分配。</w:t>
      </w:r>
    </w:p>
    <w:p>
      <w:r>
        <w:rPr>
          <w:sz w:val="22"/>
        </w:rPr>
        <w:t>4.2 每月结算一次，于次月__日前完成上月利润核算和分配。</w:t>
      </w:r>
    </w:p>
    <w:p>
      <w:r>
        <w:rPr>
          <w:sz w:val="22"/>
        </w:rPr>
        <w:t>4.3 店铺如发生亏损，由双方按上述出资比例共同承担。任何一方对外偿还债务后，另一方应当按比例在10日内向对方清偿自己应负担的部分。</w:t>
      </w:r>
    </w:p>
    <w:p>
      <w:r>
        <w:rPr>
          <w:sz w:val="22"/>
        </w:rPr>
        <w:t>4.4 每月利润分配前，应预留当月营业额的__%作为店铺发展基金和风险准备金，用于设备维修更新、淡季周转等。</w:t>
      </w:r>
    </w:p>
    <w:p>
      <w:pPr>
        <w:pStyle w:val="Heading1"/>
      </w:pPr>
      <w:r>
        <w:t>第五条  分工与管理</w:t>
      </w:r>
    </w:p>
    <w:p>
      <w:r>
        <w:rPr>
          <w:sz w:val="22"/>
        </w:rPr>
        <w:t>5.1 甲方负责：店面日常经营管理、前台收银、采购、人员招聘与排班、对外联络等。</w:t>
      </w:r>
    </w:p>
    <w:p>
      <w:r>
        <w:rPr>
          <w:sz w:val="22"/>
        </w:rPr>
        <w:t>5.2 乙方负责：后厨管理、菜品研发与出品控制、食材质量把关、厨房人员管理等。</w:t>
      </w:r>
    </w:p>
    <w:p>
      <w:r>
        <w:rPr>
          <w:sz w:val="22"/>
        </w:rPr>
        <w:t>5.3 双方共同决定：菜单定价、大额支出（单笔超过____元）、人员招聘与辞退、装修改造、营销活动方案等重大事项。</w:t>
      </w:r>
    </w:p>
    <w:p>
      <w:r>
        <w:rPr>
          <w:sz w:val="22"/>
        </w:rPr>
        <w:t>5.4 任何一方不得擅自决定店铺的重大事项。重大事项须经双方书面同意方可执行。</w:t>
      </w:r>
    </w:p>
    <w:p>
      <w:pPr>
        <w:pStyle w:val="Heading1"/>
      </w:pPr>
      <w:r>
        <w:t>第六条  财务管理</w:t>
      </w:r>
    </w:p>
    <w:p>
      <w:r>
        <w:rPr>
          <w:sz w:val="22"/>
        </w:rPr>
        <w:t>6.1 店铺设立专门的银行账户和现金日记账，所有收支全部入账。</w:t>
      </w:r>
    </w:p>
    <w:p>
      <w:r>
        <w:rPr>
          <w:sz w:val="22"/>
        </w:rPr>
        <w:t>6.2 每日营业收入当日存入店铺账户，不得坐支现金。</w:t>
      </w:r>
    </w:p>
    <w:p>
      <w:r>
        <w:rPr>
          <w:sz w:val="22"/>
        </w:rPr>
        <w:t>6.3 双方有权随时查阅店铺账目，每月初双方共同核对上月账目，签字确认。</w:t>
      </w:r>
    </w:p>
    <w:p>
      <w:r>
        <w:rPr>
          <w:sz w:val="22"/>
        </w:rPr>
        <w:t>6.4 店铺日常支出由双方共同签字审批。单笔支出在____元以下的，由负责该项工作的合伙人审批；超过____元的，须双方共同审批。</w:t>
      </w:r>
    </w:p>
    <w:p>
      <w:pPr>
        <w:pStyle w:val="Heading1"/>
      </w:pPr>
      <w:r>
        <w:t>第七条  入伙、退伙与出资转让</w:t>
      </w:r>
    </w:p>
    <w:p>
      <w:r>
        <w:rPr>
          <w:sz w:val="22"/>
        </w:rPr>
        <w:t>7.1 新合伙人入伙，须经全体合伙人同意，并签订书面入伙协议。</w:t>
      </w:r>
    </w:p>
    <w:p>
      <w:r>
        <w:rPr>
          <w:sz w:val="22"/>
        </w:rPr>
        <w:t>7.2 合伙期间，一方要求退伙的，应提前3个月书面通知另一方，经双方协商同意后方可退伙。</w:t>
      </w:r>
    </w:p>
    <w:p>
      <w:r>
        <w:rPr>
          <w:sz w:val="22"/>
        </w:rPr>
        <w:t>7.3 退伙时，按退伙时店铺的经营状况进行结算。退伙人对其退伙前已发生的店铺债务，与其他合伙人承担连带责任。</w:t>
      </w:r>
    </w:p>
    <w:p>
      <w:r>
        <w:rPr>
          <w:sz w:val="22"/>
        </w:rPr>
        <w:t>7.4 未经另一方书面同意，任何一方不得将其在店铺中的出资份额转让给第三方。</w:t>
      </w:r>
    </w:p>
    <w:p>
      <w:pPr>
        <w:pStyle w:val="Heading1"/>
      </w:pPr>
      <w:r>
        <w:t>第八条  禁止行为</w:t>
      </w:r>
    </w:p>
    <w:p>
      <w:r>
        <w:rPr>
          <w:sz w:val="22"/>
        </w:rPr>
        <w:t>8.1 未经双方同意，禁止任何合伙人私自以店铺名义对外开展业务、签订合同。</w:t>
      </w:r>
    </w:p>
    <w:p>
      <w:r>
        <w:rPr>
          <w:sz w:val="22"/>
        </w:rPr>
        <w:t>8.2 禁止合伙人经营与店铺有竞争关系的业务。</w:t>
      </w:r>
    </w:p>
    <w:p>
      <w:r>
        <w:rPr>
          <w:sz w:val="22"/>
        </w:rPr>
        <w:t>8.3 禁止合伙人挪用店铺资金归个人使用。</w:t>
      </w:r>
    </w:p>
    <w:p>
      <w:r>
        <w:rPr>
          <w:sz w:val="22"/>
        </w:rPr>
        <w:t>8.4 合伙人违反上述规定给店铺造成损失的，应承担赔偿责任。</w:t>
      </w:r>
    </w:p>
    <w:p>
      <w:pPr>
        <w:pStyle w:val="Heading1"/>
      </w:pPr>
      <w:r>
        <w:t>第九条  解散与清算</w:t>
      </w:r>
    </w:p>
    <w:p>
      <w:r>
        <w:rPr>
          <w:sz w:val="22"/>
        </w:rPr>
        <w:t>9.1 合伙期满或双方协商同意解散的，进行清算。</w:t>
      </w:r>
    </w:p>
    <w:p>
      <w:r>
        <w:rPr>
          <w:sz w:val="22"/>
        </w:rPr>
        <w:t>9.2 清算后如有盈余，按出资比例分配剩余财产。</w:t>
      </w:r>
    </w:p>
    <w:p>
      <w:r>
        <w:rPr>
          <w:sz w:val="22"/>
        </w:rPr>
        <w:t>9.3 清算后如有亏损，由双方按出资比例承担。</w:t>
      </w:r>
    </w:p>
    <w:p>
      <w:pPr>
        <w:pStyle w:val="Heading1"/>
      </w:pPr>
      <w:r>
        <w:t>第十条  争议解决</w:t>
      </w:r>
    </w:p>
    <w:p>
      <w:r>
        <w:rPr>
          <w:sz w:val="22"/>
        </w:rPr>
        <w:t>10.1 履行本协议发生争议，双方应友好协商解决。</w:t>
      </w:r>
    </w:p>
    <w:p>
      <w:r>
        <w:rPr>
          <w:sz w:val="22"/>
        </w:rPr>
        <w:t>10.2 协商不成的，任何一方均可向店铺所在地人民法院提起诉讼。</w:t>
      </w:r>
    </w:p>
    <w:p>
      <w:r>
        <w:rPr>
          <w:sz w:val="22"/>
        </w:rPr>
        <w:t>10.3 本协议一式两份，甲乙双方各执一份，自双方签字之日起生效。</w:t>
      </w:r>
    </w:p>
    <w:p>
      <w:r>
        <w:rPr>
          <w:sz w:val="22"/>
        </w:rPr>
        <w:t>甲方（签字）：____________      乙方（签字）：____________</w:t>
      </w:r>
    </w:p>
    <w:p>
      <w:r>
        <w:rPr>
          <w:sz w:val="22"/>
        </w:rPr>
        <w:t>签订日期：____年__月__日      签订地点：________________</w:t>
      </w:r>
    </w:p>
    <w:p>
      <w:pPr>
        <w:pStyle w:val="Heading1"/>
      </w:pPr>
      <w:r>
        <w:t>餐饮合伙开店注意事项</w:t>
      </w:r>
    </w:p>
    <w:p>
      <w:r>
        <w:rPr>
          <w:sz w:val="22"/>
        </w:rPr>
        <w:t>1. 一定要签订书面合伙协议，口头约定后患无穷。2. 出资比例和分红比例要写清楚，技术入股怎么折算要明确。3. 账目要透明，每天对账，不要稀里糊涂。4. 分工要明确，谁管前厅谁管后厨要分清楚。5. 大额支出必须双方签字同意。6. 提前约定好退伙机制，避免日后扯皮。7. 营业执照登记在谁名下要商量好。8. 最好把盈利分配和退出机制写细，亲兄弟明算账。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