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劳务派遣劳动合同书（范本）</w:t>
      </w:r>
    </w:p>
    <w:p>
      <w:pPr>
        <w:pStyle w:val="Heading1"/>
      </w:pPr>
      <w:r>
        <w:t>合同编号：________</w:t>
      </w:r>
    </w:p>
    <w:p>
      <w:r>
        <w:t>甲方（劳务派遣单位/用人单位）：__________  统一社会信用代码：__________</w:t>
      </w:r>
    </w:p>
    <w:p>
      <w:r>
        <w:t>住所：__________  法定代表人：__________</w:t>
      </w:r>
    </w:p>
    <w:p>
      <w:r>
        <w:t>乙方（劳动者）：__________  身份证号：__________  住址：__________</w:t>
      </w:r>
    </w:p>
    <w:p>
      <w:r>
        <w:t>根据《中华人民共和国劳动法》《中华人民共和国劳动合同法》及相关法律法规，甲乙双方在平等自愿、协商一致基础上，就劳务派遣事宜订立本合同，共同遵守。</w:t>
      </w:r>
    </w:p>
    <w:p>
      <w:pPr>
        <w:pStyle w:val="Heading2"/>
      </w:pPr>
      <w:r>
        <w:t>第一条 合同期限</w:t>
      </w:r>
    </w:p>
    <w:p>
      <w:r>
        <w:t>本合同为固定期限劳动合同，自____年__月__日起至____年__月__日止。其中试用期__个月，自____年__月__日起至____年__月__日止。</w:t>
      </w:r>
    </w:p>
    <w:p>
      <w:pPr>
        <w:pStyle w:val="Heading2"/>
      </w:pPr>
      <w:r>
        <w:t>第二条 派遣单位与工作岗位</w:t>
      </w:r>
    </w:p>
    <w:p>
      <w:r>
        <w:t>甲方派遣乙方到________（实际用工单位，以下简称“用工单位”）工作，担任________岗位。派遣期限自____年__月__日起至____年__月__日止。乙方应服从用工单位的合理工作安排和日常管理。</w:t>
      </w:r>
    </w:p>
    <w:p>
      <w:pPr>
        <w:pStyle w:val="Heading2"/>
      </w:pPr>
      <w:r>
        <w:t>第三条 工作时间与休息休假</w:t>
      </w:r>
    </w:p>
    <w:p>
      <w:r>
        <w:t>乙方执行标准工时制/综合计算工时制/不定时工作制（以用工单位报备为准）。用工单位应保证乙方每周至少休息一日，依法安排乙方享受法定节假日、带薪年休假等休息休假权利。</w:t>
      </w:r>
    </w:p>
    <w:p>
      <w:pPr>
        <w:pStyle w:val="Heading2"/>
      </w:pPr>
      <w:r>
        <w:t>第四条 劳动报酬</w:t>
      </w:r>
    </w:p>
    <w:p>
      <w:r>
        <w:t>乙方月工资为人民币________元（不得低于用工单位所在地最低工资标准，且与用工单位同类岗位劳动者实行同工同酬）。甲方于每月__日前以货币形式足额支付。</w:t>
      </w:r>
    </w:p>
    <w:p>
      <w:r>
        <w:t>乙方在派遣期限内无工作期间，甲方应按所在地最低工资标准按月向乙方支付报酬。加班工资、绩效奖金由用工单位按其规章制度核算并委托甲方发放。</w:t>
      </w:r>
    </w:p>
    <w:p>
      <w:pPr>
        <w:pStyle w:val="Heading2"/>
      </w:pPr>
      <w:r>
        <w:t>第五条 社会保险与福利</w:t>
      </w:r>
    </w:p>
    <w:p>
      <w:r>
        <w:t>甲方应依法为乙方缴纳养老、医疗、失业、工伤、生育等社会保险费和住房公积金，个人应缴部分由甲方从工资中代扣代缴。乙方发生工伤的，由甲方承担工伤保险责任，用工单位协助调查处理。</w:t>
      </w:r>
    </w:p>
    <w:p>
      <w:pPr>
        <w:pStyle w:val="Heading2"/>
      </w:pPr>
      <w:r>
        <w:t>第六条 劳动保护与劳动条件</w:t>
      </w:r>
    </w:p>
    <w:p>
      <w:r>
        <w:t>用工单位应向乙方提供符合国家规定的劳动安全卫生条件和必要的劳动防护用品，对从事有职业危害作业的乙方定期进行健康检查。甲方应督促用工单位落实上述义务。</w:t>
      </w:r>
    </w:p>
    <w:p>
      <w:pPr>
        <w:pStyle w:val="Heading2"/>
      </w:pPr>
      <w:r>
        <w:t>第七条 用工单位退回与合同解除</w:t>
      </w:r>
    </w:p>
    <w:p>
      <w:r>
        <w:t>有下列情形之一的，用工单位可将乙方退回甲方：（一）乙方在试用期间被证明不符合录用条件；（二）乙方严重违反用工单位规章制度；（三）乙方严重失职、营私舞弊造成重大损害；（四）乙方被依法追究刑事责任；（五）本合同订立时所依据的客观情况发生重大变化致使合同无法履行。</w:t>
      </w:r>
    </w:p>
    <w:p>
      <w:r>
        <w:t>乙方提前三十日以书面形式通知甲方（同时告知用工单位），可以解除本合同；试用期内提前三日通知即可。</w:t>
      </w:r>
    </w:p>
    <w:p>
      <w:pPr>
        <w:pStyle w:val="Heading2"/>
      </w:pPr>
      <w:r>
        <w:t>第八条 保密与竞业限制</w:t>
      </w:r>
    </w:p>
    <w:p>
      <w:r>
        <w:t>乙方应对在用工单位工作期间知悉的商业秘密和技术秘密负有保密义务。如需约定竞业限制，双方另行签订协议。</w:t>
      </w:r>
    </w:p>
    <w:p>
      <w:pPr>
        <w:pStyle w:val="Heading2"/>
      </w:pPr>
      <w:r>
        <w:t>第九条 违约责任</w:t>
      </w:r>
    </w:p>
    <w:p>
      <w:r>
        <w:t>甲乙双方任何一方违反本合同约定，给对方造成损失的，应依法承担赔偿责任。甲方违法解除或终止合同的，应依法支付赔偿金。</w:t>
      </w:r>
    </w:p>
    <w:p>
      <w:pPr>
        <w:pStyle w:val="Heading2"/>
      </w:pPr>
      <w:r>
        <w:t>第十条 争议解决</w:t>
      </w:r>
    </w:p>
    <w:p>
      <w:r>
        <w:t>因履行本合同发生争议，双方应协商解决；协商不成的，可向劳动争议仲裁委员会申请仲裁，对仲裁裁决不服的，可依法向人民法院起诉。</w:t>
      </w:r>
    </w:p>
    <w:p>
      <w:pPr>
        <w:pStyle w:val="Heading2"/>
      </w:pPr>
      <w:r>
        <w:t>第十一条 其他</w:t>
      </w:r>
    </w:p>
    <w:p>
      <w:r>
        <w:t>本合同一式两份，甲乙双方各执一份，自双方签字盖章之日起生效。未尽事宜，按法律法规及双方补充协议执行。</w:t>
      </w:r>
    </w:p>
    <w:p>
      <w:r>
        <w:t>甲方（盖章）：__________   乙方（签字）：__________</w:t>
      </w:r>
    </w:p>
    <w:p>
      <w:r>
        <w:t>签订日期：____年__月__日    签订日期：____年__月__日</w:t>
      </w:r>
    </w:p>
    <w:p>
      <w:pPr>
        <w:pStyle w:val="Heading2"/>
      </w:pPr>
      <w:r>
        <w:t>使用说明</w:t>
      </w:r>
    </w:p>
    <w:p>
      <w:r>
        <w:t>1. 劳务派遣只能在临时性、辅助性或者替代性的工作岗位上实施，且用工单位使用被派遣劳动者数量不得超过其用工总量的10%；2. 务必写明实际用工单位全称；3. 社保由派遣单位（甲方）缴纳，切勿遗漏；4. 同工同酬是法定要求，不得约定歧视性工资。</w:t>
      </w:r>
    </w:p>
    <w:p>
      <w:pPr>
        <w:pStyle w:val="Heading2"/>
      </w:pPr>
      <w:r>
        <w:t>十二、法律特别提示</w:t>
      </w:r>
    </w:p>
    <w:p>
      <w:r>
        <w:t>根据《劳动合同法》，劳务派遣单位是本法所称用人单位，应当履行用人单位对劳动者的全部义务，包括订立劳动合同、缴纳社保、支付工资。劳务派遣单位与被派遣劳动者订立的劳动合同，除应当载明普通劳动合同必备条款外，还应当载明被派遣劳动者的用工单位以及派遣期限、工作岗位等情况。</w:t>
      </w:r>
    </w:p>
    <w:p>
      <w:r>
        <w:t>劳务派遣单位应当与被派遣劳动者订立二年以上的固定期限劳动合同，按月支付劳动报酬；被派遣劳动者在无工作期间，劳务派遣单位应当按照所在地人民政府规定的最低工资标准，向其按月支付报酬。用工单位不得将被派遣劳动者再派遣到其他用人单位，也不得设立劳务派遣单位向本单位或者所属单位派遣劳动者。</w:t>
      </w:r>
    </w:p>
    <w:p>
      <w:pPr>
        <w:pStyle w:val="Heading2"/>
      </w:pPr>
      <w:r>
        <w:t>十三、常见纠纷与维权</w:t>
      </w:r>
    </w:p>
    <w:p>
      <w:r>
        <w:t>实践中常见的纠纷有：派遣单位拖欠工资、用工单位不缴社保、违法退回员工、同工不同酬等。劳动者遇到上述情况，可先与派遣单位和用工单位协商；协商不成，可向劳动监察部门投诉，或申请劳动仲裁。仲裁时可将派遣单位（用人单位）和用工单位列为共同当事人，依法维护自身合法权益。本范本仅供参考，具体条款以实际用工情况和最新法律法规为准。</w:t>
      </w:r>
    </w:p>
    <w:p>
      <w:pPr>
        <w:pStyle w:val="Heading2"/>
      </w:pPr>
      <w:r>
        <w:t>十四、合同条款核对清单</w:t>
      </w:r>
    </w:p>
    <w:p>
      <w:r>
        <w:t>签订劳务派遣合同前，请逐项核对：（1）是否写明用人单位（派遣公司）全称和实际用工单位全称；（2）合同期限是否在两年以上；（3）工资标准是否明确、是否符合同工同酬；（4）社保公积金由谁缴纳、缴纳基数是否写清；（5）工伤责任由谁承担；（6）退回和解除情形是否合法；（7）无工作期间有无最低工资保障。任何一项缺失，都应要求补充完整后再签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