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民间借款合同（标准版借条协议范本）</w:t>
      </w:r>
    </w:p>
    <w:p>
      <w:r>
        <w:rPr>
          <w:sz w:val="22"/>
        </w:rPr>
        <w:t>甲方（出借人）：________________  身份证号：________________</w:t>
      </w:r>
    </w:p>
    <w:p>
      <w:r>
        <w:rPr>
          <w:sz w:val="22"/>
        </w:rPr>
        <w:t>乙方（借款人）：________________  身份证号：________________</w:t>
      </w:r>
    </w:p>
    <w:p>
      <w:r>
        <w:rPr>
          <w:sz w:val="22"/>
        </w:rPr>
        <w:t>丙方（保证人）：________________  身份证号：________________（如有）</w:t>
      </w:r>
    </w:p>
    <w:p>
      <w:r>
        <w:rPr>
          <w:sz w:val="22"/>
        </w:rPr>
        <w:t>鉴于乙方因________________需要，向甲方申请借款，甲方同意向乙方提供借款。根据《中华人民共和国民法典》及相关法律法规，甲乙双方在平等、自愿、协商一致的基础上，达成如下借款协议，以资共同遵守。</w:t>
      </w:r>
    </w:p>
    <w:p>
      <w:pPr>
        <w:pStyle w:val="Heading1"/>
      </w:pPr>
      <w:r>
        <w:t>第一条  借款金额</w:t>
      </w:r>
    </w:p>
    <w:p>
      <w:r>
        <w:rPr>
          <w:sz w:val="22"/>
        </w:rPr>
        <w:t>1.1 甲方同意借给乙方人民币（大写）________________元整（小写：￥________元）。</w:t>
      </w:r>
    </w:p>
    <w:p>
      <w:r>
        <w:rPr>
          <w:sz w:val="22"/>
        </w:rPr>
        <w:t>1.2 本合同签订后__日内，甲方以银行转账方式将上述借款本金支付至乙方指定账户：</w:t>
      </w:r>
    </w:p>
    <w:p>
      <w:r>
        <w:rPr>
          <w:sz w:val="22"/>
        </w:rPr>
        <w:t>开户名：________________</w:t>
      </w:r>
    </w:p>
    <w:p>
      <w:r>
        <w:rPr>
          <w:sz w:val="22"/>
        </w:rPr>
        <w:t>开户行：________________</w:t>
      </w:r>
    </w:p>
    <w:p>
      <w:r>
        <w:rPr>
          <w:sz w:val="22"/>
        </w:rPr>
        <w:t>账号：________________</w:t>
      </w:r>
    </w:p>
    <w:p>
      <w:r>
        <w:rPr>
          <w:sz w:val="22"/>
        </w:rPr>
        <w:t>1.3 乙方收到借款后，应向甲方出具收款确认书。实际借款金额以银行转账凭证为准。</w:t>
      </w:r>
    </w:p>
    <w:p>
      <w:pPr>
        <w:pStyle w:val="Heading1"/>
      </w:pPr>
      <w:r>
        <w:t>第二条  借款用途</w:t>
      </w:r>
    </w:p>
    <w:p>
      <w:r>
        <w:rPr>
          <w:sz w:val="22"/>
        </w:rPr>
        <w:t>2.1 本合同项下借款用途为：________________。</w:t>
      </w:r>
    </w:p>
    <w:p>
      <w:r>
        <w:rPr>
          <w:sz w:val="22"/>
        </w:rPr>
        <w:t>2.2 乙方不得将借款用于非法活动，不得用于购买股票、期货等高风险投资，不得转借他人。甲方有权监督借款的使用情况。</w:t>
      </w:r>
    </w:p>
    <w:p>
      <w:r>
        <w:rPr>
          <w:sz w:val="22"/>
        </w:rPr>
        <w:t>2.3 乙方未按约定用途使用借款的，甲方有权提前收回借款，并要求乙方承担违约责任。</w:t>
      </w:r>
    </w:p>
    <w:p>
      <w:pPr>
        <w:pStyle w:val="Heading1"/>
      </w:pPr>
      <w:r>
        <w:t>第三条  借款期限</w:t>
      </w:r>
    </w:p>
    <w:p>
      <w:r>
        <w:rPr>
          <w:sz w:val="22"/>
        </w:rPr>
        <w:t>3.1 本合同项下借款期限为__个月，自____年__月__日起至____年__月__日止。实际借款日期与本合同约定不一致的，以实际转账日期为准，到期日相应顺延。</w:t>
      </w:r>
    </w:p>
    <w:p>
      <w:r>
        <w:rPr>
          <w:sz w:val="22"/>
        </w:rPr>
        <w:t>3.2 乙方可以提前还款。提前还款的，利息按实际借款天数计算。</w:t>
      </w:r>
    </w:p>
    <w:p>
      <w:pPr>
        <w:pStyle w:val="Heading1"/>
      </w:pPr>
      <w:r>
        <w:t>第四条  借款利率与利息支付</w:t>
      </w:r>
    </w:p>
    <w:p>
      <w:r>
        <w:rPr>
          <w:sz w:val="22"/>
        </w:rPr>
        <w:t>4.1 本合同项下借款年利率为__%（百分之__）。利息自甲方实际转账之日起计算。</w:t>
      </w:r>
    </w:p>
    <w:p>
      <w:r>
        <w:rPr>
          <w:sz w:val="22"/>
        </w:rPr>
        <w:t>4.2 双方约定的利率不得超过合同成立时一年期贷款市场报价利率（LPR）的四倍。超过部分的利息约定无效。</w:t>
      </w:r>
    </w:p>
    <w:p>
      <w:r>
        <w:rPr>
          <w:sz w:val="22"/>
        </w:rPr>
        <w:t>4.3 利息支付方式为以下第__种：</w:t>
      </w:r>
    </w:p>
    <w:p>
      <w:r>
        <w:rPr>
          <w:sz w:val="22"/>
        </w:rPr>
        <w:t>（1）按月付息，到期还本。乙方于每月__日前支付当月利息。</w:t>
      </w:r>
    </w:p>
    <w:p>
      <w:r>
        <w:rPr>
          <w:sz w:val="22"/>
        </w:rPr>
        <w:t>（2）到期一次还本付息。借款到期时，乙方一次性归还全部本金和利息。</w:t>
      </w:r>
    </w:p>
    <w:p>
      <w:r>
        <w:rPr>
          <w:sz w:val="22"/>
        </w:rPr>
        <w:t>（3）等额本息还款，每月还款金额为________元。</w:t>
      </w:r>
    </w:p>
    <w:p>
      <w:r>
        <w:rPr>
          <w:sz w:val="22"/>
        </w:rPr>
        <w:t>4.4 双方约定不收取利息的，乙方只须归还本金。</w:t>
      </w:r>
    </w:p>
    <w:p>
      <w:pPr>
        <w:pStyle w:val="Heading1"/>
      </w:pPr>
      <w:r>
        <w:t>第五条  还款方式</w:t>
      </w:r>
    </w:p>
    <w:p>
      <w:r>
        <w:rPr>
          <w:sz w:val="22"/>
        </w:rPr>
        <w:t>5.1 乙方应按照本合同约定的期限和金额，按时足额偿还借款本金和利息。</w:t>
      </w:r>
    </w:p>
    <w:p>
      <w:r>
        <w:rPr>
          <w:sz w:val="22"/>
        </w:rPr>
        <w:t>5.2 还款方式为银行转账，还款资金转入甲方指定账户：</w:t>
      </w:r>
    </w:p>
    <w:p>
      <w:r>
        <w:rPr>
          <w:sz w:val="22"/>
        </w:rPr>
        <w:t>开户名：________________</w:t>
      </w:r>
    </w:p>
    <w:p>
      <w:r>
        <w:rPr>
          <w:sz w:val="22"/>
        </w:rPr>
        <w:t>开户行：________________</w:t>
      </w:r>
    </w:p>
    <w:p>
      <w:r>
        <w:rPr>
          <w:sz w:val="22"/>
        </w:rPr>
        <w:t>账号：________________</w:t>
      </w:r>
    </w:p>
    <w:p>
      <w:r>
        <w:rPr>
          <w:sz w:val="22"/>
        </w:rPr>
        <w:t>5.3 乙方还款不足以清偿全部债务的，按以下顺序抵充：（1）实现债权的有关费用；（2）利息；（3）本金。</w:t>
      </w:r>
    </w:p>
    <w:p>
      <w:pPr>
        <w:pStyle w:val="Heading1"/>
      </w:pPr>
      <w:r>
        <w:t>第六条  保证条款（如有保证人）</w:t>
      </w:r>
    </w:p>
    <w:p>
      <w:r>
        <w:rPr>
          <w:sz w:val="22"/>
        </w:rPr>
        <w:t>6.1 丙方自愿为乙方在本合同项下的全部债务提供连带责任保证。</w:t>
      </w:r>
    </w:p>
    <w:p>
      <w:r>
        <w:rPr>
          <w:sz w:val="22"/>
        </w:rPr>
        <w:t>6.2 保证担保的范围包括：借款本金、利息、违约金、损害赔偿金以及甲方实现债权的费用（包括但不限于诉讼费、律师费、差旅费等）。</w:t>
      </w:r>
    </w:p>
    <w:p>
      <w:r>
        <w:rPr>
          <w:sz w:val="22"/>
        </w:rPr>
        <w:t>6.3 保证期间为借款到期之日起三年。</w:t>
      </w:r>
    </w:p>
    <w:p>
      <w:r>
        <w:rPr>
          <w:sz w:val="22"/>
        </w:rPr>
        <w:t>6.4 保证期间，甲方依法转让债权的，丙方在原保证担保范围内继续承担保证责任。</w:t>
      </w:r>
    </w:p>
    <w:p>
      <w:pPr>
        <w:pStyle w:val="Heading1"/>
      </w:pPr>
      <w:r>
        <w:t>第七条  违约责任</w:t>
      </w:r>
    </w:p>
    <w:p>
      <w:r>
        <w:rPr>
          <w:sz w:val="22"/>
        </w:rPr>
        <w:t>7.1 乙方未按约定期限归还借款的，逾期部分按照年利率__%支付逾期利息，直至全部借款清偿完毕之日止。</w:t>
      </w:r>
    </w:p>
    <w:p>
      <w:r>
        <w:rPr>
          <w:sz w:val="22"/>
        </w:rPr>
        <w:t>7.2 乙方未按约定用途使用借款的，甲方有权提前收回全部借款，并要求乙方支付借款本金__%的违约金。</w:t>
      </w:r>
    </w:p>
    <w:p>
      <w:r>
        <w:rPr>
          <w:sz w:val="22"/>
        </w:rPr>
        <w:t>7.3 乙方逾期还款超过30日的，甲方有权采取法律途径追偿，由此产生的诉讼费、律师费、保全费、差旅费等一切费用由乙方承担。</w:t>
      </w:r>
    </w:p>
    <w:p>
      <w:pPr>
        <w:pStyle w:val="Heading1"/>
      </w:pPr>
      <w:r>
        <w:t>第八条  争议解决</w:t>
      </w:r>
    </w:p>
    <w:p>
      <w:r>
        <w:rPr>
          <w:sz w:val="22"/>
        </w:rPr>
        <w:t>8.1 本合同履行过程中发生争议，双方应首先友好协商解决。</w:t>
      </w:r>
    </w:p>
    <w:p>
      <w:r>
        <w:rPr>
          <w:sz w:val="22"/>
        </w:rPr>
        <w:t>8.2 协商不成的，任何一方均有权向甲方所在地人民法院提起诉讼。</w:t>
      </w:r>
    </w:p>
    <w:p>
      <w:pPr>
        <w:pStyle w:val="Heading1"/>
      </w:pPr>
      <w:r>
        <w:t>第九条  其他约定</w:t>
      </w:r>
    </w:p>
    <w:p>
      <w:r>
        <w:rPr>
          <w:sz w:val="22"/>
        </w:rPr>
        <w:t>9.1 本合同自甲乙双方签字（盖章）之日起生效。有保证人的，自保证人签字之日起保证条款生效。</w:t>
      </w:r>
    </w:p>
    <w:p>
      <w:r>
        <w:rPr>
          <w:sz w:val="22"/>
        </w:rPr>
        <w:t>9.2 本合同一式__份，甲方执__份，乙方执__份，保证人执__份，具有同等法律效力。</w:t>
      </w:r>
    </w:p>
    <w:p>
      <w:r>
        <w:rPr>
          <w:sz w:val="22"/>
        </w:rPr>
        <w:t>9.3 本合同未尽事宜，双方可另行签订补充协议。补充协议与本合同具有同等法律效力。</w:t>
      </w:r>
    </w:p>
    <w:p>
      <w:r>
        <w:rPr>
          <w:sz w:val="22"/>
        </w:rPr>
        <w:t>甲方（签字）：____________      乙方（签字）：____________      丙方（签字）：____________</w:t>
      </w:r>
    </w:p>
    <w:p>
      <w:r>
        <w:rPr>
          <w:sz w:val="22"/>
        </w:rPr>
        <w:t>签订日期：____年__月__日      签订地点：________________</w:t>
      </w:r>
    </w:p>
    <w:p>
      <w:pPr>
        <w:pStyle w:val="Heading1"/>
      </w:pPr>
      <w:r>
        <w:t>签订民间借款合同注意事项</w:t>
      </w:r>
    </w:p>
    <w:p>
      <w:r>
        <w:rPr>
          <w:sz w:val="22"/>
        </w:rPr>
        <w:t>1. 一定要写清借款金额，大小写都要有，防止篡改。2. 尽量通过银行转账交付借款，保留好转账凭证，不要直接给现金。3. 利率约定不要超过LPR的4倍，超过部分法律不保护。4. 大额借款最好要求提供担保人或抵押物。5. 借款人一定要亲笔签名，并核对身份证原件。6. 约定好管辖法院，方便日后维权。7. 注意保留借款人的身份证复印件。8. 还款时也要通过转账，注明还的是哪笔借款。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