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无固定期限劳动合同范本（2026标准版）</w:t>
      </w:r>
    </w:p>
    <w:p>
      <w:r>
        <w:rPr>
          <w:sz w:val="22"/>
        </w:rPr>
        <w:t>甲方（用人单位）：________________________________</w:t>
      </w:r>
    </w:p>
    <w:p>
      <w:r>
        <w:rPr>
          <w:sz w:val="22"/>
        </w:rPr>
        <w:t>统一社会信用代码：________________________________</w:t>
      </w:r>
    </w:p>
    <w:p>
      <w:r>
        <w:rPr>
          <w:sz w:val="22"/>
        </w:rPr>
        <w:t>法定代表人（主要负责人）：________________________________</w:t>
      </w:r>
    </w:p>
    <w:p>
      <w:r>
        <w:rPr>
          <w:sz w:val="22"/>
        </w:rPr>
        <w:t>注册地址：________________________________</w:t>
      </w:r>
    </w:p>
    <w:p>
      <w:r>
        <w:rPr>
          <w:sz w:val="22"/>
        </w:rPr>
        <w:t>经营地址：________________________________</w:t>
      </w:r>
    </w:p>
    <w:p>
      <w:r>
        <w:rPr>
          <w:sz w:val="22"/>
        </w:rPr>
        <w:t>乙方（劳动者）：________________________________</w:t>
      </w:r>
    </w:p>
    <w:p>
      <w:r>
        <w:rPr>
          <w:sz w:val="22"/>
        </w:rPr>
        <w:t>身份证号码：________________________________</w:t>
      </w:r>
    </w:p>
    <w:p>
      <w:r>
        <w:rPr>
          <w:sz w:val="22"/>
        </w:rPr>
        <w:t>户籍地址：________________________________</w:t>
      </w:r>
    </w:p>
    <w:p>
      <w:r>
        <w:rPr>
          <w:sz w:val="22"/>
        </w:rPr>
        <w:t>现居住地址：________________________________</w:t>
      </w:r>
    </w:p>
    <w:p>
      <w:r>
        <w:rPr>
          <w:sz w:val="22"/>
        </w:rPr>
        <w:t>联系电话：________________________________</w:t>
      </w:r>
    </w:p>
    <w:p>
      <w:r>
        <w:rPr>
          <w:sz w:val="22"/>
        </w:rPr>
        <w:t>根据《中华人民共和国劳动法》《中华人民共和国劳动合同法》及相关法律法规，甲乙双方本着平等自愿、协商一致、诚实信用的原则，签订本无固定期限劳动合同，共同遵守本合同所列条款。</w:t>
      </w:r>
    </w:p>
    <w:p>
      <w:pPr>
        <w:pStyle w:val="Heading1"/>
      </w:pPr>
      <w:r>
        <w:t>第一条  合同类型与期限</w:t>
      </w:r>
    </w:p>
    <w:p>
      <w:r>
        <w:rPr>
          <w:sz w:val="22"/>
        </w:rPr>
        <w:t>1.1 本合同为无固定期限劳动合同。合同期限自____年__月__日起，至法定解除或终止劳动合同的条件出现时止。</w:t>
      </w:r>
    </w:p>
    <w:p>
      <w:r>
        <w:rPr>
          <w:sz w:val="22"/>
        </w:rPr>
        <w:t>1.2 试用期为__个月，自____年__月__日起至____年__月__日止。试用期内，乙方被证明不符合录用条件的，甲方可以解除本合同。</w:t>
      </w:r>
    </w:p>
    <w:p>
      <w:r>
        <w:rPr>
          <w:sz w:val="22"/>
        </w:rPr>
        <w:t>1.3 符合《劳动合同法》第十四条规定情形的，本合同为无固定期限劳动合同，双方应当订立无固定期限劳动合同。</w:t>
      </w:r>
    </w:p>
    <w:p>
      <w:pPr>
        <w:pStyle w:val="Heading1"/>
      </w:pPr>
      <w:r>
        <w:t>第二条  工作内容与工作地点</w:t>
      </w:r>
    </w:p>
    <w:p>
      <w:r>
        <w:rPr>
          <w:sz w:val="22"/>
        </w:rPr>
        <w:t>2.1 甲方安排乙方在________部门，担任________岗位（工种）工作。</w:t>
      </w:r>
    </w:p>
    <w:p>
      <w:r>
        <w:rPr>
          <w:sz w:val="22"/>
        </w:rPr>
        <w:t>2.2 乙方的工作任务和职责是：________________________________（详见岗位说明书）。</w:t>
      </w:r>
    </w:p>
    <w:p>
      <w:r>
        <w:rPr>
          <w:sz w:val="22"/>
        </w:rPr>
        <w:t>2.3 工作地点为：________________________________。</w:t>
      </w:r>
    </w:p>
    <w:p>
      <w:r>
        <w:rPr>
          <w:sz w:val="22"/>
        </w:rPr>
        <w:t>2.4 因生产经营需要，甲方经与乙方协商同意，可以调整乙方的工作岗位和工作地点。</w:t>
      </w:r>
    </w:p>
    <w:p>
      <w:pPr>
        <w:pStyle w:val="Heading1"/>
      </w:pPr>
      <w:r>
        <w:t>第三条  工作时间与休息休假</w:t>
      </w:r>
    </w:p>
    <w:p>
      <w:r>
        <w:rPr>
          <w:sz w:val="22"/>
        </w:rPr>
        <w:t>3.1 乙方所在岗位实行以下第__种工时制度：</w:t>
      </w:r>
    </w:p>
    <w:p>
      <w:r>
        <w:rPr>
          <w:sz w:val="22"/>
        </w:rPr>
        <w:t>（1）标准工时制：每日工作不超过8小时，每周工作不超过40小时，每周至少休息1天。</w:t>
      </w:r>
    </w:p>
    <w:p>
      <w:r>
        <w:rPr>
          <w:sz w:val="22"/>
        </w:rPr>
        <w:t>（2）综合计算工时工作制：分别以周、月、季、年等为周期，综合计算工作时间。</w:t>
      </w:r>
    </w:p>
    <w:p>
      <w:r>
        <w:rPr>
          <w:sz w:val="22"/>
        </w:rPr>
        <w:t>（3）不定时工作制：在保证完成甲方工作任务的前提下，工作和休息休假由乙方自行安排。</w:t>
      </w:r>
    </w:p>
    <w:p>
      <w:r>
        <w:rPr>
          <w:sz w:val="22"/>
        </w:rPr>
        <w:t>3.2 甲方安排乙方加班的，应依法安排补休或支付加班工资。工作日延长工作时间的，支付不低于工资150%的报酬；休息日工作又不能安排补休的，支付不低于工资200%的报酬；法定休假日工作的，支付不低于工资300%的报酬。</w:t>
      </w:r>
    </w:p>
    <w:p>
      <w:r>
        <w:rPr>
          <w:sz w:val="22"/>
        </w:rPr>
        <w:t>3.3 乙方依法享有法定节假日、年休假、婚假、产假、丧假等假期。</w:t>
      </w:r>
    </w:p>
    <w:p>
      <w:pPr>
        <w:pStyle w:val="Heading1"/>
      </w:pPr>
      <w:r>
        <w:t>第四条  劳动报酬</w:t>
      </w:r>
    </w:p>
    <w:p>
      <w:r>
        <w:rPr>
          <w:sz w:val="22"/>
        </w:rPr>
        <w:t>4.1 乙方试用期工资为人民币________元/月。</w:t>
      </w:r>
    </w:p>
    <w:p>
      <w:r>
        <w:rPr>
          <w:sz w:val="22"/>
        </w:rPr>
        <w:t>4.2 试用期满后，乙方正常工作时间的工资为人民币________元/月。其中基本工资________元，岗位工资________元，绩效工资根据考核结果确定。</w:t>
      </w:r>
    </w:p>
    <w:p>
      <w:r>
        <w:rPr>
          <w:sz w:val="22"/>
        </w:rPr>
        <w:t>4.3 甲方每月__日前以货币形式足额支付乙方工资。如遇节假日或休息日，提前到最近的工作日支付。</w:t>
      </w:r>
    </w:p>
    <w:p>
      <w:r>
        <w:rPr>
          <w:sz w:val="22"/>
        </w:rPr>
        <w:t>4.4 甲方根据本单位的生产经营特点和经济效益，依法确定本单位的工资分配制度和工资水平。乙方的工资调整按照甲方的工资分配制度确定。</w:t>
      </w:r>
    </w:p>
    <w:p>
      <w:r>
        <w:rPr>
          <w:sz w:val="22"/>
        </w:rPr>
        <w:t>4.5 甲方安排乙方延长工作时间的，依法支付加班工资。</w:t>
      </w:r>
    </w:p>
    <w:p>
      <w:pPr>
        <w:pStyle w:val="Heading1"/>
      </w:pPr>
      <w:r>
        <w:t>第五条  社会保险与福利待遇</w:t>
      </w:r>
    </w:p>
    <w:p>
      <w:r>
        <w:rPr>
          <w:sz w:val="22"/>
        </w:rPr>
        <w:t>5.1 甲乙双方依法参加社会保险，缴纳社会保险费。甲方为乙方办理有关社会保险手续，乙方个人应缴纳的部分由甲方从工资中代扣代缴。</w:t>
      </w:r>
    </w:p>
    <w:p>
      <w:r>
        <w:rPr>
          <w:sz w:val="22"/>
        </w:rPr>
        <w:t>5.2 乙方患病或非因工负伤，其医疗待遇按照国家和地方有关规定执行。</w:t>
      </w:r>
    </w:p>
    <w:p>
      <w:r>
        <w:rPr>
          <w:sz w:val="22"/>
        </w:rPr>
        <w:t>5.3 乙方患职业病或因工负伤的，相关待遇按照国家和地方有关工伤保险的规定执行。</w:t>
      </w:r>
    </w:p>
    <w:p>
      <w:r>
        <w:rPr>
          <w:sz w:val="22"/>
        </w:rPr>
        <w:t>5.4 甲方根据本单位实际情况，为乙方提供以下福利待遇：________________________________。</w:t>
      </w:r>
    </w:p>
    <w:p>
      <w:pPr>
        <w:pStyle w:val="Heading1"/>
      </w:pPr>
      <w:r>
        <w:t>第六条  劳动保护、劳动条件和职业危害防护</w:t>
      </w:r>
    </w:p>
    <w:p>
      <w:r>
        <w:rPr>
          <w:sz w:val="22"/>
        </w:rPr>
        <w:t>6.1 甲方严格执行国家劳动安全卫生法律法规，为乙方提供符合国家规定的劳动安全卫生条件和必要的劳动防护用品。</w:t>
      </w:r>
    </w:p>
    <w:p>
      <w:r>
        <w:rPr>
          <w:sz w:val="22"/>
        </w:rPr>
        <w:t>6.2 甲方对乙方进行劳动安全卫生教育和培训，乙方从事有职业危害作业的，甲方定期组织职业健康检查。</w:t>
      </w:r>
    </w:p>
    <w:p>
      <w:r>
        <w:rPr>
          <w:sz w:val="22"/>
        </w:rPr>
        <w:t>6.3 乙方在劳动过程中必须严格遵守安全操作规程。乙方对甲方管理人员违章指挥、强令冒险作业，有权拒绝执行。</w:t>
      </w:r>
    </w:p>
    <w:p>
      <w:pPr>
        <w:pStyle w:val="Heading1"/>
      </w:pPr>
      <w:r>
        <w:t>第七条  合同的解除、终止和经济补偿</w:t>
      </w:r>
    </w:p>
    <w:p>
      <w:r>
        <w:rPr>
          <w:sz w:val="22"/>
        </w:rPr>
        <w:t>7.1 甲乙双方解除、终止、续订劳动合同，依照《中华人民共和国劳动合同法》和有关法律法规执行。</w:t>
      </w:r>
    </w:p>
    <w:p>
      <w:r>
        <w:rPr>
          <w:sz w:val="22"/>
        </w:rPr>
        <w:t>7.2 甲方应当在解除或者终止本合同时，出具解除或者终止劳动合同的证明，并在15日内为乙方办理档案和社会保险关系转移手续。</w:t>
      </w:r>
    </w:p>
    <w:p>
      <w:r>
        <w:rPr>
          <w:sz w:val="22"/>
        </w:rPr>
        <w:t>7.3 符合《劳动合同法》第四十六条规定情形的，甲方依法向乙方支付经济补偿。</w:t>
      </w:r>
    </w:p>
    <w:p>
      <w:pPr>
        <w:pStyle w:val="Heading1"/>
      </w:pPr>
      <w:r>
        <w:t>第八条  其他约定</w:t>
      </w:r>
    </w:p>
    <w:p>
      <w:r>
        <w:rPr>
          <w:sz w:val="22"/>
        </w:rPr>
        <w:t>8.1 甲方为乙方提供专项培训费用，对其进行专业技术培训的，双方可另行签订《培训协议》，约定服务期和违约责任。</w:t>
      </w:r>
    </w:p>
    <w:p>
      <w:r>
        <w:rPr>
          <w:sz w:val="22"/>
        </w:rPr>
        <w:t>8.2 乙方负有保密义务的，双方可另行签订《保密协议》或《竞业限制协议》。</w:t>
      </w:r>
    </w:p>
    <w:p>
      <w:r>
        <w:rPr>
          <w:sz w:val="22"/>
        </w:rPr>
        <w:t>8.3 本合同未尽事宜，按照国家和地方有关法律法规执行。</w:t>
      </w:r>
    </w:p>
    <w:p>
      <w:r>
        <w:rPr>
          <w:sz w:val="22"/>
        </w:rPr>
        <w:t>8.4 本合同一式两份，甲乙双方各执一份，自双方签字盖章之日起生效。</w:t>
      </w:r>
    </w:p>
    <w:p>
      <w:r>
        <w:rPr>
          <w:sz w:val="22"/>
        </w:rPr>
        <w:t>甲方（盖章）：____________          乙方（签字）：____________</w:t>
      </w:r>
    </w:p>
    <w:p>
      <w:r>
        <w:rPr>
          <w:sz w:val="22"/>
        </w:rPr>
        <w:t>法定代表人/委托代理人：____________</w:t>
      </w:r>
    </w:p>
    <w:p>
      <w:r>
        <w:rPr>
          <w:sz w:val="22"/>
        </w:rPr>
        <w:t>签订日期：____年__月__日            签订日期：____年__月__日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