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安全生产月活动总结范文（通用）</w:t>
      </w:r>
    </w:p>
    <w:p>
      <w:pPr>
        <w:jc w:val="center"/>
      </w:pPr>
      <w:r>
        <w:t>（范文模板，可直接参考使用）</w:t>
      </w:r>
    </w:p>
    <w:p/>
    <w:p>
      <w:r>
        <w:t>安全生产月活动总结</w:t>
      </w:r>
    </w:p>
    <w:p>
      <w:r>
        <w:t>根据上级关于开展安全生产月活动的统一部署，我单位于202X年X月X日至X月X日组织开展了以“人人讲安全、个个会应急”为主题的安全生产月系列活动。现将活动开展情况总结如下。</w:t>
      </w:r>
    </w:p>
    <w:p>
      <w:r>
        <w:t>一、加强组织领导，周密安排部署。单位成立了以主要领导为组长、分管领导为副组长的安全生产月活动领导小组，制定了详细的活动实施方案，明确了活动内容、时间节点和责任分工。召开专题部署会议X次，确保各项活动有序推进、落到实处。</w:t>
      </w:r>
    </w:p>
    <w:p>
      <w:r>
        <w:t>二、强化宣传教育，营造浓厚氛围。1.组织安全知识培训X场次，培训职工X人次，重点讲解安全生产法律法规、岗位操作规程和应急处置知识；2.开展安全警示教育X次，组织观看事故警示片，以案为鉴、警钟长鸣；3.张贴安全宣传标语X条，制作宣传展板X块，发放宣传资料X份；4.利用电子屏、微信群等平台推送安全知识X期，营造了“人人讲安全”的浓厚氛围。</w:t>
      </w:r>
    </w:p>
    <w:p>
      <w:r>
        <w:t>三、开展隐患排查，堵塞安全漏洞。活动期间，组织开展了全面的安全隐患排查整治行动，重点对生产设备、消防设施、用电用气、危化品管理等重点部位进行拉网式排查，共排查出安全隐患X项，已整改X项，其余X项正在限期整改中，整改完成率X%。对排查出的隐患逐一建立台账、明确责任人、限定整改时限，确保整改闭环。</w:t>
      </w:r>
    </w:p>
    <w:p>
      <w:r>
        <w:t>四、组织应急演练，提升处置能力。组织开展火灾、地震（触电、机械伤害等）应急演练X次，参演人员X人次。演练前制定预案、明确流程，演练中检验了应急预案的可行性，演练后进行了复盘讲评。通过演练，进一步提升了全员的安全意识和应急处置能力。</w:t>
      </w:r>
    </w:p>
    <w:p>
      <w:r>
        <w:t>五、取得的主要成效。通过开展安全生产月活动，全员安全意识明显增强，安全管理制度得到进一步完善，排查整治了一批安全隐患，应急处置能力得到有效提升，活动期间未发生安全生产事故，达到了预期目标。</w:t>
      </w:r>
    </w:p>
    <w:p>
      <w:r>
        <w:t>六、下一步工作打算。一是常态化开展安全隐患排查整治，做到隐患清零；二是持续加强安全教育培训，提升全员安全素养；三是完善应急管理体系，定期组织应急演练；四是强化安全责任落实，层层压实安全责任，坚决守牢安全生产底线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