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大学生毕业论文开题报告模板+写作要点</w:t>
      </w:r>
    </w:p>
    <w:p>
      <w:r>
        <w:t>毕业论文开题报告怎么写？小编整理了开题报告标准模板，含选题背景、研究现状、研究内容、方法、进度安排等全部板块。</w:t>
      </w:r>
    </w:p>
    <w:p>
      <w:r>
        <w:t>亮点：①模板结构完整；②每部分写作要点；③参考文献格式。网页是预览版，下载Word完整版可直接填写。? 免费下载Word完整版（可直接打印编辑）</w:t>
      </w:r>
    </w:p>
    <w:p>
      <w:pPr>
        <w:pStyle w:val="Heading1"/>
      </w:pPr>
      <w:r>
        <w:t>开题报告模板</w:t>
      </w:r>
    </w:p>
    <w:p>
      <w:r>
        <w:t>一、选题背景与意义</w:t>
      </w:r>
    </w:p>
    <w:p>
      <w:r>
        <w:t>二、国内外研究现状（文献综述）</w:t>
      </w:r>
    </w:p>
    <w:p>
      <w:r>
        <w:t>三、研究内容与目标</w:t>
      </w:r>
    </w:p>
    <w:p>
      <w:r>
        <w:t>四、研究方法与技术路线</w:t>
      </w:r>
    </w:p>
    <w:p>
      <w:r>
        <w:t>五、进度安排（时间表）</w:t>
      </w:r>
    </w:p>
    <w:p>
      <w:r>
        <w:t>六、预期成果</w:t>
      </w:r>
    </w:p>
    <w:p>
      <w:r>
        <w:t>七、参考文献</w:t>
      </w:r>
    </w:p>
    <w:p>
      <w:r>
        <w:t>每部分写作要点见Word版。?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