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部门季度工作总结范文：格式+内容完整版</w:t>
      </w:r>
    </w:p>
    <w:p>
      <w:r>
        <w:t>季度总结怎么写才能让领导看到亮点？这份《部门季度工作总结》范文包含季度概况、主要成绩、存在问题、下季计划四部分，结构清晰、用数据说话，Word完整版免费下载可修改使用！</w:t>
      </w:r>
    </w:p>
    <w:p>
      <w:r>
        <w:t>一、季度工作概况。本季度（X月至X月），部门围绕公司年度目标，扎实推进各项工作，整体进展顺利。季度内共完成XX项重点工作，达成季度考核指标XX%，主要业务指标同比/环比增长XX%。</w:t>
      </w:r>
    </w:p>
    <w:p>
      <w:r>
        <w:t>二、主要工作成绩。1.业务推进：完成XX项目/任务的阶段性目标，XX指标达到/超额完成；2.管理提升：优化XX流程，工作效率提升XX%；3.团队建设：组织培训XX场次，团队专业能力提升；4.协同支持：配合XX部门完成XX工作，跨部门协作顺畅；5.创新突破：在XX方面取得XX进展，获得XX认可。</w:t>
      </w:r>
    </w:p>
    <w:p>
      <w:r>
        <w:t>三、存在的问题。1.XX工作进度低于预期，主要原因是XX；2.部分流程衔接不畅，影响整体效率；3.团队在某方面能力储备不足；4.对市场/政策变化的应对不够及时。</w:t>
      </w:r>
    </w:p>
    <w:p>
      <w:r>
        <w:t>四、下季度工作计划。1.重点工作：集中资源推进XX项目，确保XX节点达成；2.改进措施：针对本季度问题制定专项改进方案并落实到人；3.团队提升：安排XX培训，补充XX岗位力量；4.风险防控：建立XX预警机制，提前识别和化解风险。</w:t>
      </w:r>
    </w:p>
    <w:p>
      <w:r>
        <w:t>写作提示：季度总结要'抓重点、亮成绩、说问题、给措施'，成绩用数据支撑，问题不回避但要有对策，计划要具体可考核。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