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部门年度工作总结范文（含数据模板）</w:t>
      </w:r>
    </w:p>
    <w:p>
      <w:pPr>
        <w:jc w:val="center"/>
      </w:pPr>
      <w:r>
        <w:t>（范文模板，可直接参考使用）</w:t>
      </w:r>
    </w:p>
    <w:p/>
    <w:p>
      <w:r>
        <w:t>2025年，对于我来说，是充满挑战与收获的一年。这一年在公司领导的正确指导下，在各部门同事的鼎力支持下，我带领团队攻坚克难，圆满完成了年初制定的各项目标任务。现将本年度部门工作总结如下。</w:t>
      </w:r>
    </w:p>
    <w:p>
      <w:r>
        <w:t>一、年度目标完成情况。年初制定的主要经营指标均已完成：全年完成销售额X万元，同比增长X%；回款率达X%，较上年提高X个百分点；新增客户X家，客户满意度达X%。这些数据的背后，是团队每一个人日复一日的努力。</w:t>
      </w:r>
    </w:p>
    <w:p>
      <w:r>
        <w:t>二、主要工作开展情况。1.市场开拓方面：我们深耕重点区域市场，先后在X、X两地组织了X场推广活动，累计触达客户X人次；2.产品优化方面：配合研发部门完成了X项产品迭代，解决了客户反映集中的X个痛点问题；3.团队建设方面：组织内训X次，培养骨干员工X名，团队凝聚力明显增强。</w:t>
      </w:r>
    </w:p>
    <w:p>
      <w:r>
        <w:t>三、工作中的亮点与经验。今年最大的亮点是X项目的成功落地。该项目从立项到上线仅用了X个月，创造了公司同类项目的最短周期。复盘下来，成功的关键在于：一是前期调研扎实，准确把握了客户需求；二是团队分工明确，执行效率高；三是风险管控到位，提前预案化解了X个潜在风险。</w:t>
      </w:r>
    </w:p>
    <w:p>
      <w:r>
        <w:t>四、存在的不足与反思。客观地说，今年工作仍有不尽如人意之处：一是X区域市场开拓未达预期，主要原因是前期调研不足、投入不够精准；二是部分员工岗位能力与岗位要求还有差距，培训体系需要完善；三是跨部门协作流程有待优化，信息传递存在滞后现象。</w:t>
      </w:r>
    </w:p>
    <w:p>
      <w:r>
        <w:t>五、明年工作计划。1.目标方面：明年销售额目标定为X万元，力争增长X%；2.市场方面：重点开拓X市场，计划新增X家渠道合作伙伴；3.团队方面：完善培训体系，重点培养X名后备骨干；4.流程方面：推动X项内部流程优化，提升协同效率。</w:t>
      </w:r>
    </w:p>
    <w:p>
      <w:r>
        <w:t>新的一年，我们将继续发扬团结拼搏、务实创新的精神，以更高的标准、更实的作风，全力以赴完成公司下达的各项任务，为公司发展作出更大贡献。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