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财务人员个人年终工作总结范文（会计岗位）</w:t>
      </w:r>
    </w:p>
    <w:p>
      <w:r>
        <w:t>会计的年度总结要体现专业性和严谨性！小编整理了财务人员个人年终工作总结范文。</w:t>
      </w:r>
    </w:p>
    <w:p>
      <w:r>
        <w:t>亮点：①财务工作亮点写法；②数据规范表达；③风险防范意识。网页是预览版，下载Word完整版可编辑。? 免费下载Word完整版（可直接打印编辑）</w:t>
      </w:r>
    </w:p>
    <w:p>
      <w:pPr>
        <w:pStyle w:val="Heading1"/>
      </w:pPr>
      <w:r>
        <w:t>财务人员年度总结</w:t>
      </w:r>
    </w:p>
    <w:p>
      <w:r>
        <w:t>【前言】2026年，我严格遵守财经纪律和财务制度，认真做好会计核算和财务管理工作。</w:t>
      </w:r>
    </w:p>
    <w:p>
      <w:r>
        <w:t>【成绩】①日常核算：处理凭证____张，账务处理及时准确；②报表：按时完成月度/季度财务报表编制；③税务：按期申报缴纳各项税费，无逾期；④资金管理：合理调度资金，保障经营需要；⑤配合审计：完成____次审计配合工作，无重大调整事项。</w:t>
      </w:r>
    </w:p>
    <w:p>
      <w:r>
        <w:t>【不足与计划】加强新准则学习，提升财务分析能力。完整范文见Word版。?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