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大学英语四级备考攻略：词汇、听力、阅读、写作四科提分方法</w:t>
      </w:r>
    </w:p>
    <w:p>
      <w:r>
        <w:t>四六级成绩出来了，没过的小伙伴看过来！小编整理了英语四级备考全攻略，从词汇、听力、阅读、写作翻译四科讲透提分方法，适合2026年12月考试的同学。</w:t>
      </w:r>
    </w:p>
    <w:p>
      <w:r>
        <w:t>亮点：①高频词汇分场景整理（学术、校园、生活）；②听力精听法详细步骤；③阅读定位技巧；④作文万能模板。网页是预览版，下载Word完整版含全部模板和词表。? 免费下载Word完整版（可直接打印编辑）</w:t>
      </w:r>
    </w:p>
    <w:p>
      <w:pPr>
        <w:pStyle w:val="Heading1"/>
      </w:pPr>
      <w:r>
        <w:t>一、词汇：每天100个，滚动记忆</w:t>
      </w:r>
    </w:p>
    <w:p>
      <w:r>
        <w:t>第1步：先过高频词（四级核心词约2400个）；</w:t>
      </w:r>
    </w:p>
    <w:p>
      <w:r>
        <w:t>第2步：用艾宾浩斯记忆法滚动复习（当天、1天、3天、7天重复）；</w:t>
      </w:r>
    </w:p>
    <w:p>
      <w:r>
        <w:t>第3步：真题里背单词，把不认识的标出来。</w:t>
      </w:r>
    </w:p>
    <w:p>
      <w:pPr>
        <w:pStyle w:val="Heading1"/>
      </w:pPr>
      <w:r>
        <w:t>二、听力：精听法三步走</w:t>
      </w:r>
    </w:p>
    <w:p>
      <w:r>
        <w:t>①泛听：完整听一遍，做题；②精听：逐句听写，听不懂的反复听；③复盘：对照原文，标出连读弱读。</w:t>
      </w:r>
    </w:p>
    <w:p>
      <w:r>
        <w:t>每天30分钟，坚持1个月听力能提升2-3个档。</w:t>
      </w:r>
    </w:p>
    <w:p>
      <w:pPr>
        <w:pStyle w:val="Heading1"/>
      </w:pPr>
      <w:r>
        <w:t>三、阅读：定位词技巧</w:t>
      </w:r>
    </w:p>
    <w:p>
      <w:r>
        <w:t>先读题干，划出定位词（数字、人名、大写、专有名词）；再回原文定位，正确答案基本在定位句附近。</w:t>
      </w:r>
    </w:p>
    <w:p>
      <w:r>
        <w:t>段落匹配题先读选项划关键词，再扫读段落首尾句。</w:t>
      </w:r>
    </w:p>
    <w:p>
      <w:pPr>
        <w:pStyle w:val="Heading1"/>
      </w:pPr>
      <w:r>
        <w:t>四、写作翻译：背模板+练字</w:t>
      </w:r>
    </w:p>
    <w:p>
      <w:r>
        <w:t>作文：开头段（现象描述）+中间段（原因分析/举例）+结尾段（总结建议）万能结构；</w:t>
      </w:r>
    </w:p>
    <w:p>
      <w:r>
        <w:t>翻译：先找主干（主谓宾），再补修饰，不会的词用上位词替换。</w:t>
      </w:r>
    </w:p>
    <w:p>
      <w:r>
        <w:t>完整模板和词表见Word版。?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