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大学英语四级词汇语法模拟卷（100题完整版）</w:t>
      </w:r>
    </w:p>
    <w:p>
      <w:r>
        <w:t>满分100分，时间60分钟。本卷为完整版，共100题，含词汇单选、语法单选、用适当形式填空、判断改错，覆盖四级高频词汇和核心语法点，全部带答案和解析，可直接打印练习。</w:t>
      </w:r>
    </w:p>
    <w:p>
      <w:pPr>
        <w:pStyle w:val="Heading1"/>
      </w:pPr>
      <w:r>
        <w:t>一、单项选择题</w:t>
      </w:r>
    </w:p>
    <w:p>
      <w:r>
        <w:t>1. The company is making a(n) ____ to improve customer service.</w:t>
      </w:r>
      <w:r>
        <w:br/>
        <w:t xml:space="preserve">    A.effort</w:t>
      </w:r>
      <w:r>
        <w:br/>
        <w:t xml:space="preserve">    B.affect</w:t>
      </w:r>
      <w:r>
        <w:br/>
        <w:t xml:space="preserve">    C.effect</w:t>
      </w:r>
      <w:r>
        <w:br/>
        <w:t xml:space="preserve">    D.offer</w:t>
      </w:r>
      <w:r>
        <w:br/>
        <w:t>【答案】A　【解析】make an effort to do 努力做某事。</w:t>
      </w:r>
    </w:p>
    <w:p>
      <w:r>
        <w:t>2. She is ____ about the result of the interview.</w:t>
      </w:r>
      <w:r>
        <w:br/>
        <w:t xml:space="preserve">    A.anxious</w:t>
      </w:r>
      <w:r>
        <w:br/>
        <w:t xml:space="preserve">    B.curious</w:t>
      </w:r>
      <w:r>
        <w:br/>
        <w:t xml:space="preserve">    C.serious</w:t>
      </w:r>
      <w:r>
        <w:br/>
        <w:t xml:space="preserve">    D.famous</w:t>
      </w:r>
      <w:r>
        <w:br/>
        <w:t>【答案】A　【解析】be anxious about 对……担忧。</w:t>
      </w:r>
    </w:p>
    <w:p>
      <w:r>
        <w:t>3. The two countries have ____ a trade agreement.</w:t>
      </w:r>
      <w:r>
        <w:br/>
        <w:t xml:space="preserve">    A.signed</w:t>
      </w:r>
      <w:r>
        <w:br/>
        <w:t xml:space="preserve">    B.designed</w:t>
      </w:r>
      <w:r>
        <w:br/>
        <w:t xml:space="preserve">    C.resigned</w:t>
      </w:r>
      <w:r>
        <w:br/>
        <w:t xml:space="preserve">    D.assigned</w:t>
      </w:r>
      <w:r>
        <w:br/>
        <w:t>【答案】A　【解析】sign an agreement 签署协议。</w:t>
      </w:r>
    </w:p>
    <w:p>
      <w:r>
        <w:t>4. We need more ____ to finish this project on time.</w:t>
      </w:r>
      <w:r>
        <w:br/>
        <w:t xml:space="preserve">    A.employ</w:t>
      </w:r>
      <w:r>
        <w:br/>
        <w:t xml:space="preserve">    B.employees</w:t>
      </w:r>
      <w:r>
        <w:br/>
        <w:t xml:space="preserve">    C.employer</w:t>
      </w:r>
      <w:r>
        <w:br/>
        <w:t xml:space="preserve">    D.employment</w:t>
      </w:r>
      <w:r>
        <w:br/>
        <w:t>【答案】B　【解析】employees雇员。</w:t>
      </w:r>
    </w:p>
    <w:p>
      <w:r>
        <w:t>5. He ____ his success to hard work and good luck.</w:t>
      </w:r>
      <w:r>
        <w:br/>
        <w:t xml:space="preserve">    A.attributed</w:t>
      </w:r>
      <w:r>
        <w:br/>
        <w:t xml:space="preserve">    B.contributed</w:t>
      </w:r>
      <w:r>
        <w:br/>
        <w:t xml:space="preserve">    C.distributed</w:t>
      </w:r>
      <w:r>
        <w:br/>
        <w:t xml:space="preserve">    D.tribute</w:t>
      </w:r>
      <w:r>
        <w:br/>
        <w:t>【答案】A　【解析】attribute A to B 把A归因于B。</w:t>
      </w:r>
    </w:p>
    <w:p>
      <w:r>
        <w:t>6. The meeting was ____ because of the storm.</w:t>
      </w:r>
      <w:r>
        <w:br/>
        <w:t xml:space="preserve">    A.cancelled</w:t>
      </w:r>
      <w:r>
        <w:br/>
        <w:t xml:space="preserve">    B.challenged</w:t>
      </w:r>
      <w:r>
        <w:br/>
        <w:t xml:space="preserve">    C.changed</w:t>
      </w:r>
      <w:r>
        <w:br/>
        <w:t xml:space="preserve">    D.charged</w:t>
      </w:r>
      <w:r>
        <w:br/>
        <w:t>【答案】A　【解析】be cancelled 被取消。</w:t>
      </w:r>
    </w:p>
    <w:p>
      <w:r>
        <w:t>7. Can you ____ the difference between these two pictures?</w:t>
      </w:r>
      <w:r>
        <w:br/>
        <w:t xml:space="preserve">    A.tell</w:t>
      </w:r>
      <w:r>
        <w:br/>
        <w:t xml:space="preserve">    B.say</w:t>
      </w:r>
      <w:r>
        <w:br/>
        <w:t xml:space="preserve">    C.speak</w:t>
      </w:r>
      <w:r>
        <w:br/>
        <w:t xml:space="preserve">    D.talk</w:t>
      </w:r>
      <w:r>
        <w:br/>
        <w:t>【答案】A　【解析】tell the difference 分辨差异。</w:t>
      </w:r>
    </w:p>
    <w:p>
      <w:r>
        <w:t>8. The teacher ____ us to read the text aloud.</w:t>
      </w:r>
      <w:r>
        <w:br/>
        <w:t xml:space="preserve">    A.encouraged</w:t>
      </w:r>
      <w:r>
        <w:br/>
        <w:t xml:space="preserve">    B.enabled</w:t>
      </w:r>
      <w:r>
        <w:br/>
        <w:t xml:space="preserve">    C.ensured</w:t>
      </w:r>
      <w:r>
        <w:br/>
        <w:t xml:space="preserve">    D.engaged</w:t>
      </w:r>
      <w:r>
        <w:br/>
        <w:t>【答案】A　【解析】encourage sb to do 鼓励某人做。</w:t>
      </w:r>
    </w:p>
    <w:p>
      <w:r>
        <w:t>9. She has a strong ____ for music.</w:t>
      </w:r>
      <w:r>
        <w:br/>
        <w:t xml:space="preserve">    A.passion</w:t>
      </w:r>
      <w:r>
        <w:br/>
        <w:t xml:space="preserve">    B.patient</w:t>
      </w:r>
      <w:r>
        <w:br/>
        <w:t xml:space="preserve">    C.passenger</w:t>
      </w:r>
      <w:r>
        <w:br/>
        <w:t xml:space="preserve">    D.pattern</w:t>
      </w:r>
      <w:r>
        <w:br/>
        <w:t>【答案】A　【解析】a passion for 对……的热爱。</w:t>
      </w:r>
    </w:p>
    <w:p>
      <w:r>
        <w:t>10. Please ____ the new words in the dictionary.</w:t>
      </w:r>
      <w:r>
        <w:br/>
        <w:t xml:space="preserve">    A.look for</w:t>
      </w:r>
      <w:r>
        <w:br/>
        <w:t xml:space="preserve">    B.look up</w:t>
      </w:r>
      <w:r>
        <w:br/>
        <w:t xml:space="preserve">    C.look after</w:t>
      </w:r>
      <w:r>
        <w:br/>
        <w:t xml:space="preserve">    D.look into</w:t>
      </w:r>
      <w:r>
        <w:br/>
        <w:t>【答案】B　【解析】look up查字典。</w:t>
      </w:r>
    </w:p>
    <w:p>
      <w:r>
        <w:t>11. The weather is ____ today. Let's go hiking.</w:t>
      </w:r>
      <w:r>
        <w:br/>
        <w:t xml:space="preserve">    A.favorable</w:t>
      </w:r>
      <w:r>
        <w:br/>
        <w:t xml:space="preserve">    B.favorite</w:t>
      </w:r>
      <w:r>
        <w:br/>
        <w:t xml:space="preserve">    C.favor</w:t>
      </w:r>
      <w:r>
        <w:br/>
        <w:t xml:space="preserve">    D.favored</w:t>
      </w:r>
      <w:r>
        <w:br/>
        <w:t>【答案】A　【解析】favorable有利的、适宜的。</w:t>
      </w:r>
    </w:p>
    <w:p>
      <w:r>
        <w:t>12. He ____ his bike to work every day.</w:t>
      </w:r>
      <w:r>
        <w:br/>
        <w:t xml:space="preserve">    A.rides</w:t>
      </w:r>
      <w:r>
        <w:br/>
        <w:t xml:space="preserve">    B.drives</w:t>
      </w:r>
      <w:r>
        <w:br/>
        <w:t xml:space="preserve">    C.runs</w:t>
      </w:r>
      <w:r>
        <w:br/>
        <w:t xml:space="preserve">    D.flies</w:t>
      </w:r>
      <w:r>
        <w:br/>
        <w:t>【答案】A　【解析】ride a bike骑自行车。</w:t>
      </w:r>
    </w:p>
    <w:p>
      <w:r>
        <w:t>13. The problem is so ____ that nobody can solve it.</w:t>
      </w:r>
      <w:r>
        <w:br/>
        <w:t xml:space="preserve">    A.complicated</w:t>
      </w:r>
      <w:r>
        <w:br/>
        <w:t xml:space="preserve">    B.complete</w:t>
      </w:r>
      <w:r>
        <w:br/>
        <w:t xml:space="preserve">    C.comfortable</w:t>
      </w:r>
      <w:r>
        <w:br/>
        <w:t xml:space="preserve">    D.common</w:t>
      </w:r>
      <w:r>
        <w:br/>
        <w:t>【答案】A　【解析】complicated复杂的。</w:t>
      </w:r>
    </w:p>
    <w:p>
      <w:r>
        <w:t>14. We should take ____ to protect the environment.</w:t>
      </w:r>
      <w:r>
        <w:br/>
        <w:t xml:space="preserve">    A.actions</w:t>
      </w:r>
      <w:r>
        <w:br/>
        <w:t xml:space="preserve">    B.act</w:t>
      </w:r>
      <w:r>
        <w:br/>
        <w:t xml:space="preserve">    C.active</w:t>
      </w:r>
      <w:r>
        <w:br/>
        <w:t xml:space="preserve">    D.activity</w:t>
      </w:r>
      <w:r>
        <w:br/>
        <w:t>【答案】A　【解析】take actions采取行动。</w:t>
      </w:r>
    </w:p>
    <w:p>
      <w:r>
        <w:t>15. She was ____ to hear the good news.</w:t>
      </w:r>
      <w:r>
        <w:br/>
        <w:t xml:space="preserve">    A.delighted</w:t>
      </w:r>
      <w:r>
        <w:br/>
        <w:t xml:space="preserve">    B.decorated</w:t>
      </w:r>
      <w:r>
        <w:br/>
        <w:t xml:space="preserve">    C.defeated</w:t>
      </w:r>
      <w:r>
        <w:br/>
        <w:t xml:space="preserve">    D.decided</w:t>
      </w:r>
      <w:r>
        <w:br/>
        <w:t>【答案】A　【解析】be delighted to 高兴地。</w:t>
      </w:r>
    </w:p>
    <w:p>
      <w:r>
        <w:t>16. The book is worth ____.</w:t>
      </w:r>
      <w:r>
        <w:br/>
        <w:t xml:space="preserve">    A.reading</w:t>
      </w:r>
      <w:r>
        <w:br/>
        <w:t xml:space="preserve">    B.to read</w:t>
      </w:r>
      <w:r>
        <w:br/>
        <w:t xml:space="preserve">    C.read</w:t>
      </w:r>
      <w:r>
        <w:br/>
        <w:t xml:space="preserve">    D.being read</w:t>
      </w:r>
      <w:r>
        <w:br/>
        <w:t>【答案】A　【解析】be worth doing值得做。</w:t>
      </w:r>
    </w:p>
    <w:p>
      <w:r>
        <w:t>17. I'm looking forward to ____ from you.</w:t>
      </w:r>
      <w:r>
        <w:br/>
        <w:t xml:space="preserve">    A.hearing</w:t>
      </w:r>
      <w:r>
        <w:br/>
        <w:t xml:space="preserve">    B.hear</w:t>
      </w:r>
      <w:r>
        <w:br/>
        <w:t xml:space="preserve">    C.heard</w:t>
      </w:r>
      <w:r>
        <w:br/>
        <w:t xml:space="preserve">    D.be heard</w:t>
      </w:r>
      <w:r>
        <w:br/>
        <w:t>【答案】A　【解析】look forward to doing期待。</w:t>
      </w:r>
    </w:p>
    <w:p>
      <w:r>
        <w:t>18. He is ____ enough to carry the heavy box.</w:t>
      </w:r>
      <w:r>
        <w:br/>
        <w:t xml:space="preserve">    A.strong</w:t>
      </w:r>
      <w:r>
        <w:br/>
        <w:t xml:space="preserve">    B.strict</w:t>
      </w:r>
      <w:r>
        <w:br/>
        <w:t xml:space="preserve">    C.strange</w:t>
      </w:r>
      <w:r>
        <w:br/>
        <w:t xml:space="preserve">    D.straight</w:t>
      </w:r>
      <w:r>
        <w:br/>
        <w:t>【答案】A　【解析】strong强壮的。</w:t>
      </w:r>
    </w:p>
    <w:p>
      <w:r>
        <w:t>19. The manager asked us to ____ the report before Friday.</w:t>
      </w:r>
      <w:r>
        <w:br/>
        <w:t xml:space="preserve">    A.submit</w:t>
      </w:r>
      <w:r>
        <w:br/>
        <w:t xml:space="preserve">    B.subscribe</w:t>
      </w:r>
      <w:r>
        <w:br/>
        <w:t xml:space="preserve">    C.substitute</w:t>
      </w:r>
      <w:r>
        <w:br/>
        <w:t xml:space="preserve">    D.subtract</w:t>
      </w:r>
      <w:r>
        <w:br/>
        <w:t>【答案】A　【解析】submit提交。</w:t>
      </w:r>
    </w:p>
    <w:p>
      <w:r>
        <w:t>20. Her ____ English is very good.</w:t>
      </w:r>
      <w:r>
        <w:br/>
        <w:t xml:space="preserve">    A.spoken</w:t>
      </w:r>
      <w:r>
        <w:br/>
        <w:t xml:space="preserve">    B.speaking</w:t>
      </w:r>
      <w:r>
        <w:br/>
        <w:t xml:space="preserve">    C.spoke</w:t>
      </w:r>
      <w:r>
        <w:br/>
        <w:t xml:space="preserve">    D.speaks</w:t>
      </w:r>
      <w:r>
        <w:br/>
        <w:t>【答案】A　【解析】spoken English口语。</w:t>
      </w:r>
    </w:p>
    <w:p>
      <w:r>
        <w:t>21. They decided to ____ the plan after discussion.</w:t>
      </w:r>
      <w:r>
        <w:br/>
        <w:t xml:space="preserve">    A.carry out</w:t>
      </w:r>
      <w:r>
        <w:br/>
        <w:t xml:space="preserve">    B.carry on</w:t>
      </w:r>
      <w:r>
        <w:br/>
        <w:t xml:space="preserve">    C.carry away</w:t>
      </w:r>
      <w:r>
        <w:br/>
        <w:t xml:space="preserve">    D.carry in</w:t>
      </w:r>
      <w:r>
        <w:br/>
        <w:t>【答案】A　【解析】carry out执行、实施。</w:t>
      </w:r>
    </w:p>
    <w:p>
      <w:r>
        <w:t>22. The price of the house is too ____ for us.</w:t>
      </w:r>
      <w:r>
        <w:br/>
        <w:t xml:space="preserve">    A.high</w:t>
      </w:r>
      <w:r>
        <w:br/>
        <w:t xml:space="preserve">    B.tall</w:t>
      </w:r>
      <w:r>
        <w:br/>
        <w:t xml:space="preserve">    C.heavy</w:t>
      </w:r>
      <w:r>
        <w:br/>
        <w:t xml:space="preserve">    D.large</w:t>
      </w:r>
      <w:r>
        <w:br/>
        <w:t>【答案】A　【解析】价格高用high。</w:t>
      </w:r>
    </w:p>
    <w:p>
      <w:r>
        <w:t>23. I can't ____ the noise outside.</w:t>
      </w:r>
      <w:r>
        <w:br/>
        <w:t xml:space="preserve">    A.stand</w:t>
      </w:r>
      <w:r>
        <w:br/>
        <w:t xml:space="preserve">    B.stay</w:t>
      </w:r>
      <w:r>
        <w:br/>
        <w:t xml:space="preserve">    C.step</w:t>
      </w:r>
      <w:r>
        <w:br/>
        <w:t xml:space="preserve">    D.start</w:t>
      </w:r>
      <w:r>
        <w:br/>
        <w:t>【答案】A　【解析】stand忍受。</w:t>
      </w:r>
    </w:p>
    <w:p>
      <w:r>
        <w:t>24. She has been ____ since she lost her job.</w:t>
      </w:r>
      <w:r>
        <w:br/>
        <w:t xml:space="preserve">    A.unemployed</w:t>
      </w:r>
      <w:r>
        <w:br/>
        <w:t xml:space="preserve">    B.unemployed</w:t>
      </w:r>
      <w:r>
        <w:br/>
        <w:t xml:space="preserve">    C.employed</w:t>
      </w:r>
      <w:r>
        <w:br/>
        <w:t xml:space="preserve">    D.employee</w:t>
      </w:r>
      <w:r>
        <w:br/>
        <w:t>【答案】A　【解析】unemployed失业的。</w:t>
      </w:r>
    </w:p>
    <w:p>
      <w:r>
        <w:t>25. The ____ of the movie made everyone laugh.</w:t>
      </w:r>
      <w:r>
        <w:br/>
        <w:t xml:space="preserve">    A.ending</w:t>
      </w:r>
      <w:r>
        <w:br/>
        <w:t xml:space="preserve">    B.ending</w:t>
      </w:r>
      <w:r>
        <w:br/>
        <w:t xml:space="preserve">    C.entrance</w:t>
      </w:r>
      <w:r>
        <w:br/>
        <w:t xml:space="preserve">    D.engine</w:t>
      </w:r>
      <w:r>
        <w:br/>
        <w:t>【答案】A　【解析】ending结局。</w:t>
      </w:r>
    </w:p>
    <w:p>
      <w:r>
        <w:t>26. We must ____ the importance of teamwork.</w:t>
      </w:r>
      <w:r>
        <w:br/>
        <w:t xml:space="preserve">    A.recognize</w:t>
      </w:r>
      <w:r>
        <w:br/>
        <w:t xml:space="preserve">    B.realize</w:t>
      </w:r>
      <w:r>
        <w:br/>
        <w:t xml:space="preserve">    C.remember</w:t>
      </w:r>
      <w:r>
        <w:br/>
        <w:t xml:space="preserve">    D.repeat</w:t>
      </w:r>
      <w:r>
        <w:br/>
        <w:t>【答案】A　【解析】recognize认识到、承认。</w:t>
      </w:r>
    </w:p>
    <w:p>
      <w:r>
        <w:t>27. He ____ a lot of money on books every year.</w:t>
      </w:r>
      <w:r>
        <w:br/>
        <w:t xml:space="preserve">    A.spends</w:t>
      </w:r>
      <w:r>
        <w:br/>
        <w:t xml:space="preserve">    B.costs</w:t>
      </w:r>
      <w:r>
        <w:br/>
        <w:t xml:space="preserve">    C.pays</w:t>
      </w:r>
      <w:r>
        <w:br/>
        <w:t xml:space="preserve">    D.takes</w:t>
      </w:r>
      <w:r>
        <w:br/>
        <w:t>【答案】A　【解析】sb spend money on sth。</w:t>
      </w:r>
    </w:p>
    <w:p>
      <w:r>
        <w:t>28. The hospital is ____ the bank and the school.</w:t>
      </w:r>
      <w:r>
        <w:br/>
        <w:t xml:space="preserve">    A.between</w:t>
      </w:r>
      <w:r>
        <w:br/>
        <w:t xml:space="preserve">    B.among</w:t>
      </w:r>
      <w:r>
        <w:br/>
        <w:t xml:space="preserve">    C.beside</w:t>
      </w:r>
      <w:r>
        <w:br/>
        <w:t xml:space="preserve">    D.besides</w:t>
      </w:r>
      <w:r>
        <w:br/>
        <w:t>【答案】A　【解析】between两者之间。</w:t>
      </w:r>
    </w:p>
    <w:p>
      <w:r>
        <w:t>29. She speaks English ____ than before.</w:t>
      </w:r>
      <w:r>
        <w:br/>
        <w:t xml:space="preserve">    A.more fluently</w:t>
      </w:r>
      <w:r>
        <w:br/>
        <w:t xml:space="preserve">    B.most fluently</w:t>
      </w:r>
      <w:r>
        <w:br/>
        <w:t xml:space="preserve">    C.fluently</w:t>
      </w:r>
      <w:r>
        <w:br/>
        <w:t xml:space="preserve">    D.fluent</w:t>
      </w:r>
      <w:r>
        <w:br/>
        <w:t>【答案】A　【解析】比较级more fluently。</w:t>
      </w:r>
    </w:p>
    <w:p>
      <w:r>
        <w:t>30. ____ the help of my teacher, I passed the exam.</w:t>
      </w:r>
      <w:r>
        <w:br/>
        <w:t xml:space="preserve">    A.With</w:t>
      </w:r>
      <w:r>
        <w:br/>
        <w:t xml:space="preserve">    B.Under</w:t>
      </w:r>
      <w:r>
        <w:br/>
        <w:t xml:space="preserve">    C.For</w:t>
      </w:r>
      <w:r>
        <w:br/>
        <w:t xml:space="preserve">    D.In</w:t>
      </w:r>
      <w:r>
        <w:br/>
        <w:t>【答案】A　【解析】with the help of在……帮助下。</w:t>
      </w:r>
    </w:p>
    <w:p>
      <w:r>
        <w:t>31. The little boy is afraid ____ dogs.</w:t>
      </w:r>
      <w:r>
        <w:br/>
        <w:t xml:space="preserve">    A.of</w:t>
      </w:r>
      <w:r>
        <w:br/>
        <w:t xml:space="preserve">    B.to</w:t>
      </w:r>
      <w:r>
        <w:br/>
        <w:t xml:space="preserve">    C.with</w:t>
      </w:r>
      <w:r>
        <w:br/>
        <w:t xml:space="preserve">    D.for</w:t>
      </w:r>
      <w:r>
        <w:br/>
        <w:t>【答案】A　【解析】be afraid of害怕。</w:t>
      </w:r>
    </w:p>
    <w:p>
      <w:r>
        <w:t>32. I prefer tea ____ coffee.</w:t>
      </w:r>
      <w:r>
        <w:br/>
        <w:t xml:space="preserve">    A.to</w:t>
      </w:r>
      <w:r>
        <w:br/>
        <w:t xml:space="preserve">    B.than</w:t>
      </w:r>
      <w:r>
        <w:br/>
        <w:t xml:space="preserve">    C.with</w:t>
      </w:r>
      <w:r>
        <w:br/>
        <w:t xml:space="preserve">    D.for</w:t>
      </w:r>
      <w:r>
        <w:br/>
        <w:t>【答案】A　【解析】prefer A to B比起B更喜欢A。</w:t>
      </w:r>
    </w:p>
    <w:p>
      <w:r>
        <w:t>33. The classroom ____ by the students every day.</w:t>
      </w:r>
      <w:r>
        <w:br/>
        <w:t xml:space="preserve">    A.is cleaned</w:t>
      </w:r>
      <w:r>
        <w:br/>
        <w:t xml:space="preserve">    B.cleans</w:t>
      </w:r>
      <w:r>
        <w:br/>
        <w:t xml:space="preserve">    C.cleaned</w:t>
      </w:r>
      <w:r>
        <w:br/>
        <w:t xml:space="preserve">    D.clean</w:t>
      </w:r>
      <w:r>
        <w:br/>
        <w:t>【答案】A　【解析】被动语态is cleaned。</w:t>
      </w:r>
    </w:p>
    <w:p>
      <w:r>
        <w:t>34. If it ____ tomorrow, we will stay at home.</w:t>
      </w:r>
      <w:r>
        <w:br/>
        <w:t xml:space="preserve">    A.rains</w:t>
      </w:r>
      <w:r>
        <w:br/>
        <w:t xml:space="preserve">    B.will rain</w:t>
      </w:r>
      <w:r>
        <w:br/>
        <w:t xml:space="preserve">    C.rained</w:t>
      </w:r>
      <w:r>
        <w:br/>
        <w:t xml:space="preserve">    D.is raining</w:t>
      </w:r>
      <w:r>
        <w:br/>
        <w:t>【答案】A　【解析】主将从现。</w:t>
      </w:r>
    </w:p>
    <w:p>
      <w:r>
        <w:t>35. She has lived here ____ 2010.</w:t>
      </w:r>
      <w:r>
        <w:br/>
        <w:t xml:space="preserve">    A.since</w:t>
      </w:r>
      <w:r>
        <w:br/>
        <w:t xml:space="preserve">    B.for</w:t>
      </w:r>
      <w:r>
        <w:br/>
        <w:t xml:space="preserve">    C.in</w:t>
      </w:r>
      <w:r>
        <w:br/>
        <w:t xml:space="preserve">    D.at</w:t>
      </w:r>
      <w:r>
        <w:br/>
        <w:t>【答案】A　【解析】since+时间点。</w:t>
      </w:r>
    </w:p>
    <w:p>
      <w:r>
        <w:t>36. The ____ you work, the more you will get.</w:t>
      </w:r>
      <w:r>
        <w:br/>
        <w:t xml:space="preserve">    A.harder</w:t>
      </w:r>
      <w:r>
        <w:br/>
        <w:t xml:space="preserve">    B.hard</w:t>
      </w:r>
      <w:r>
        <w:br/>
        <w:t xml:space="preserve">    C.hardest</w:t>
      </w:r>
      <w:r>
        <w:br/>
        <w:t xml:space="preserve">    D.more hard</w:t>
      </w:r>
      <w:r>
        <w:br/>
        <w:t>【答案】A　【解析】the+比较级，the+比较级。</w:t>
      </w:r>
    </w:p>
    <w:p>
      <w:r>
        <w:t>37. Neither he nor I ____ a doctor.</w:t>
      </w:r>
      <w:r>
        <w:br/>
        <w:t xml:space="preserve">    A.am</w:t>
      </w:r>
      <w:r>
        <w:br/>
        <w:t xml:space="preserve">    B.is</w:t>
      </w:r>
      <w:r>
        <w:br/>
        <w:t xml:space="preserve">    C.are</w:t>
      </w:r>
      <w:r>
        <w:br/>
        <w:t xml:space="preserve">    D.be</w:t>
      </w:r>
      <w:r>
        <w:br/>
        <w:t>【答案】A　【解析】就近原则，I用am。</w:t>
      </w:r>
    </w:p>
    <w:p>
      <w:r>
        <w:t>38. He asked me ____ I had finished my homework.</w:t>
      </w:r>
      <w:r>
        <w:br/>
        <w:t xml:space="preserve">    A.whether</w:t>
      </w:r>
      <w:r>
        <w:br/>
        <w:t xml:space="preserve">    B.that</w:t>
      </w:r>
      <w:r>
        <w:br/>
        <w:t xml:space="preserve">    C.what</w:t>
      </w:r>
      <w:r>
        <w:br/>
        <w:t xml:space="preserve">    D.which</w:t>
      </w:r>
      <w:r>
        <w:br/>
        <w:t>【答案】A　【解析】宾语从句用whether。</w:t>
      </w:r>
    </w:p>
    <w:p>
      <w:r>
        <w:t>39. The movie ____ we saw last night was wonderful.</w:t>
      </w:r>
      <w:r>
        <w:br/>
        <w:t xml:space="preserve">    A.that</w:t>
      </w:r>
      <w:r>
        <w:br/>
        <w:t xml:space="preserve">    B.what</w:t>
      </w:r>
      <w:r>
        <w:br/>
        <w:t xml:space="preserve">    C.who</w:t>
      </w:r>
      <w:r>
        <w:br/>
        <w:t xml:space="preserve">    D.whose</w:t>
      </w:r>
      <w:r>
        <w:br/>
        <w:t>【答案】A　【解析】定语从句that。</w:t>
      </w:r>
    </w:p>
    <w:p>
      <w:r>
        <w:t>40. ____ is known to all, the earth goes around the sun.</w:t>
      </w:r>
      <w:r>
        <w:br/>
        <w:t xml:space="preserve">    A.As</w:t>
      </w:r>
      <w:r>
        <w:br/>
        <w:t xml:space="preserve">    B.It</w:t>
      </w:r>
      <w:r>
        <w:br/>
        <w:t xml:space="preserve">    C.Which</w:t>
      </w:r>
      <w:r>
        <w:br/>
        <w:t xml:space="preserve">    D.That</w:t>
      </w:r>
      <w:r>
        <w:br/>
        <w:t>【答案】A　【解析】as引导非限制性定语从句。</w:t>
      </w:r>
    </w:p>
    <w:p>
      <w:r>
        <w:t>41. She suggested ____ a picnic this weekend.</w:t>
      </w:r>
      <w:r>
        <w:br/>
        <w:t xml:space="preserve">    A.having</w:t>
      </w:r>
      <w:r>
        <w:br/>
        <w:t xml:space="preserve">    B.to have</w:t>
      </w:r>
      <w:r>
        <w:br/>
        <w:t xml:space="preserve">    C.have</w:t>
      </w:r>
      <w:r>
        <w:br/>
        <w:t xml:space="preserve">    D.had</w:t>
      </w:r>
      <w:r>
        <w:br/>
        <w:t>【答案】A　【解析】suggest doing建议做。</w:t>
      </w:r>
    </w:p>
    <w:p>
      <w:r>
        <w:t>42. The children were made ____ at home.</w:t>
      </w:r>
      <w:r>
        <w:br/>
        <w:t xml:space="preserve">    A.to stay</w:t>
      </w:r>
      <w:r>
        <w:br/>
        <w:t xml:space="preserve">    B.stay</w:t>
      </w:r>
      <w:r>
        <w:br/>
        <w:t xml:space="preserve">    C.staying</w:t>
      </w:r>
      <w:r>
        <w:br/>
        <w:t xml:space="preserve">    D.stayed</w:t>
      </w:r>
      <w:r>
        <w:br/>
        <w:t>【答案】A　【解析】make sb do变被动为be made to do。</w:t>
      </w:r>
    </w:p>
    <w:p>
      <w:r>
        <w:t>43. I would rather ____ at home than go out.</w:t>
      </w:r>
      <w:r>
        <w:br/>
        <w:t xml:space="preserve">    A.stay</w:t>
      </w:r>
      <w:r>
        <w:br/>
        <w:t xml:space="preserve">    B.to stay</w:t>
      </w:r>
      <w:r>
        <w:br/>
        <w:t xml:space="preserve">    C.staying</w:t>
      </w:r>
      <w:r>
        <w:br/>
        <w:t xml:space="preserve">    D.stayed</w:t>
      </w:r>
      <w:r>
        <w:br/>
        <w:t>【答案】A　【解析】would rather do。</w:t>
      </w:r>
    </w:p>
    <w:p>
      <w:r>
        <w:t>44. Not until he came back ____ the truth.</w:t>
      </w:r>
      <w:r>
        <w:br/>
        <w:t xml:space="preserve">    A.did I know</w:t>
      </w:r>
      <w:r>
        <w:br/>
        <w:t xml:space="preserve">    B.I knew</w:t>
      </w:r>
      <w:r>
        <w:br/>
        <w:t xml:space="preserve">    C.I know</w:t>
      </w:r>
      <w:r>
        <w:br/>
        <w:t xml:space="preserve">    D.do I know</w:t>
      </w:r>
      <w:r>
        <w:br/>
        <w:t>【答案】A　【解析】Not until开头主句部分倒装。</w:t>
      </w:r>
    </w:p>
    <w:p>
      <w:r>
        <w:t>45. The old man has two sons, ____ are teachers.</w:t>
      </w:r>
      <w:r>
        <w:br/>
        <w:t xml:space="preserve">    A.both of whom</w:t>
      </w:r>
      <w:r>
        <w:br/>
        <w:t xml:space="preserve">    B.both of them</w:t>
      </w:r>
      <w:r>
        <w:br/>
        <w:t xml:space="preserve">    C.both</w:t>
      </w:r>
      <w:r>
        <w:br/>
        <w:t xml:space="preserve">    D.whom</w:t>
      </w:r>
      <w:r>
        <w:br/>
        <w:t>【答案】A　【解析】非限制性定语从句both of whom。</w:t>
      </w:r>
    </w:p>
    <w:p>
      <w:r>
        <w:t>46. It was in the park ____ I met him yesterday.</w:t>
      </w:r>
      <w:r>
        <w:br/>
        <w:t xml:space="preserve">    A.that</w:t>
      </w:r>
      <w:r>
        <w:br/>
        <w:t xml:space="preserve">    B.where</w:t>
      </w:r>
      <w:r>
        <w:br/>
        <w:t xml:space="preserve">    C.which</w:t>
      </w:r>
      <w:r>
        <w:br/>
        <w:t xml:space="preserve">    D.when</w:t>
      </w:r>
      <w:r>
        <w:br/>
        <w:t>【答案】A　【解析】强调句It was...that...。</w:t>
      </w:r>
    </w:p>
    <w:p>
      <w:r>
        <w:t>47. Hardly ____ when the bell rang.</w:t>
      </w:r>
      <w:r>
        <w:br/>
        <w:t xml:space="preserve">    A.had I arrived</w:t>
      </w:r>
      <w:r>
        <w:br/>
        <w:t xml:space="preserve">    B.I had arrived</w:t>
      </w:r>
      <w:r>
        <w:br/>
        <w:t xml:space="preserve">    C.I arrived</w:t>
      </w:r>
      <w:r>
        <w:br/>
        <w:t xml:space="preserve">    D.did I arrive</w:t>
      </w:r>
      <w:r>
        <w:br/>
        <w:t>【答案】A　【解析】Hardly...when...主句倒装，过去完成时。</w:t>
      </w:r>
    </w:p>
    <w:p>
      <w:r>
        <w:t>48. The number of students in our school ____ increasing.</w:t>
      </w:r>
      <w:r>
        <w:br/>
        <w:t xml:space="preserve">    A.is</w:t>
      </w:r>
      <w:r>
        <w:br/>
        <w:t xml:space="preserve">    B.are</w:t>
      </w:r>
      <w:r>
        <w:br/>
        <w:t xml:space="preserve">    C.were</w:t>
      </w:r>
      <w:r>
        <w:br/>
        <w:t xml:space="preserve">    D.be</w:t>
      </w:r>
      <w:r>
        <w:br/>
        <w:t>【答案】A　【解析】the number of+复数名词作主语谓语用单数。</w:t>
      </w:r>
    </w:p>
    <w:p>
      <w:r>
        <w:t>49. A number of students ____ playing basketball now.</w:t>
      </w:r>
      <w:r>
        <w:br/>
        <w:t xml:space="preserve">    A.are</w:t>
      </w:r>
      <w:r>
        <w:br/>
        <w:t xml:space="preserve">    B.is</w:t>
      </w:r>
      <w:r>
        <w:br/>
        <w:t xml:space="preserve">    C.was</w:t>
      </w:r>
      <w:r>
        <w:br/>
        <w:t xml:space="preserve">    D.be</w:t>
      </w:r>
      <w:r>
        <w:br/>
        <w:t>【答案】A　【解析】a number of+复数谓语用复数。</w:t>
      </w:r>
    </w:p>
    <w:p>
      <w:r>
        <w:t>50. She is the most beautiful girl ____ I have ever seen.</w:t>
      </w:r>
      <w:r>
        <w:br/>
        <w:t xml:space="preserve">    A.that</w:t>
      </w:r>
      <w:r>
        <w:br/>
        <w:t xml:space="preserve">    B.who</w:t>
      </w:r>
      <w:r>
        <w:br/>
        <w:t xml:space="preserve">    C.whom</w:t>
      </w:r>
      <w:r>
        <w:br/>
        <w:t xml:space="preserve">    D.which</w:t>
      </w:r>
      <w:r>
        <w:br/>
        <w:t>【答案】A　【解析】最高级后定语从句用that。</w:t>
      </w:r>
    </w:p>
    <w:p>
      <w:r>
        <w:t>51. He is believed ____ the work already.</w:t>
      </w:r>
      <w:r>
        <w:br/>
        <w:t xml:space="preserve">    A.to have finished</w:t>
      </w:r>
      <w:r>
        <w:br/>
        <w:t xml:space="preserve">    B.to finish</w:t>
      </w:r>
      <w:r>
        <w:br/>
        <w:t xml:space="preserve">    C.having finished</w:t>
      </w:r>
      <w:r>
        <w:br/>
        <w:t xml:space="preserve">    D.finish</w:t>
      </w:r>
      <w:r>
        <w:br/>
        <w:t>【答案】A　【解析】be believed to have done。</w:t>
      </w:r>
    </w:p>
    <w:p>
      <w:r>
        <w:t>52. The question is difficult ____.</w:t>
      </w:r>
      <w:r>
        <w:br/>
        <w:t xml:space="preserve">    A.to answer</w:t>
      </w:r>
      <w:r>
        <w:br/>
        <w:t xml:space="preserve">    B.answer</w:t>
      </w:r>
      <w:r>
        <w:br/>
        <w:t xml:space="preserve">    C.answering</w:t>
      </w:r>
      <w:r>
        <w:br/>
        <w:t xml:space="preserve">    D.answered</w:t>
      </w:r>
      <w:r>
        <w:br/>
        <w:t>【答案】A　【解析】be difficult to do。</w:t>
      </w:r>
    </w:p>
    <w:p>
      <w:r>
        <w:t>53. ____ the door, he went out.</w:t>
      </w:r>
      <w:r>
        <w:br/>
        <w:t xml:space="preserve">    A.Having closed</w:t>
      </w:r>
      <w:r>
        <w:br/>
        <w:t xml:space="preserve">    B.Closed</w:t>
      </w:r>
      <w:r>
        <w:br/>
        <w:t xml:space="preserve">    C.Close</w:t>
      </w:r>
      <w:r>
        <w:br/>
        <w:t xml:space="preserve">    D.Closing</w:t>
      </w:r>
      <w:r>
        <w:br/>
        <w:t>【答案】A　【解析】现在分词完成式表先后。</w:t>
      </w:r>
    </w:p>
    <w:p>
      <w:r>
        <w:t>54. She can't help ____ the housework because she is busy.</w:t>
      </w:r>
      <w:r>
        <w:br/>
        <w:t xml:space="preserve">    A.doing</w:t>
      </w:r>
      <w:r>
        <w:br/>
        <w:t xml:space="preserve">    B.do</w:t>
      </w:r>
      <w:r>
        <w:br/>
        <w:t xml:space="preserve">    C.to do</w:t>
      </w:r>
      <w:r>
        <w:br/>
        <w:t xml:space="preserve">    D.done</w:t>
      </w:r>
      <w:r>
        <w:br/>
        <w:t>【答案】A　【解析】can't help doing忍不住做。</w:t>
      </w:r>
    </w:p>
    <w:p>
      <w:r>
        <w:t>55. The news ____ our team won made us excited.</w:t>
      </w:r>
      <w:r>
        <w:br/>
        <w:t xml:space="preserve">    A.that</w:t>
      </w:r>
      <w:r>
        <w:br/>
        <w:t xml:space="preserve">    B.what</w:t>
      </w:r>
      <w:r>
        <w:br/>
        <w:t xml:space="preserve">    C.which</w:t>
      </w:r>
      <w:r>
        <w:br/>
        <w:t xml:space="preserve">    D.who</w:t>
      </w:r>
      <w:r>
        <w:br/>
        <w:t>【答案】A　【解析】同位语从句用that。</w:t>
      </w:r>
    </w:p>
    <w:p>
      <w:r>
        <w:t>56. I haven't heard from him ____.</w:t>
      </w:r>
      <w:r>
        <w:br/>
        <w:t xml:space="preserve">    A.lately</w:t>
      </w:r>
      <w:r>
        <w:br/>
        <w:t xml:space="preserve">    B.late</w:t>
      </w:r>
      <w:r>
        <w:br/>
        <w:t xml:space="preserve">    C.later</w:t>
      </w:r>
      <w:r>
        <w:br/>
        <w:t xml:space="preserve">    D.latest</w:t>
      </w:r>
      <w:r>
        <w:br/>
        <w:t>【答案】A　【解析】lately最近。</w:t>
      </w:r>
    </w:p>
    <w:p>
      <w:r>
        <w:t>57. He is ____ to be promoted.</w:t>
      </w:r>
      <w:r>
        <w:br/>
        <w:t xml:space="preserve">    A.likely</w:t>
      </w:r>
      <w:r>
        <w:br/>
        <w:t xml:space="preserve">    B.like</w:t>
      </w:r>
      <w:r>
        <w:br/>
        <w:t xml:space="preserve">    C.likeness</w:t>
      </w:r>
      <w:r>
        <w:br/>
        <w:t xml:space="preserve">    D.likewise</w:t>
      </w:r>
      <w:r>
        <w:br/>
        <w:t>【答案】A　【解析】be likely to很可能。</w:t>
      </w:r>
    </w:p>
    <w:p>
      <w:r>
        <w:t>58. The traffic is heavy, ____ the train may be late.</w:t>
      </w:r>
      <w:r>
        <w:br/>
        <w:t xml:space="preserve">    A.so</w:t>
      </w:r>
      <w:r>
        <w:br/>
        <w:t xml:space="preserve">    B.because</w:t>
      </w:r>
      <w:r>
        <w:br/>
        <w:t xml:space="preserve">    C.but</w:t>
      </w:r>
      <w:r>
        <w:br/>
        <w:t xml:space="preserve">    D.or</w:t>
      </w:r>
      <w:r>
        <w:br/>
        <w:t>【答案】A　【解析】so因此。</w:t>
      </w:r>
    </w:p>
    <w:p>
      <w:r>
        <w:t>59. She insisted that the plan ____ practical.</w:t>
      </w:r>
      <w:r>
        <w:br/>
        <w:t xml:space="preserve">    A.be</w:t>
      </w:r>
      <w:r>
        <w:br/>
        <w:t xml:space="preserve">    B.is</w:t>
      </w:r>
      <w:r>
        <w:br/>
        <w:t xml:space="preserve">    C.was</w:t>
      </w:r>
      <w:r>
        <w:br/>
        <w:t xml:space="preserve">    D.were</w:t>
      </w:r>
      <w:r>
        <w:br/>
        <w:t>【答案】A　【解析】insist that (should) be。</w:t>
      </w:r>
    </w:p>
    <w:p>
      <w:r>
        <w:t>60. The teacher as well as the students ____ going to the museum.</w:t>
      </w:r>
      <w:r>
        <w:br/>
        <w:t xml:space="preserve">    A.is</w:t>
      </w:r>
      <w:r>
        <w:br/>
        <w:t xml:space="preserve">    B.are</w:t>
      </w:r>
      <w:r>
        <w:br/>
        <w:t xml:space="preserve">    C.were</w:t>
      </w:r>
      <w:r>
        <w:br/>
        <w:t xml:space="preserve">    D.be</w:t>
      </w:r>
      <w:r>
        <w:br/>
        <w:t>【答案】A　【解析】as well as连接，谓语随前者the teacher单数。</w:t>
      </w:r>
    </w:p>
    <w:p>
      <w:pPr>
        <w:pStyle w:val="Heading1"/>
      </w:pPr>
      <w:r>
        <w:t>二、填空题</w:t>
      </w:r>
    </w:p>
    <w:p>
      <w:r>
        <w:t>61. The teacher told us that the sun ______ (rise) in the east.</w:t>
      </w:r>
    </w:p>
    <w:p>
      <w:r>
        <w:t xml:space="preserve">    【答案】rises　【解析】客观真理用一般现在时。</w:t>
      </w:r>
    </w:p>
    <w:p>
      <w:r>
        <w:t>62. By the time I got there, the train ______ (leave).</w:t>
      </w:r>
    </w:p>
    <w:p>
      <w:r>
        <w:t xml:space="preserve">    【答案】had left　【解析】过去完成时。</w:t>
      </w:r>
    </w:p>
    <w:p>
      <w:r>
        <w:t>63. Listen! Someone ______ (sing) in the next room.</w:t>
      </w:r>
    </w:p>
    <w:p>
      <w:r>
        <w:t xml:space="preserve">    【答案】is singing　【解析】listen提示现在进行时。</w:t>
      </w:r>
    </w:p>
    <w:p>
      <w:r>
        <w:t>64. He ______ (work) in this company for ten years.</w:t>
      </w:r>
    </w:p>
    <w:p>
      <w:r>
        <w:t xml:space="preserve">    【答案】has worked　【解析】现在完成时。</w:t>
      </w:r>
    </w:p>
    <w:p>
      <w:r>
        <w:t>65. The bridge ______ (build) in 1990.</w:t>
      </w:r>
    </w:p>
    <w:p>
      <w:r>
        <w:t xml:space="preserve">    【答案】was built　【解析】过去被动。</w:t>
      </w:r>
    </w:p>
    <w:p>
      <w:r>
        <w:t>66. I ______ (not see) him since last month.</w:t>
      </w:r>
    </w:p>
    <w:p>
      <w:r>
        <w:t xml:space="preserve">    【答案】haven't seen　【解析】现在完成时否定。</w:t>
      </w:r>
    </w:p>
    <w:p>
      <w:r>
        <w:t>67. She is used to ______ (get) up early.</w:t>
      </w:r>
    </w:p>
    <w:p>
      <w:r>
        <w:t xml:space="preserve">    【答案】getting　【解析】be used to doing习惯做。</w:t>
      </w:r>
    </w:p>
    <w:p>
      <w:r>
        <w:t>68. The problem requires ______ (solve) carefully.</w:t>
      </w:r>
    </w:p>
    <w:p>
      <w:r>
        <w:t xml:space="preserve">    【答案】solving　【解析】require doing需要被做。</w:t>
      </w:r>
    </w:p>
    <w:p>
      <w:r>
        <w:t>69. It is necessary for us ______ (protect) the environment.</w:t>
      </w:r>
    </w:p>
    <w:p>
      <w:r>
        <w:t xml:space="preserve">    【答案】to protect　【解析】It is adj for sb to do。</w:t>
      </w:r>
    </w:p>
    <w:p>
      <w:r>
        <w:t>70. The more you read, the ______ (good) you will write.</w:t>
      </w:r>
    </w:p>
    <w:p>
      <w:r>
        <w:t xml:space="preserve">    【答案】better　【解析】the比较级the比较级。</w:t>
      </w:r>
    </w:p>
    <w:p>
      <w:r>
        <w:t>71. He advised me ______ (not go) there alone.</w:t>
      </w:r>
    </w:p>
    <w:p>
      <w:r>
        <w:t xml:space="preserve">    【答案】not to go　【解析】advise sb not to do。</w:t>
      </w:r>
    </w:p>
    <w:p>
      <w:r>
        <w:t>72. What a ______ (fun) story it is!</w:t>
      </w:r>
    </w:p>
    <w:p>
      <w:r>
        <w:t xml:space="preserve">    【答案】funny　【解析】感叹句用形容词funny。</w:t>
      </w:r>
    </w:p>
    <w:p>
      <w:r>
        <w:t>73. The students ______ (ask) to clean the classroom yesterday.</w:t>
      </w:r>
    </w:p>
    <w:p>
      <w:r>
        <w:t xml:space="preserve">    【答案】were asked　【解析】过去被动复数。</w:t>
      </w:r>
    </w:p>
    <w:p>
      <w:r>
        <w:t>74. She said she ______ (visit) her grandparents the next week.</w:t>
      </w:r>
    </w:p>
    <w:p>
      <w:r>
        <w:t xml:space="preserve">    【答案】would visit　【解析】过去将来时。</w:t>
      </w:r>
    </w:p>
    <w:p>
      <w:r>
        <w:t>75. He is considering ______ (change) his job.</w:t>
      </w:r>
    </w:p>
    <w:p>
      <w:r>
        <w:t xml:space="preserve">    【答案】changing　【解析】consider doing考虑做。</w:t>
      </w:r>
    </w:p>
    <w:p>
      <w:r>
        <w:t>76. The news made me ______ (feel) excited.</w:t>
      </w:r>
    </w:p>
    <w:p>
      <w:r>
        <w:t xml:space="preserve">    【答案】feel　【解析】make sb do。</w:t>
      </w:r>
    </w:p>
    <w:p>
      <w:r>
        <w:t>77. I have some difficulty ______ (understand) him.</w:t>
      </w:r>
    </w:p>
    <w:p>
      <w:r>
        <w:t xml:space="preserve">    【答案】understanding　【解析】have difficulty doing。</w:t>
      </w:r>
    </w:p>
    <w:p>
      <w:r>
        <w:t>78. The book ______ (write) by a famous writer is popular.</w:t>
      </w:r>
    </w:p>
    <w:p>
      <w:r>
        <w:t xml:space="preserve">    【答案】written　【解析】过去分词作定语。</w:t>
      </w:r>
    </w:p>
    <w:p>
      <w:r>
        <w:t>79. ______ (give) more time, we could do it better.</w:t>
      </w:r>
    </w:p>
    <w:p>
      <w:r>
        <w:t xml:space="preserve">    【答案】Given　【解析】过去分词表条件。</w:t>
      </w:r>
    </w:p>
    <w:p>
      <w:r>
        <w:t>80. She enjoys ______ (listen) to music after work.</w:t>
      </w:r>
    </w:p>
    <w:p>
      <w:r>
        <w:t xml:space="preserve">    【答案】listening　【解析】enjoy doing。</w:t>
      </w:r>
    </w:p>
    <w:p>
      <w:pPr>
        <w:pStyle w:val="Heading1"/>
      </w:pPr>
      <w:r>
        <w:t>三、判断题</w:t>
      </w:r>
    </w:p>
    <w:p>
      <w:r>
        <w:t>81. The movie was so bored that I fell asleep.</w:t>
      </w:r>
    </w:p>
    <w:p>
      <w:r>
        <w:t xml:space="preserve">    【答案】错　【解析】应为boring，事物用-ing形容词。</w:t>
      </w:r>
    </w:p>
    <w:p>
      <w:r>
        <w:t>82. She is more taller than her sister.</w:t>
      </w:r>
    </w:p>
    <w:p>
      <w:r>
        <w:t xml:space="preserve">    【答案】错　【解析】比较级不叠加，应为taller或much taller。</w:t>
      </w:r>
    </w:p>
    <w:p>
      <w:r>
        <w:t>83. He has gone to Beijing twice this year.</w:t>
      </w:r>
    </w:p>
    <w:p>
      <w:r>
        <w:t xml:space="preserve">    【答案】错　【解析】去过又回来用has been to。</w:t>
      </w:r>
    </w:p>
    <w:p>
      <w:r>
        <w:t>84. I look forward to hear from you.</w:t>
      </w:r>
    </w:p>
    <w:p>
      <w:r>
        <w:t xml:space="preserve">    【答案】错　【解析】look forward to doing。</w:t>
      </w:r>
    </w:p>
    <w:p>
      <w:r>
        <w:t>85. The number of cars are increasing.</w:t>
      </w:r>
    </w:p>
    <w:p>
      <w:r>
        <w:t xml:space="preserve">    【答案】错　【解析】the number of谓语用单数is。</w:t>
      </w:r>
    </w:p>
    <w:p>
      <w:r>
        <w:t>86. Neither the teacher nor the students was late.</w:t>
      </w:r>
    </w:p>
    <w:p>
      <w:r>
        <w:t xml:space="preserve">    【答案】错　【解析】就近原则，students复数用were。</w:t>
      </w:r>
    </w:p>
    <w:p>
      <w:r>
        <w:t>87. It was him who broke the window.</w:t>
      </w:r>
    </w:p>
    <w:p>
      <w:r>
        <w:t xml:space="preserve">    【答案】错　【解析】强调句主语用he。</w:t>
      </w:r>
    </w:p>
    <w:p>
      <w:r>
        <w:t>88. She sang the song happy.</w:t>
      </w:r>
    </w:p>
    <w:p>
      <w:r>
        <w:t xml:space="preserve">    【答案】错　【解析】应用副词happily修饰动词sang。</w:t>
      </w:r>
    </w:p>
    <w:p>
      <w:r>
        <w:t>89. He is good at play basketball.</w:t>
      </w:r>
    </w:p>
    <w:p>
      <w:r>
        <w:t xml:space="preserve">    【答案】错　【解析】be good at doing。</w:t>
      </w:r>
    </w:p>
    <w:p>
      <w:r>
        <w:t>90. I have finished to read the book.</w:t>
      </w:r>
    </w:p>
    <w:p>
      <w:r>
        <w:t xml:space="preserve">    【答案】错　【解析】finish doing。</w:t>
      </w:r>
    </w:p>
    <w:p>
      <w:r>
        <w:t>91. The classroom needs cleaning.</w:t>
      </w:r>
    </w:p>
    <w:p>
      <w:r>
        <w:t xml:space="preserve">    【答案】对　【解析】need doing表被动。</w:t>
      </w:r>
    </w:p>
    <w:p>
      <w:r>
        <w:t>92. She speaks English more fluently than me.</w:t>
      </w:r>
    </w:p>
    <w:p>
      <w:r>
        <w:t xml:space="preserve">    【答案】对　【解析】副词比较级正确。</w:t>
      </w:r>
    </w:p>
    <w:p>
      <w:r>
        <w:t>93. If it will rain tomorrow, we will cancel the trip.</w:t>
      </w:r>
    </w:p>
    <w:p>
      <w:r>
        <w:t xml:space="preserve">    【答案】错　【解析】条件句用一般现在时，应为rains。</w:t>
      </w:r>
    </w:p>
    <w:p>
      <w:r>
        <w:t>94. He is the tallest of the two brothers.</w:t>
      </w:r>
    </w:p>
    <w:p>
      <w:r>
        <w:t xml:space="preserve">    【答案】错　【解析】两者比较用比较级，taller。</w:t>
      </w:r>
    </w:p>
    <w:p>
      <w:r>
        <w:t>95. I suggested him to go home early.</w:t>
      </w:r>
    </w:p>
    <w:p>
      <w:r>
        <w:t xml:space="preserve">    【答案】错　【解析】suggest doing，或suggest that sb (should) do。</w:t>
      </w:r>
    </w:p>
    <w:p>
      <w:r>
        <w:t>96. The house which roof is red belongs to my uncle.</w:t>
      </w:r>
    </w:p>
    <w:p>
      <w:r>
        <w:t xml:space="preserve">    【答案】错　【解析】关系代词应用whose。</w:t>
      </w:r>
    </w:p>
    <w:p>
      <w:r>
        <w:t>97. She has been working here since 5 years.</w:t>
      </w:r>
    </w:p>
    <w:p>
      <w:r>
        <w:t xml:space="preserve">    【答案】错　【解析】since+时间点，5 years用for。</w:t>
      </w:r>
    </w:p>
    <w:p>
      <w:r>
        <w:t>98. What a good news it is!</w:t>
      </w:r>
    </w:p>
    <w:p>
      <w:r>
        <w:t xml:space="preserve">    【答案】错　【解析】news不可数，不用a。</w:t>
      </w:r>
    </w:p>
    <w:p>
      <w:r>
        <w:t>99. He asked me what was I doing.</w:t>
      </w:r>
    </w:p>
    <w:p>
      <w:r>
        <w:t xml:space="preserve">    【答案】错　【解析】宾语从句用陈述语序，what I was doing。</w:t>
      </w:r>
    </w:p>
    <w:p>
      <w:r>
        <w:t>100. The harder you study, the more progress you make.</w:t>
      </w:r>
    </w:p>
    <w:p>
      <w:r>
        <w:t xml:space="preserve">    【答案】对　【解析】the比较级句型正确。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