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大学英语六级备考攻略：听力阅读写作翻译全攻略</w:t>
      </w:r>
    </w:p>
    <w:p>
      <w:r>
        <w:t>四六级新一轮报名开始了！小编整理了大学英语六级备考全攻略，从听力、阅读、写作、翻译四个板块讲透提分方法。</w:t>
      </w:r>
    </w:p>
    <w:p>
      <w:r>
        <w:t>亮点：①六级与四级难度差异分析；②各板块提分技巧；③60天备考计划表。网页是预览版，下载Word完整版含详细计划表。? 免费下载Word完整版（可直接打印编辑）</w:t>
      </w:r>
    </w:p>
    <w:p>
      <w:pPr>
        <w:pStyle w:val="Heading1"/>
      </w:pPr>
      <w:r>
        <w:t>一、听力：听懂比听多重要</w:t>
      </w:r>
    </w:p>
    <w:p>
      <w:r>
        <w:t>六级听力语速更快、长对话更长，备考策略：①每天精听1篇真题（逐句听写）；②关注转折词（but、however）后的信息，答案常在此；③预读选项，划出关键词。</w:t>
      </w:r>
    </w:p>
    <w:p>
      <w:pPr>
        <w:pStyle w:val="Heading1"/>
      </w:pPr>
      <w:r>
        <w:t>二、阅读：词汇+定位</w:t>
      </w:r>
    </w:p>
    <w:p>
      <w:r>
        <w:t>①选词填空：先判断词性再选词；②长篇匹配：先读题干划关键词，再扫读原文；③仔细阅读：定位句附近找答案，注意同义替换。</w:t>
      </w:r>
    </w:p>
    <w:p>
      <w:r>
        <w:t>词汇：每天背80个六级高频词，滚动复习。</w:t>
      </w:r>
    </w:p>
    <w:p>
      <w:pPr>
        <w:pStyle w:val="Heading1"/>
      </w:pPr>
      <w:r>
        <w:t>三、写作与翻译</w:t>
      </w:r>
    </w:p>
    <w:p>
      <w:r>
        <w:t>写作：开头-观点-论证-结尾四段式，背万能句式；翻译：找主干+补修饰，不会的词用上位词替换。完整模板和计划表见Word版。?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