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大学英语六级核心词汇语法模拟卷（100题完整版）</w:t>
      </w:r>
    </w:p>
    <w:p>
      <w:r>
        <w:t>满分100分，时间60分钟。本卷为完整版，共100题，含词汇单选、语法单选、用适当形式填空、判断改错，覆盖六级高频词汇与核心语法考点，全部带答案和解析，可直接打印练习。</w:t>
      </w:r>
    </w:p>
    <w:p>
      <w:pPr>
        <w:pStyle w:val="Heading1"/>
      </w:pPr>
      <w:r>
        <w:t>一、单项选择题</w:t>
      </w:r>
    </w:p>
    <w:p>
      <w:r>
        <w:t>1. The novel gives a vivid ____ of the rural life in the 1980s.</w:t>
      </w:r>
      <w:r>
        <w:br/>
        <w:t xml:space="preserve">    A.description</w:t>
      </w:r>
      <w:r>
        <w:br/>
        <w:t xml:space="preserve">    B.destruction</w:t>
      </w:r>
      <w:r>
        <w:br/>
        <w:t xml:space="preserve">    C.determination</w:t>
      </w:r>
      <w:r>
        <w:br/>
        <w:t xml:space="preserve">    D.distribution</w:t>
      </w:r>
      <w:r>
        <w:br/>
        <w:t>【答案】A　【解析】description描写、描述。</w:t>
      </w:r>
    </w:p>
    <w:p>
      <w:r>
        <w:t>2. We should ____ the achievements and move forward.</w:t>
      </w:r>
      <w:r>
        <w:br/>
        <w:t xml:space="preserve">    A.consolidate</w:t>
      </w:r>
      <w:r>
        <w:br/>
        <w:t xml:space="preserve">    B.concentrate</w:t>
      </w:r>
      <w:r>
        <w:br/>
        <w:t xml:space="preserve">    C.confront</w:t>
      </w:r>
      <w:r>
        <w:br/>
        <w:t xml:space="preserve">    D.conserve</w:t>
      </w:r>
      <w:r>
        <w:br/>
        <w:t>【答案】A　【解析】consolidate巩固。</w:t>
      </w:r>
    </w:p>
    <w:p>
      <w:r>
        <w:t>3. Her ____ performance won the audience's applause.</w:t>
      </w:r>
      <w:r>
        <w:br/>
        <w:t xml:space="preserve">    A.exquisite</w:t>
      </w:r>
      <w:r>
        <w:br/>
        <w:t xml:space="preserve">    B.exclusive</w:t>
      </w:r>
      <w:r>
        <w:br/>
        <w:t xml:space="preserve">    C.excessive</w:t>
      </w:r>
      <w:r>
        <w:br/>
        <w:t xml:space="preserve">    D.executive</w:t>
      </w:r>
      <w:r>
        <w:br/>
        <w:t>【答案】A　【解析】exquisite精美的、精湛的。</w:t>
      </w:r>
    </w:p>
    <w:p>
      <w:r>
        <w:t>4. The government has ____ new policies to support small businesses.</w:t>
      </w:r>
      <w:r>
        <w:br/>
        <w:t xml:space="preserve">    A.formulated</w:t>
      </w:r>
      <w:r>
        <w:br/>
        <w:t xml:space="preserve">    B.fabricated</w:t>
      </w:r>
      <w:r>
        <w:br/>
        <w:t xml:space="preserve">    C.fascinated</w:t>
      </w:r>
      <w:r>
        <w:br/>
        <w:t xml:space="preserve">    D.facilitated</w:t>
      </w:r>
      <w:r>
        <w:br/>
        <w:t>【答案】A　【解析】formulate制定。</w:t>
      </w:r>
    </w:p>
    <w:p>
      <w:r>
        <w:t>5. He is a man of ____ integrity and honesty.</w:t>
      </w:r>
      <w:r>
        <w:br/>
        <w:t xml:space="preserve">    A.unquestionable</w:t>
      </w:r>
      <w:r>
        <w:br/>
        <w:t xml:space="preserve">    B.unqualified</w:t>
      </w:r>
      <w:r>
        <w:br/>
        <w:t xml:space="preserve">    C.unpredictable</w:t>
      </w:r>
      <w:r>
        <w:br/>
        <w:t xml:space="preserve">    D.unprecedented</w:t>
      </w:r>
      <w:r>
        <w:br/>
        <w:t>【答案】A　【解析】unquestionable毋庸置疑的。</w:t>
      </w:r>
    </w:p>
    <w:p>
      <w:r>
        <w:t>6. The two parties reached a ____ after long negotiations.</w:t>
      </w:r>
      <w:r>
        <w:br/>
        <w:t xml:space="preserve">    A.consensus</w:t>
      </w:r>
      <w:r>
        <w:br/>
        <w:t xml:space="preserve">    B.conscience</w:t>
      </w:r>
      <w:r>
        <w:br/>
        <w:t xml:space="preserve">    C.consequence</w:t>
      </w:r>
      <w:r>
        <w:br/>
        <w:t xml:space="preserve">    D.continent</w:t>
      </w:r>
      <w:r>
        <w:br/>
        <w:t>【答案】A　【解析】consensus共识。</w:t>
      </w:r>
    </w:p>
    <w:p>
      <w:r>
        <w:t>7. She has an ____ for learning new languages.</w:t>
      </w:r>
      <w:r>
        <w:br/>
        <w:t xml:space="preserve">    A.aptitude</w:t>
      </w:r>
      <w:r>
        <w:br/>
        <w:t xml:space="preserve">    B.altitude</w:t>
      </w:r>
      <w:r>
        <w:br/>
        <w:t xml:space="preserve">    C.attitude</w:t>
      </w:r>
      <w:r>
        <w:br/>
        <w:t xml:space="preserve">    D.latitude</w:t>
      </w:r>
      <w:r>
        <w:br/>
        <w:t>【答案】A　【解析】aptitude天赋。</w:t>
      </w:r>
    </w:p>
    <w:p>
      <w:r>
        <w:t>8. The report ____ the need for reform in education.</w:t>
      </w:r>
      <w:r>
        <w:br/>
        <w:t xml:space="preserve">    A.underscores</w:t>
      </w:r>
      <w:r>
        <w:br/>
        <w:t xml:space="preserve">    B.undergoes</w:t>
      </w:r>
      <w:r>
        <w:br/>
        <w:t xml:space="preserve">    C.understands</w:t>
      </w:r>
      <w:r>
        <w:br/>
        <w:t xml:space="preserve">    D.undertakes</w:t>
      </w:r>
      <w:r>
        <w:br/>
        <w:t>【答案】A　【解析】underscore强调。</w:t>
      </w:r>
    </w:p>
    <w:p>
      <w:r>
        <w:t>9. The medicine has some ____ effects on patients.</w:t>
      </w:r>
      <w:r>
        <w:br/>
        <w:t xml:space="preserve">    A.adverse</w:t>
      </w:r>
      <w:r>
        <w:br/>
        <w:t xml:space="preserve">    B.averse</w:t>
      </w:r>
      <w:r>
        <w:br/>
        <w:t xml:space="preserve">    C.adversity</w:t>
      </w:r>
      <w:r>
        <w:br/>
        <w:t xml:space="preserve">    D.advocate</w:t>
      </w:r>
      <w:r>
        <w:br/>
        <w:t>【答案】A　【解析】adverse不利的。</w:t>
      </w:r>
    </w:p>
    <w:p>
      <w:r>
        <w:t>10. We must ____ the risk before making the decision.</w:t>
      </w:r>
      <w:r>
        <w:br/>
        <w:t xml:space="preserve">    A.assess</w:t>
      </w:r>
      <w:r>
        <w:br/>
        <w:t xml:space="preserve">    B.access</w:t>
      </w:r>
      <w:r>
        <w:br/>
        <w:t xml:space="preserve">    C.asset</w:t>
      </w:r>
      <w:r>
        <w:br/>
        <w:t xml:space="preserve">    D.assign</w:t>
      </w:r>
      <w:r>
        <w:br/>
        <w:t>【答案】A　【解析】assess评估。</w:t>
      </w:r>
    </w:p>
    <w:p>
      <w:r>
        <w:t>11. The company's ____ grew rapidly this year.</w:t>
      </w:r>
      <w:r>
        <w:br/>
        <w:t xml:space="preserve">    A.revenue</w:t>
      </w:r>
      <w:r>
        <w:br/>
        <w:t xml:space="preserve">    B.revenue</w:t>
      </w:r>
      <w:r>
        <w:br/>
        <w:t xml:space="preserve">    C.revenge</w:t>
      </w:r>
      <w:r>
        <w:br/>
        <w:t xml:space="preserve">    D.revere</w:t>
      </w:r>
      <w:r>
        <w:br/>
        <w:t>【答案】A　【解析】revenue收入。</w:t>
      </w:r>
    </w:p>
    <w:p>
      <w:r>
        <w:t>12. He was ____ for his bravery in the battle.</w:t>
      </w:r>
      <w:r>
        <w:br/>
        <w:t xml:space="preserve">    A.commended</w:t>
      </w:r>
      <w:r>
        <w:br/>
        <w:t xml:space="preserve">    B.commented</w:t>
      </w:r>
      <w:r>
        <w:br/>
        <w:t xml:space="preserve">    C.committed</w:t>
      </w:r>
      <w:r>
        <w:br/>
        <w:t xml:space="preserve">    D.compelled</w:t>
      </w:r>
      <w:r>
        <w:br/>
        <w:t>【答案】A　【解析】commend表扬。</w:t>
      </w:r>
    </w:p>
    <w:p>
      <w:r>
        <w:t>13. The theory has been ____ by many experiments.</w:t>
      </w:r>
      <w:r>
        <w:br/>
        <w:t xml:space="preserve">    A.substantiated</w:t>
      </w:r>
      <w:r>
        <w:br/>
        <w:t xml:space="preserve">    B.substituted</w:t>
      </w:r>
      <w:r>
        <w:br/>
        <w:t xml:space="preserve">    C.subtracted</w:t>
      </w:r>
      <w:r>
        <w:br/>
        <w:t xml:space="preserve">    D.submitted</w:t>
      </w:r>
      <w:r>
        <w:br/>
        <w:t>【答案】A　【解析】substantiate证实。</w:t>
      </w:r>
    </w:p>
    <w:p>
      <w:r>
        <w:t>14. Her speech was ____ and inspiring.</w:t>
      </w:r>
      <w:r>
        <w:br/>
        <w:t xml:space="preserve">    A.eloquent</w:t>
      </w:r>
      <w:r>
        <w:br/>
        <w:t xml:space="preserve">    B.elegant</w:t>
      </w:r>
      <w:r>
        <w:br/>
        <w:t xml:space="preserve">    C.elemental</w:t>
      </w:r>
      <w:r>
        <w:br/>
        <w:t xml:space="preserve">    D.elementary</w:t>
      </w:r>
      <w:r>
        <w:br/>
        <w:t>【答案】A　【解析】eloquent雄辩的。</w:t>
      </w:r>
    </w:p>
    <w:p>
      <w:r>
        <w:t>15. The two countries are ____ in trade and culture.</w:t>
      </w:r>
      <w:r>
        <w:br/>
        <w:t xml:space="preserve">    A.interdependent</w:t>
      </w:r>
      <w:r>
        <w:br/>
        <w:t xml:space="preserve">    B.interrupted</w:t>
      </w:r>
      <w:r>
        <w:br/>
        <w:t xml:space="preserve">    C.intervened</w:t>
      </w:r>
      <w:r>
        <w:br/>
        <w:t xml:space="preserve">    D.internationalized</w:t>
      </w:r>
      <w:r>
        <w:br/>
        <w:t>【答案】A　【解析】interdependent相互依存的。</w:t>
      </w:r>
    </w:p>
    <w:p>
      <w:r>
        <w:t>16. He ____ his opponent in the debate.</w:t>
      </w:r>
      <w:r>
        <w:br/>
        <w:t xml:space="preserve">    A.outshone</w:t>
      </w:r>
      <w:r>
        <w:br/>
        <w:t xml:space="preserve">    B.outcome</w:t>
      </w:r>
      <w:r>
        <w:br/>
        <w:t xml:space="preserve">    C.outlook</w:t>
      </w:r>
      <w:r>
        <w:br/>
        <w:t xml:space="preserve">    D.outfit</w:t>
      </w:r>
      <w:r>
        <w:br/>
        <w:t>【答案】A　【解析】outshine胜过。</w:t>
      </w:r>
    </w:p>
    <w:p>
      <w:r>
        <w:t>17. The project was ____ due to budget cuts.</w:t>
      </w:r>
      <w:r>
        <w:br/>
        <w:t xml:space="preserve">    A.scrapped</w:t>
      </w:r>
      <w:r>
        <w:br/>
        <w:t xml:space="preserve">    B.scrubbed</w:t>
      </w:r>
      <w:r>
        <w:br/>
        <w:t xml:space="preserve">    C.scrambled</w:t>
      </w:r>
      <w:r>
        <w:br/>
        <w:t xml:space="preserve">    D.scattered</w:t>
      </w:r>
      <w:r>
        <w:br/>
        <w:t>【答案】A　【解析】scrap放弃、取消。</w:t>
      </w:r>
    </w:p>
    <w:p>
      <w:r>
        <w:t>18. She is ____ about her son's health.</w:t>
      </w:r>
      <w:r>
        <w:br/>
        <w:t xml:space="preserve">    A.apprehensive</w:t>
      </w:r>
      <w:r>
        <w:br/>
        <w:t xml:space="preserve">    B.approximate</w:t>
      </w:r>
      <w:r>
        <w:br/>
        <w:t xml:space="preserve">    C.appropriate</w:t>
      </w:r>
      <w:r>
        <w:br/>
        <w:t xml:space="preserve">    D.appreciable</w:t>
      </w:r>
      <w:r>
        <w:br/>
        <w:t>【答案】A　【解析】apprehensive忧虑的。</w:t>
      </w:r>
    </w:p>
    <w:p>
      <w:r>
        <w:t>19. The evidence is ____ and cannot be ignored.</w:t>
      </w:r>
      <w:r>
        <w:br/>
        <w:t xml:space="preserve">    A.irrefutable</w:t>
      </w:r>
      <w:r>
        <w:br/>
        <w:t xml:space="preserve">    B.irrelevant</w:t>
      </w:r>
      <w:r>
        <w:br/>
        <w:t xml:space="preserve">    C.irreplaceable</w:t>
      </w:r>
      <w:r>
        <w:br/>
        <w:t xml:space="preserve">    D.irresistible</w:t>
      </w:r>
      <w:r>
        <w:br/>
        <w:t>【答案】A　【解析】irrefutable无可辩驳的。</w:t>
      </w:r>
    </w:p>
    <w:p>
      <w:r>
        <w:t>20. The organization aims to ____ poverty and hunger.</w:t>
      </w:r>
      <w:r>
        <w:br/>
        <w:t xml:space="preserve">    A.eradicate</w:t>
      </w:r>
      <w:r>
        <w:br/>
        <w:t xml:space="preserve">    B.elevate</w:t>
      </w:r>
      <w:r>
        <w:br/>
        <w:t xml:space="preserve">    C.eliminate</w:t>
      </w:r>
      <w:r>
        <w:br/>
        <w:t xml:space="preserve">    D.elaborate</w:t>
      </w:r>
      <w:r>
        <w:br/>
        <w:t>【答案】A　【解析】eradicate根除。</w:t>
      </w:r>
    </w:p>
    <w:p>
      <w:r>
        <w:t>21. His ____ remarks offended many people.</w:t>
      </w:r>
      <w:r>
        <w:br/>
        <w:t xml:space="preserve">    A.tactless</w:t>
      </w:r>
      <w:r>
        <w:br/>
        <w:t xml:space="preserve">    B.tactical</w:t>
      </w:r>
      <w:r>
        <w:br/>
        <w:t xml:space="preserve">    C.tangible</w:t>
      </w:r>
      <w:r>
        <w:br/>
        <w:t xml:space="preserve">    D.taxable</w:t>
      </w:r>
      <w:r>
        <w:br/>
        <w:t>【答案】A　【解析】tactless不得体的。</w:t>
      </w:r>
    </w:p>
    <w:p>
      <w:r>
        <w:t>22. The meeting was ____ to discuss the new plan.</w:t>
      </w:r>
      <w:r>
        <w:br/>
        <w:t xml:space="preserve">    A.convened</w:t>
      </w:r>
      <w:r>
        <w:br/>
        <w:t xml:space="preserve">    B.conveyed</w:t>
      </w:r>
      <w:r>
        <w:br/>
        <w:t xml:space="preserve">    C.converted</w:t>
      </w:r>
      <w:r>
        <w:br/>
        <w:t xml:space="preserve">    D.convicted</w:t>
      </w:r>
      <w:r>
        <w:br/>
        <w:t>【答案】A　【解析】convene召集。</w:t>
      </w:r>
    </w:p>
    <w:p>
      <w:r>
        <w:t>23. She has a ____ knowledge of ancient history.</w:t>
      </w:r>
      <w:r>
        <w:br/>
        <w:t xml:space="preserve">    A.profound</w:t>
      </w:r>
      <w:r>
        <w:br/>
        <w:t xml:space="preserve">    B.proficient</w:t>
      </w:r>
      <w:r>
        <w:br/>
        <w:t xml:space="preserve">    C.prolific</w:t>
      </w:r>
      <w:r>
        <w:br/>
        <w:t xml:space="preserve">    D.prosperous</w:t>
      </w:r>
      <w:r>
        <w:br/>
        <w:t>【答案】A　【解析】profound渊博的。</w:t>
      </w:r>
    </w:p>
    <w:p>
      <w:r>
        <w:t>24. The two sides held ____ talks on the issue.</w:t>
      </w:r>
      <w:r>
        <w:br/>
        <w:t xml:space="preserve">    A.confidential</w:t>
      </w:r>
      <w:r>
        <w:br/>
        <w:t xml:space="preserve">    B.confident</w:t>
      </w:r>
      <w:r>
        <w:br/>
        <w:t xml:space="preserve">    C.confined</w:t>
      </w:r>
      <w:r>
        <w:br/>
        <w:t xml:space="preserve">    D.conformed</w:t>
      </w:r>
      <w:r>
        <w:br/>
        <w:t>【答案】A　【解析】confidential机密的。</w:t>
      </w:r>
    </w:p>
    <w:p>
      <w:r>
        <w:t>25. We should ____ the lessons from the past.</w:t>
      </w:r>
      <w:r>
        <w:br/>
        <w:t xml:space="preserve">    A.deduce</w:t>
      </w:r>
      <w:r>
        <w:br/>
        <w:t xml:space="preserve">    B.deduct</w:t>
      </w:r>
      <w:r>
        <w:br/>
        <w:t xml:space="preserve">    C.degrade</w:t>
      </w:r>
      <w:r>
        <w:br/>
        <w:t xml:space="preserve">    D.delude</w:t>
      </w:r>
      <w:r>
        <w:br/>
        <w:t>【答案】A　【解析】deduce推断。</w:t>
      </w:r>
    </w:p>
    <w:p>
      <w:r>
        <w:t>26. The ____ of the building is very unique.</w:t>
      </w:r>
      <w:r>
        <w:br/>
        <w:t xml:space="preserve">    A.architecture</w:t>
      </w:r>
      <w:r>
        <w:br/>
        <w:t xml:space="preserve">    B.archaeology</w:t>
      </w:r>
      <w:r>
        <w:br/>
        <w:t xml:space="preserve">    C.aristocracy</w:t>
      </w:r>
      <w:r>
        <w:br/>
        <w:t xml:space="preserve">    D.arithmetic</w:t>
      </w:r>
      <w:r>
        <w:br/>
        <w:t>【答案】A　【解析】architecture建筑。</w:t>
      </w:r>
    </w:p>
    <w:p>
      <w:r>
        <w:t>27. He was ____ for his contributions to science.</w:t>
      </w:r>
      <w:r>
        <w:br/>
        <w:t xml:space="preserve">    A.recognized</w:t>
      </w:r>
      <w:r>
        <w:br/>
        <w:t xml:space="preserve">    B.recollected</w:t>
      </w:r>
      <w:r>
        <w:br/>
        <w:t xml:space="preserve">    C.reconciled</w:t>
      </w:r>
      <w:r>
        <w:br/>
        <w:t xml:space="preserve">    D.recounted</w:t>
      </w:r>
      <w:r>
        <w:br/>
        <w:t>【答案】A　【解析】recognize认可。</w:t>
      </w:r>
    </w:p>
    <w:p>
      <w:r>
        <w:t>28. The situation is ____ and requires immediate action.</w:t>
      </w:r>
      <w:r>
        <w:br/>
        <w:t xml:space="preserve">    A.critical</w:t>
      </w:r>
      <w:r>
        <w:br/>
        <w:t xml:space="preserve">    B.critique</w:t>
      </w:r>
      <w:r>
        <w:br/>
        <w:t xml:space="preserve">    C.criterion</w:t>
      </w:r>
      <w:r>
        <w:br/>
        <w:t xml:space="preserve">    D.cryptic</w:t>
      </w:r>
      <w:r>
        <w:br/>
        <w:t>【答案】A　【解析】critical危急的。</w:t>
      </w:r>
    </w:p>
    <w:p>
      <w:r>
        <w:t>29. She is known for her ____ writing style.</w:t>
      </w:r>
      <w:r>
        <w:br/>
        <w:t xml:space="preserve">    A.versatile</w:t>
      </w:r>
      <w:r>
        <w:br/>
        <w:t xml:space="preserve">    B.vertical</w:t>
      </w:r>
      <w:r>
        <w:br/>
        <w:t xml:space="preserve">    C.vicious</w:t>
      </w:r>
      <w:r>
        <w:br/>
        <w:t xml:space="preserve">    D.vigorous</w:t>
      </w:r>
      <w:r>
        <w:br/>
        <w:t>【答案】A　【解析】versatile多才多艺的。</w:t>
      </w:r>
    </w:p>
    <w:p>
      <w:r>
        <w:t>30. The government is ____ measures to protect the environment.</w:t>
      </w:r>
      <w:r>
        <w:br/>
        <w:t xml:space="preserve">    A.implementing</w:t>
      </w:r>
      <w:r>
        <w:br/>
        <w:t xml:space="preserve">    B.implicating</w:t>
      </w:r>
      <w:r>
        <w:br/>
        <w:t xml:space="preserve">    C.implying</w:t>
      </w:r>
      <w:r>
        <w:br/>
        <w:t xml:space="preserve">    D.importing</w:t>
      </w:r>
      <w:r>
        <w:br/>
        <w:t>【答案】A　【解析】implement实施。</w:t>
      </w:r>
    </w:p>
    <w:p>
      <w:r>
        <w:t>31. ____ the heavy rain, the sports meet was postponed.</w:t>
      </w:r>
      <w:r>
        <w:br/>
        <w:t xml:space="preserve">    A.Due to</w:t>
      </w:r>
      <w:r>
        <w:br/>
        <w:t xml:space="preserve">    B.Thanks to</w:t>
      </w:r>
      <w:r>
        <w:br/>
        <w:t xml:space="preserve">    C.In spite of</w:t>
      </w:r>
      <w:r>
        <w:br/>
        <w:t xml:space="preserve">    D.Instead of</w:t>
      </w:r>
      <w:r>
        <w:br/>
        <w:t>【答案】A　【解析】due to由于（负面原因）。</w:t>
      </w:r>
    </w:p>
    <w:p>
      <w:r>
        <w:t>32. It is ____ that he will win the competition.</w:t>
      </w:r>
      <w:r>
        <w:br/>
        <w:t xml:space="preserve">    A.likely</w:t>
      </w:r>
      <w:r>
        <w:br/>
        <w:t xml:space="preserve">    B.like</w:t>
      </w:r>
      <w:r>
        <w:br/>
        <w:t xml:space="preserve">    C.likeness</w:t>
      </w:r>
      <w:r>
        <w:br/>
        <w:t xml:space="preserve">    D.alike</w:t>
      </w:r>
      <w:r>
        <w:br/>
        <w:t>【答案】A　【解析】be likely to很可能。</w:t>
      </w:r>
    </w:p>
    <w:p>
      <w:r>
        <w:t>33. She insisted on ____ the task herself.</w:t>
      </w:r>
      <w:r>
        <w:br/>
        <w:t xml:space="preserve">    A.completing</w:t>
      </w:r>
      <w:r>
        <w:br/>
        <w:t xml:space="preserve">    B.complete</w:t>
      </w:r>
      <w:r>
        <w:br/>
        <w:t xml:space="preserve">    C.completed</w:t>
      </w:r>
      <w:r>
        <w:br/>
        <w:t xml:space="preserve">    D.to complete</w:t>
      </w:r>
      <w:r>
        <w:br/>
        <w:t>【答案】A　【解析】insist on doing。</w:t>
      </w:r>
    </w:p>
    <w:p>
      <w:r>
        <w:t>34. The book is well worth ____.</w:t>
      </w:r>
      <w:r>
        <w:br/>
        <w:t xml:space="preserve">    A.reading</w:t>
      </w:r>
      <w:r>
        <w:br/>
        <w:t xml:space="preserve">    B.to read</w:t>
      </w:r>
      <w:r>
        <w:br/>
        <w:t xml:space="preserve">    C.read</w:t>
      </w:r>
      <w:r>
        <w:br/>
        <w:t xml:space="preserve">    D.being read</w:t>
      </w:r>
      <w:r>
        <w:br/>
        <w:t>【答案】A　【解析】be worth doing。</w:t>
      </w:r>
    </w:p>
    <w:p>
      <w:r>
        <w:t>35. ____ from the hill, the village looks beautiful.</w:t>
      </w:r>
      <w:r>
        <w:br/>
        <w:t xml:space="preserve">    A.Seen</w:t>
      </w:r>
      <w:r>
        <w:br/>
        <w:t xml:space="preserve">    B.Seeing</w:t>
      </w:r>
      <w:r>
        <w:br/>
        <w:t xml:space="preserve">    C.To see</w:t>
      </w:r>
      <w:r>
        <w:br/>
        <w:t xml:space="preserve">    D.Having seen</w:t>
      </w:r>
      <w:r>
        <w:br/>
        <w:t>【答案】A　【解析】过去分词表被动。</w:t>
      </w:r>
    </w:p>
    <w:p>
      <w:r>
        <w:t>36. He suggested that the meeting ____ put off.</w:t>
      </w:r>
      <w:r>
        <w:br/>
        <w:t xml:space="preserve">    A.be</w:t>
      </w:r>
      <w:r>
        <w:br/>
        <w:t xml:space="preserve">    B.is</w:t>
      </w:r>
      <w:r>
        <w:br/>
        <w:t xml:space="preserve">    C.was</w:t>
      </w:r>
      <w:r>
        <w:br/>
        <w:t xml:space="preserve">    D.were</w:t>
      </w:r>
      <w:r>
        <w:br/>
        <w:t>【答案】A　【解析】suggest that (should) do。</w:t>
      </w:r>
    </w:p>
    <w:p>
      <w:r>
        <w:t>37. Not until he returned ____ we leave.</w:t>
      </w:r>
      <w:r>
        <w:br/>
        <w:t xml:space="preserve">    A.did</w:t>
      </w:r>
      <w:r>
        <w:br/>
        <w:t xml:space="preserve">    B.do</w:t>
      </w:r>
      <w:r>
        <w:br/>
        <w:t xml:space="preserve">    C.had</w:t>
      </w:r>
      <w:r>
        <w:br/>
        <w:t xml:space="preserve">    D.would</w:t>
      </w:r>
      <w:r>
        <w:br/>
        <w:t>【答案】A　【解析】not until倒装。</w:t>
      </w:r>
    </w:p>
    <w:p>
      <w:r>
        <w:t>38. The more you practice, ____ you will be.</w:t>
      </w:r>
      <w:r>
        <w:br/>
        <w:t xml:space="preserve">    A.the better</w:t>
      </w:r>
      <w:r>
        <w:br/>
        <w:t xml:space="preserve">    B.better</w:t>
      </w:r>
      <w:r>
        <w:br/>
        <w:t xml:space="preserve">    C.best</w:t>
      </w:r>
      <w:r>
        <w:br/>
        <w:t xml:space="preserve">    D.the best</w:t>
      </w:r>
      <w:r>
        <w:br/>
        <w:t>【答案】A　【解析】the比较级the比较级。</w:t>
      </w:r>
    </w:p>
    <w:p>
      <w:r>
        <w:t>39. I would rather ____ at home this weekend.</w:t>
      </w:r>
      <w:r>
        <w:br/>
        <w:t xml:space="preserve">    A.stay</w:t>
      </w:r>
      <w:r>
        <w:br/>
        <w:t xml:space="preserve">    B.to stay</w:t>
      </w:r>
      <w:r>
        <w:br/>
        <w:t xml:space="preserve">    C.staying</w:t>
      </w:r>
      <w:r>
        <w:br/>
        <w:t xml:space="preserve">    D.stayed</w:t>
      </w:r>
      <w:r>
        <w:br/>
        <w:t>【答案】A　【解析】would rather do。</w:t>
      </w:r>
    </w:p>
    <w:p>
      <w:r>
        <w:t>40. She is the girl ____ I met at the party.</w:t>
      </w:r>
      <w:r>
        <w:br/>
        <w:t xml:space="preserve">    A.whom</w:t>
      </w:r>
      <w:r>
        <w:br/>
        <w:t xml:space="preserve">    B.who</w:t>
      </w:r>
      <w:r>
        <w:br/>
        <w:t xml:space="preserve">    C.whose</w:t>
      </w:r>
      <w:r>
        <w:br/>
        <w:t xml:space="preserve">    D.what</w:t>
      </w:r>
      <w:r>
        <w:br/>
        <w:t>【答案】A　【解析】作宾语用whom。</w:t>
      </w:r>
    </w:p>
    <w:p>
      <w:r>
        <w:t>41. Hardly ____ home when it began to rain.</w:t>
      </w:r>
      <w:r>
        <w:br/>
        <w:t xml:space="preserve">    A.had I got</w:t>
      </w:r>
      <w:r>
        <w:br/>
        <w:t xml:space="preserve">    B.I got</w:t>
      </w:r>
      <w:r>
        <w:br/>
        <w:t xml:space="preserve">    C.I had got</w:t>
      </w:r>
      <w:r>
        <w:br/>
        <w:t xml:space="preserve">    D.did I get</w:t>
      </w:r>
      <w:r>
        <w:br/>
        <w:t>【答案】A　【解析】hardly...when倒装。</w:t>
      </w:r>
    </w:p>
    <w:p>
      <w:r>
        <w:t>42. It was in the library ____ I found the book.</w:t>
      </w:r>
      <w:r>
        <w:br/>
        <w:t xml:space="preserve">    A.that</w:t>
      </w:r>
      <w:r>
        <w:br/>
        <w:t xml:space="preserve">    B.where</w:t>
      </w:r>
      <w:r>
        <w:br/>
        <w:t xml:space="preserve">    C.which</w:t>
      </w:r>
      <w:r>
        <w:br/>
        <w:t xml:space="preserve">    D.when</w:t>
      </w:r>
      <w:r>
        <w:br/>
        <w:t>【答案】A　【解析】强调句用that。</w:t>
      </w:r>
    </w:p>
    <w:p>
      <w:r>
        <w:t>43. The number of cars ____ increasing every year.</w:t>
      </w:r>
      <w:r>
        <w:br/>
        <w:t xml:space="preserve">    A.is</w:t>
      </w:r>
      <w:r>
        <w:br/>
        <w:t xml:space="preserve">    B.are</w:t>
      </w:r>
      <w:r>
        <w:br/>
        <w:t xml:space="preserve">    C.were</w:t>
      </w:r>
      <w:r>
        <w:br/>
        <w:t xml:space="preserve">    D.be</w:t>
      </w:r>
      <w:r>
        <w:br/>
        <w:t>【答案】A　【解析】the number of谓语单数。</w:t>
      </w:r>
    </w:p>
    <w:p>
      <w:r>
        <w:t>44. A large number of students ____ the lecture.</w:t>
      </w:r>
      <w:r>
        <w:br/>
        <w:t xml:space="preserve">    A.attended</w:t>
      </w:r>
      <w:r>
        <w:br/>
        <w:t xml:space="preserve">    B.attends</w:t>
      </w:r>
      <w:r>
        <w:br/>
        <w:t xml:space="preserve">    C.attending</w:t>
      </w:r>
      <w:r>
        <w:br/>
        <w:t xml:space="preserve">    D.to attend</w:t>
      </w:r>
      <w:r>
        <w:br/>
        <w:t>【答案】A　【解析】a number of+复数谓语复数。</w:t>
      </w:r>
    </w:p>
    <w:p>
      <w:r>
        <w:t>45. He is believed ____ the experiment already.</w:t>
      </w:r>
      <w:r>
        <w:br/>
        <w:t xml:space="preserve">    A.to have done</w:t>
      </w:r>
      <w:r>
        <w:br/>
        <w:t xml:space="preserve">    B.to do</w:t>
      </w:r>
      <w:r>
        <w:br/>
        <w:t xml:space="preserve">    C.doing</w:t>
      </w:r>
      <w:r>
        <w:br/>
        <w:t xml:space="preserve">    D.done</w:t>
      </w:r>
      <w:r>
        <w:br/>
        <w:t>【答案】A　【解析】be believed to have done。</w:t>
      </w:r>
    </w:p>
    <w:p>
      <w:r>
        <w:t>46. ____ the door, he left the room.</w:t>
      </w:r>
      <w:r>
        <w:br/>
        <w:t xml:space="preserve">    A.Having closed</w:t>
      </w:r>
      <w:r>
        <w:br/>
        <w:t xml:space="preserve">    B.Closing</w:t>
      </w:r>
      <w:r>
        <w:br/>
        <w:t xml:space="preserve">    C.Closed</w:t>
      </w:r>
      <w:r>
        <w:br/>
        <w:t xml:space="preserve">    D.Close</w:t>
      </w:r>
      <w:r>
        <w:br/>
        <w:t>【答案】A　【解析】现在分词完成式表先后。</w:t>
      </w:r>
    </w:p>
    <w:p>
      <w:r>
        <w:t>47. She can't help ____ when she hears the joke.</w:t>
      </w:r>
      <w:r>
        <w:br/>
        <w:t xml:space="preserve">    A.laughing</w:t>
      </w:r>
      <w:r>
        <w:br/>
        <w:t xml:space="preserve">    B.to laugh</w:t>
      </w:r>
      <w:r>
        <w:br/>
        <w:t xml:space="preserve">    C.laugh</w:t>
      </w:r>
      <w:r>
        <w:br/>
        <w:t xml:space="preserve">    D.laughed</w:t>
      </w:r>
      <w:r>
        <w:br/>
        <w:t>【答案】A　【解析】can't help doing忍不住。</w:t>
      </w:r>
    </w:p>
    <w:p>
      <w:r>
        <w:t>48. The news ____ our team won excited everyone.</w:t>
      </w:r>
      <w:r>
        <w:br/>
        <w:t xml:space="preserve">    A.that</w:t>
      </w:r>
      <w:r>
        <w:br/>
        <w:t xml:space="preserve">    B.what</w:t>
      </w:r>
      <w:r>
        <w:br/>
        <w:t xml:space="preserve">    C.which</w:t>
      </w:r>
      <w:r>
        <w:br/>
        <w:t xml:space="preserve">    D.who</w:t>
      </w:r>
      <w:r>
        <w:br/>
        <w:t>【答案】A　【解析】同位语从句that。</w:t>
      </w:r>
    </w:p>
    <w:p>
      <w:r>
        <w:t>49. He is ____ to be elected as chairman.</w:t>
      </w:r>
      <w:r>
        <w:br/>
        <w:t xml:space="preserve">    A.likely</w:t>
      </w:r>
      <w:r>
        <w:br/>
        <w:t xml:space="preserve">    B.alike</w:t>
      </w:r>
      <w:r>
        <w:br/>
        <w:t xml:space="preserve">    C.like</w:t>
      </w:r>
      <w:r>
        <w:br/>
        <w:t xml:space="preserve">    D.likeness</w:t>
      </w:r>
      <w:r>
        <w:br/>
        <w:t>【答案】A　【解析】be likely to。</w:t>
      </w:r>
    </w:p>
    <w:p>
      <w:r>
        <w:t>50. The traffic was heavy, ____ we arrived late.</w:t>
      </w:r>
      <w:r>
        <w:br/>
        <w:t xml:space="preserve">    A.so</w:t>
      </w:r>
      <w:r>
        <w:br/>
        <w:t xml:space="preserve">    B.because</w:t>
      </w:r>
      <w:r>
        <w:br/>
        <w:t xml:space="preserve">    C.but</w:t>
      </w:r>
      <w:r>
        <w:br/>
        <w:t xml:space="preserve">    D.or</w:t>
      </w:r>
      <w:r>
        <w:br/>
        <w:t>【答案】A　【解析】so因此。</w:t>
      </w:r>
    </w:p>
    <w:p>
      <w:r>
        <w:t>51. The experiment ____ the effectiveness of the new drug.</w:t>
      </w:r>
      <w:r>
        <w:br/>
        <w:t xml:space="preserve">    A.confirmed</w:t>
      </w:r>
      <w:r>
        <w:br/>
        <w:t xml:space="preserve">    B.conformed</w:t>
      </w:r>
      <w:r>
        <w:br/>
        <w:t xml:space="preserve">    C.confessed</w:t>
      </w:r>
      <w:r>
        <w:br/>
        <w:t xml:space="preserve">    D.conserved</w:t>
      </w:r>
      <w:r>
        <w:br/>
        <w:t>【答案】A　【解析】confirm证实。</w:t>
      </w:r>
    </w:p>
    <w:p>
      <w:r>
        <w:t>52. He ____ his colleagues' opinions before deciding.</w:t>
      </w:r>
      <w:r>
        <w:br/>
        <w:t xml:space="preserve">    A.consulted</w:t>
      </w:r>
      <w:r>
        <w:br/>
        <w:t xml:space="preserve">    B.consumed</w:t>
      </w:r>
      <w:r>
        <w:br/>
        <w:t xml:space="preserve">    C.contained</w:t>
      </w:r>
      <w:r>
        <w:br/>
        <w:t xml:space="preserve">    D.contested</w:t>
      </w:r>
      <w:r>
        <w:br/>
        <w:t>【答案】A　【解析】consult咨询。</w:t>
      </w:r>
    </w:p>
    <w:p>
      <w:r>
        <w:t>53. The committee will ____ the proposal next month.</w:t>
      </w:r>
      <w:r>
        <w:br/>
        <w:t xml:space="preserve">    A.deliberate</w:t>
      </w:r>
      <w:r>
        <w:br/>
        <w:t xml:space="preserve">    B.demolish</w:t>
      </w:r>
      <w:r>
        <w:br/>
        <w:t xml:space="preserve">    C.deposit</w:t>
      </w:r>
      <w:r>
        <w:br/>
        <w:t xml:space="preserve">    D.descend</w:t>
      </w:r>
      <w:r>
        <w:br/>
        <w:t>【答案】A　【解析】deliberate审议。</w:t>
      </w:r>
    </w:p>
    <w:p>
      <w:r>
        <w:t>54. She has a ____ ability to solve complex problems.</w:t>
      </w:r>
      <w:r>
        <w:br/>
        <w:t xml:space="preserve">    A.remarkable</w:t>
      </w:r>
      <w:r>
        <w:br/>
        <w:t xml:space="preserve">    B.redundant</w:t>
      </w:r>
      <w:r>
        <w:br/>
        <w:t xml:space="preserve">    C.reluctant</w:t>
      </w:r>
      <w:r>
        <w:br/>
        <w:t xml:space="preserve">    D.remote</w:t>
      </w:r>
      <w:r>
        <w:br/>
        <w:t>【答案】A　【解析】remarkable非凡的。</w:t>
      </w:r>
    </w:p>
    <w:p>
      <w:r>
        <w:t>55. The two countries ____ a bilateral agreement yesterday.</w:t>
      </w:r>
      <w:r>
        <w:br/>
        <w:t xml:space="preserve">    A.signed</w:t>
      </w:r>
      <w:r>
        <w:br/>
        <w:t xml:space="preserve">    B.sighed</w:t>
      </w:r>
      <w:r>
        <w:br/>
        <w:t xml:space="preserve">    C.sighted</w:t>
      </w:r>
      <w:r>
        <w:br/>
        <w:t xml:space="preserve">    D.sieged</w:t>
      </w:r>
      <w:r>
        <w:br/>
        <w:t>【答案】A　【解析】sign签署。</w:t>
      </w:r>
    </w:p>
    <w:p>
      <w:r>
        <w:t>56. We need to ____ the cost before launching the product.</w:t>
      </w:r>
      <w:r>
        <w:br/>
        <w:t xml:space="preserve">    A.estimate</w:t>
      </w:r>
      <w:r>
        <w:br/>
        <w:t xml:space="preserve">    B.escape</w:t>
      </w:r>
      <w:r>
        <w:br/>
        <w:t xml:space="preserve">    C.establish</w:t>
      </w:r>
      <w:r>
        <w:br/>
        <w:t xml:space="preserve">    D.evolve</w:t>
      </w:r>
      <w:r>
        <w:br/>
        <w:t>【答案】A　【解析】estimate估算。</w:t>
      </w:r>
    </w:p>
    <w:p>
      <w:r>
        <w:t>57. His ____ for detail makes him an excellent editor.</w:t>
      </w:r>
      <w:r>
        <w:br/>
        <w:t xml:space="preserve">    A.eye</w:t>
      </w:r>
      <w:r>
        <w:br/>
        <w:t xml:space="preserve">    B.ear</w:t>
      </w:r>
      <w:r>
        <w:br/>
        <w:t xml:space="preserve">    C.hand</w:t>
      </w:r>
      <w:r>
        <w:br/>
        <w:t xml:space="preserve">    D.foot</w:t>
      </w:r>
      <w:r>
        <w:br/>
        <w:t>【答案】A　【解析】an eye for detail对细节的敏锐。</w:t>
      </w:r>
    </w:p>
    <w:p>
      <w:r>
        <w:t>58. The company is ____ new markets overseas.</w:t>
      </w:r>
      <w:r>
        <w:br/>
        <w:t xml:space="preserve">    A.exploring</w:t>
      </w:r>
      <w:r>
        <w:br/>
        <w:t xml:space="preserve">    B.exploding</w:t>
      </w:r>
      <w:r>
        <w:br/>
        <w:t xml:space="preserve">    C.expelling</w:t>
      </w:r>
      <w:r>
        <w:br/>
        <w:t xml:space="preserve">    D.exporting</w:t>
      </w:r>
      <w:r>
        <w:br/>
        <w:t>【答案】A　【解析】explore开拓。</w:t>
      </w:r>
    </w:p>
    <w:p>
      <w:r>
        <w:t>59. She was ____ to see her old friend again.</w:t>
      </w:r>
      <w:r>
        <w:br/>
        <w:t xml:space="preserve">    A.thrilled</w:t>
      </w:r>
      <w:r>
        <w:br/>
        <w:t xml:space="preserve">    B.threatened</w:t>
      </w:r>
      <w:r>
        <w:br/>
        <w:t xml:space="preserve">    C.thronged</w:t>
      </w:r>
      <w:r>
        <w:br/>
        <w:t xml:space="preserve">    D.thrust</w:t>
      </w:r>
      <w:r>
        <w:br/>
        <w:t>【答案】A　【解析】thrilled非常激动。</w:t>
      </w:r>
    </w:p>
    <w:p>
      <w:r>
        <w:t>60. The findings ____ the earlier research results.</w:t>
      </w:r>
      <w:r>
        <w:br/>
        <w:t xml:space="preserve">    A.coincide with</w:t>
      </w:r>
      <w:r>
        <w:br/>
        <w:t xml:space="preserve">    B.collide with</w:t>
      </w:r>
      <w:r>
        <w:br/>
        <w:t xml:space="preserve">    C.comply with</w:t>
      </w:r>
      <w:r>
        <w:br/>
        <w:t xml:space="preserve">    D.compete with</w:t>
      </w:r>
      <w:r>
        <w:br/>
        <w:t>【答案】A　【解析】coincide with与……一致。</w:t>
      </w:r>
    </w:p>
    <w:p>
      <w:pPr>
        <w:pStyle w:val="Heading1"/>
      </w:pPr>
      <w:r>
        <w:t>二、填空题</w:t>
      </w:r>
    </w:p>
    <w:p>
      <w:r>
        <w:t>61. The teacher told us that light ______ (travel) faster than sound.</w:t>
      </w:r>
    </w:p>
    <w:p>
      <w:r>
        <w:t xml:space="preserve">    【答案】travels　【解析】客观真理一般现在时。</w:t>
      </w:r>
    </w:p>
    <w:p>
      <w:r>
        <w:t>62. By the time I arrived, they ______ (leave).</w:t>
      </w:r>
    </w:p>
    <w:p>
      <w:r>
        <w:t xml:space="preserve">    【答案】had left　【解析】过去完成时。</w:t>
      </w:r>
    </w:p>
    <w:p>
      <w:r>
        <w:t>63. She spends two hours ______ (read) every day.</w:t>
      </w:r>
    </w:p>
    <w:p>
      <w:r>
        <w:t xml:space="preserve">    【答案】reading　【解析】spend time doing。</w:t>
      </w:r>
    </w:p>
    <w:p>
      <w:r>
        <w:t>64. The house ______ (build) last year is beautiful.</w:t>
      </w:r>
    </w:p>
    <w:p>
      <w:r>
        <w:t xml:space="preserve">    【答案】built　【解析】过去分词作定语。</w:t>
      </w:r>
    </w:p>
    <w:p>
      <w:r>
        <w:t>65. I look forward to ______ (hear) from you.</w:t>
      </w:r>
    </w:p>
    <w:p>
      <w:r>
        <w:t xml:space="preserve">    【答案】hearing　【解析】look forward to doing。</w:t>
      </w:r>
    </w:p>
    <w:p>
      <w:r>
        <w:t>66. He is used to ______ (get) up early.</w:t>
      </w:r>
    </w:p>
    <w:p>
      <w:r>
        <w:t xml:space="preserve">    【答案】getting　【解析】be used to doing。</w:t>
      </w:r>
    </w:p>
    <w:p>
      <w:r>
        <w:t>67. The problem requires ______ (solve) carefully.</w:t>
      </w:r>
    </w:p>
    <w:p>
      <w:r>
        <w:t xml:space="preserve">    【答案】solving　【解析】require doing需要被做。</w:t>
      </w:r>
    </w:p>
    <w:p>
      <w:r>
        <w:t>68. ______ (give) more time, we could do better.</w:t>
      </w:r>
    </w:p>
    <w:p>
      <w:r>
        <w:t xml:space="preserve">    【答案】Given　【解析】过去分词表条件。</w:t>
      </w:r>
    </w:p>
    <w:p>
      <w:r>
        <w:t>69. She insisted on ______ (finish) the work herself.</w:t>
      </w:r>
    </w:p>
    <w:p>
      <w:r>
        <w:t xml:space="preserve">    【答案】finishing　【解析】insist on doing。</w:t>
      </w:r>
    </w:p>
    <w:p>
      <w:r>
        <w:t>70. It is important for us ______ (protect) the environment.</w:t>
      </w:r>
    </w:p>
    <w:p>
      <w:r>
        <w:t xml:space="preserve">    【答案】to protect　【解析】It is adj for sb to do。</w:t>
      </w:r>
    </w:p>
    <w:p>
      <w:r>
        <w:t>71. The more you read, the ______ (much) you will learn.</w:t>
      </w:r>
    </w:p>
    <w:p>
      <w:r>
        <w:t xml:space="preserve">    【答案】more　【解析】the比较级。</w:t>
      </w:r>
    </w:p>
    <w:p>
      <w:r>
        <w:t>72. He advised me ______ (not go) there alone.</w:t>
      </w:r>
    </w:p>
    <w:p>
      <w:r>
        <w:t xml:space="preserve">    【答案】not to go　【解析】advise sb not to do。</w:t>
      </w:r>
    </w:p>
    <w:p>
      <w:r>
        <w:t>73. The students were made ______ (clean) the classroom.</w:t>
      </w:r>
    </w:p>
    <w:p>
      <w:r>
        <w:t xml:space="preserve">    【答案】to clean　【解析】被动be made to do。</w:t>
      </w:r>
    </w:p>
    <w:p>
      <w:r>
        <w:t>74. I have difficulty ______ (understand) his accent.</w:t>
      </w:r>
    </w:p>
    <w:p>
      <w:r>
        <w:t xml:space="preserve">    【答案】understanding　【解析】have difficulty doing。</w:t>
      </w:r>
    </w:p>
    <w:p>
      <w:r>
        <w:t>75. She enjoys ______ (listen) to classical music.</w:t>
      </w:r>
    </w:p>
    <w:p>
      <w:r>
        <w:t xml:space="preserve">    【答案】listening　【解析】enjoy doing。</w:t>
      </w:r>
    </w:p>
    <w:p>
      <w:r>
        <w:t>76. ______ (face) with difficulties, he never gives up.</w:t>
      </w:r>
    </w:p>
    <w:p>
      <w:r>
        <w:t xml:space="preserve">    【答案】Faced　【解析】be faced with。</w:t>
      </w:r>
    </w:p>
    <w:p>
      <w:r>
        <w:t>77. He had his car ______ (repair) yesterday.</w:t>
      </w:r>
    </w:p>
    <w:p>
      <w:r>
        <w:t xml:space="preserve">    【答案】repaired　【解析】have sth done。</w:t>
      </w:r>
    </w:p>
    <w:p>
      <w:r>
        <w:t>78. The film is worth ______ (watch) again.</w:t>
      </w:r>
    </w:p>
    <w:p>
      <w:r>
        <w:t xml:space="preserve">    【答案】watching　【解析】be worth doing。</w:t>
      </w:r>
    </w:p>
    <w:p>
      <w:r>
        <w:t>79. No sooner had he left ______ it began to snow.</w:t>
      </w:r>
    </w:p>
    <w:p>
      <w:r>
        <w:t xml:space="preserve">    【答案】than　【解析】no sooner...than。</w:t>
      </w:r>
    </w:p>
    <w:p>
      <w:r>
        <w:t>80. It is high time that we ______ (take) measures.</w:t>
      </w:r>
    </w:p>
    <w:p>
      <w:r>
        <w:t xml:space="preserve">    【答案】took　【解析】It is high time that+过去式。</w:t>
      </w:r>
    </w:p>
    <w:p>
      <w:pPr>
        <w:pStyle w:val="Heading1"/>
      </w:pPr>
      <w:r>
        <w:t>三、判断题</w:t>
      </w:r>
    </w:p>
    <w:p>
      <w:r>
        <w:t>81. She is more taller than her sister.</w:t>
      </w:r>
    </w:p>
    <w:p>
      <w:r>
        <w:t xml:space="preserve">    【答案】错　【解析】比较级不叠加。</w:t>
      </w:r>
    </w:p>
    <w:p>
      <w:r>
        <w:t>82. He has gone to Beijing twice this year.</w:t>
      </w:r>
    </w:p>
    <w:p>
      <w:r>
        <w:t xml:space="preserve">    【答案】错　【解析】已回来用has been to。</w:t>
      </w:r>
    </w:p>
    <w:p>
      <w:r>
        <w:t>83. I look forward to hear from you.</w:t>
      </w:r>
    </w:p>
    <w:p>
      <w:r>
        <w:t xml:space="preserve">    【答案】错　【解析】look forward to doing。</w:t>
      </w:r>
    </w:p>
    <w:p>
      <w:r>
        <w:t>84. The number of students are increasing.</w:t>
      </w:r>
    </w:p>
    <w:p>
      <w:r>
        <w:t xml:space="preserve">    【答案】错　【解析】the number of谓语单数is。</w:t>
      </w:r>
    </w:p>
    <w:p>
      <w:r>
        <w:t>85. What a good news it is!</w:t>
      </w:r>
    </w:p>
    <w:p>
      <w:r>
        <w:t xml:space="preserve">    【答案】错　【解析】news不可数。</w:t>
      </w:r>
    </w:p>
    <w:p>
      <w:r>
        <w:t>86. He asked me what was I doing.</w:t>
      </w:r>
    </w:p>
    <w:p>
      <w:r>
        <w:t xml:space="preserve">    【答案】错　【解析】宾语从句陈述语序。</w:t>
      </w:r>
    </w:p>
    <w:p>
      <w:r>
        <w:t>87. The harder you study, the more progress you make.</w:t>
      </w:r>
    </w:p>
    <w:p>
      <w:r>
        <w:t xml:space="preserve">    【答案】对　【解析】the比较级句型正确。</w:t>
      </w:r>
    </w:p>
    <w:p>
      <w:r>
        <w:t>88. She sang the song happy.</w:t>
      </w:r>
    </w:p>
    <w:p>
      <w:r>
        <w:t xml:space="preserve">    【答案】错　【解析】应用副词happily。</w:t>
      </w:r>
    </w:p>
    <w:p>
      <w:r>
        <w:t>89. He is good at play basketball.</w:t>
      </w:r>
    </w:p>
    <w:p>
      <w:r>
        <w:t xml:space="preserve">    【答案】错　【解析】be good at doing。</w:t>
      </w:r>
    </w:p>
    <w:p>
      <w:r>
        <w:t>90. I have finished to read the book.</w:t>
      </w:r>
    </w:p>
    <w:p>
      <w:r>
        <w:t xml:space="preserve">    【答案】错　【解析】finish doing。</w:t>
      </w:r>
    </w:p>
    <w:p>
      <w:r>
        <w:t>91. The classroom needs cleaning.</w:t>
      </w:r>
    </w:p>
    <w:p>
      <w:r>
        <w:t xml:space="preserve">    【答案】对　【解析】need doing表被动。</w:t>
      </w:r>
    </w:p>
    <w:p>
      <w:r>
        <w:t>92. If it will rain, we will stay home.</w:t>
      </w:r>
    </w:p>
    <w:p>
      <w:r>
        <w:t xml:space="preserve">    【答案】错　【解析】条件句用一般现在时。</w:t>
      </w:r>
    </w:p>
    <w:p>
      <w:r>
        <w:t>93. He is the tallest of the two brothers.</w:t>
      </w:r>
    </w:p>
    <w:p>
      <w:r>
        <w:t xml:space="preserve">    【答案】错　【解析】两者比较用比较级。</w:t>
      </w:r>
    </w:p>
    <w:p>
      <w:r>
        <w:t>94. I suggested him to go home early.</w:t>
      </w:r>
    </w:p>
    <w:p>
      <w:r>
        <w:t xml:space="preserve">    【答案】错　【解析】suggest doing。</w:t>
      </w:r>
    </w:p>
    <w:p>
      <w:r>
        <w:t>95. The house which roof is red is mine.</w:t>
      </w:r>
    </w:p>
    <w:p>
      <w:r>
        <w:t xml:space="preserve">    【答案】错　【解析】关系代词用whose。</w:t>
      </w:r>
    </w:p>
    <w:p>
      <w:r>
        <w:t>96. She has been working here since 5 years.</w:t>
      </w:r>
    </w:p>
    <w:p>
      <w:r>
        <w:t xml:space="preserve">    【答案】错　【解析】since+时间点，用for。</w:t>
      </w:r>
    </w:p>
    <w:p>
      <w:r>
        <w:t>97. He succeeded in passing the exam.</w:t>
      </w:r>
    </w:p>
    <w:p>
      <w:r>
        <w:t xml:space="preserve">    【答案】对　【解析】succeed in doing正确。</w:t>
      </w:r>
    </w:p>
    <w:p>
      <w:r>
        <w:t>98. Neither the teacher nor the students was late.</w:t>
      </w:r>
    </w:p>
    <w:p>
      <w:r>
        <w:t xml:space="preserve">    【答案】错　【解析】就近原则用were。</w:t>
      </w:r>
    </w:p>
    <w:p>
      <w:r>
        <w:t>99. It was him who broke the window.</w:t>
      </w:r>
    </w:p>
    <w:p>
      <w:r>
        <w:t xml:space="preserve">    【答案】错　【解析】强调句主语用he。</w:t>
      </w:r>
    </w:p>
    <w:p>
      <w:r>
        <w:t>100. She is the most beautiful girl I have ever seen.</w:t>
      </w:r>
    </w:p>
    <w:p>
      <w:r>
        <w:t xml:space="preserve">    【答案】对　【解析】最高级句型正确。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