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重阳节主题演讲稿范文：尊老敬老爱老（学生版+通用版）</w:t>
      </w:r>
    </w:p>
    <w:p>
      <w:r>
        <w:t>重阳节要到了，学校/单位要办敬老主题活动？小编整理了重阳节主题演讲稿范文，学生版、通用版都有，感人又有文采。</w:t>
      </w:r>
    </w:p>
    <w:p>
      <w:r>
        <w:t>亮点：①结构完整；②金句丰富；③适合朗诵的语气节奏。网页是预览版，下载Word完整版可修改。? 免费下载Word完整版（可直接打印编辑）</w:t>
      </w:r>
    </w:p>
    <w:p>
      <w:pPr>
        <w:pStyle w:val="Heading1"/>
      </w:pPr>
      <w:r>
        <w:t>重阳节演讲稿（范文）</w:t>
      </w:r>
    </w:p>
    <w:p>
      <w:r>
        <w:t>尊敬的老师、亲爱的同学们（各位领导、各位同事）：</w:t>
      </w:r>
    </w:p>
    <w:p>
      <w:r>
        <w:t>大家好！今天我演讲的题目是《____》。</w:t>
      </w:r>
    </w:p>
    <w:p>
      <w:r>
        <w:t>“九九重阳，孝亲敬老。”每年农历九月初九，是我们中华民族尊老敬老的传统节日……</w:t>
      </w:r>
    </w:p>
    <w:p>
      <w:r>
        <w:t>长辈们用青春和汗水，为家庭、为社会付出了太多。陪伴是最长情的告白，常回家看看，多听听他们的唠叨……</w:t>
      </w:r>
    </w:p>
    <w:p>
      <w:r>
        <w:t>让我们从今天做起：给父母打个电话、陪老人吃顿饭、为身边的长辈做一件小事……</w:t>
      </w:r>
    </w:p>
    <w:p>
      <w:r>
        <w:t>祝愿天下所有的老人健康长寿、幸福安康！谢谢大家！完整版见Word。?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