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初级会计职称《初级会计实务》模拟100题</w:t>
      </w:r>
    </w:p>
    <w:p/>
    <w:p>
      <w:pPr>
        <w:pStyle w:val="Heading2"/>
      </w:pPr>
      <w:r>
        <w:t>一、单选题（第1-70题）</w:t>
      </w:r>
    </w:p>
    <w:p>
      <w:r>
        <w:t>1. 原始凭证审核的内容不包括（ ）。（初级会计实务模拟题）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2. 会计科目按反映的经济内容分为（ ）类。（初级会计实务模拟题）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3. 借贷记账法下，资产类账户借方表示（ ）。（初级会计实务模拟题）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4. 会计科目按反映的经济内容分为（ ）类。（初级会计实务模拟题）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5. 会计科目按反映的经济内容分为（ ）类。（初级会计实务模拟题）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6. 借贷记账法下，资产类账户借方表示（ ）。（初级会计实务模拟题）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7. 借贷记账法下，资产类账户借方表示（ ）。（初级会计实务模拟题）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8. 借贷记账法下，资产类账户借方表示（ ）。（初级会计实务模拟题）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9. 会计科目按反映的经济内容分为（ ）类。（初级会计实务模拟题）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10. 期末计提坏账准备属于（ ）原则的运用。（初级会计实务模拟题）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11. 借贷记账法下，资产类账户借方表示（ ）。（初级会计实务模拟题）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12. 借贷记账法下，资产类账户借方表示（ ）。（初级会计实务模拟题）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13. 借贷记账法下，资产类账户借方表示（ ）。（初级会计实务模拟题）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14. 资产=负债+（ ）是会计恒等式。（初级会计实务模拟题）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15. 原始凭证审核的内容不包括（ ）。（初级会计实务模拟题）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16. 会计的基本职能是核算与（ ）。（初级会计实务模拟题）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17. 资产=负债+（ ）是会计恒等式。（初级会计实务模拟题）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18. 资产负债表反映企业的（ ）状况。（初级会计实务模拟题）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19. 期末计提坏账准备属于（ ）原则的运用。（初级会计实务模拟题）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20. 资产负债表反映企业的（ ）状况。（初级会计实务模拟题）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21. 会计的基本职能是核算与（ ）。（初级会计实务模拟题）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22. 会计的基本职能是核算与（ ）。（初级会计实务模拟题）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23. 资产负债表反映企业的（ ）状况。（初级会计实务模拟题）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24. 会计的基本职能是核算与（ ）。（初级会计实务模拟题）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25. 会计的基本职能是核算与（ ）。（初级会计实务模拟题）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26. 会计的基本职能是核算与（ ）。（初级会计实务模拟题）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27. 资产=负债+（ ）是会计恒等式。（初级会计实务模拟题）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28. 原始凭证审核的内容不包括（ ）。（初级会计实务模拟题）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29. 借贷记账法下，资产类账户借方表示（ ）。（初级会计实务模拟题）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30. 借贷记账法下，资产类账户借方表示（ ）。（初级会计实务模拟题）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31. 资产=负债+（ ）是会计恒等式。（初级会计实务模拟题）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32. 资产=负债+（ ）是会计恒等式。（初级会计实务模拟题）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33. 资产负债表反映企业的（ ）状况。（初级会计实务模拟题）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34. 原始凭证审核的内容不包括（ ）。（初级会计实务模拟题）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35. 会计科目按反映的经济内容分为（ ）类。（初级会计实务模拟题）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36. 资产=负债+（ ）是会计恒等式。（初级会计实务模拟题）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37. 资产=负债+（ ）是会计恒等式。（初级会计实务模拟题）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38. 会计科目按反映的经济内容分为（ ）类。（初级会计实务模拟题）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39. 资产负债表反映企业的（ ）状况。（初级会计实务模拟题）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40. 原始凭证审核的内容不包括（ ）。（初级会计实务模拟题）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41. 会计的基本职能是核算与（ ）。（初级会计实务模拟题）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42. 期末计提坏账准备属于（ ）原则的运用。（初级会计实务模拟题）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43. 原始凭证审核的内容不包括（ ）。（初级会计实务模拟题）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44. 资产=负债+（ ）是会计恒等式。（初级会计实务模拟题）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45. 会计的基本职能是核算与（ ）。（初级会计实务模拟题）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46. 原始凭证审核的内容不包括（ ）。（初级会计实务模拟题）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47. 资产负债表反映企业的（ ）状况。（初级会计实务模拟题）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48. 资产=负债+（ ）是会计恒等式。（初级会计实务模拟题）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49. 期末计提坏账准备属于（ ）原则的运用。（初级会计实务模拟题）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50. 资产负债表反映企业的（ ）状况。（初级会计实务模拟题）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51. 期末计提坏账准备属于（ ）原则的运用。（初级会计实务模拟题）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52. 原始凭证审核的内容不包括（ ）。（初级会计实务模拟题）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53. 会计的基本职能是核算与（ ）。（初级会计实务模拟题）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54. 期末计提坏账准备属于（ ）原则的运用。（初级会计实务模拟题）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55. 会计科目按反映的经济内容分为（ ）类。（初级会计实务模拟题）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56. 期末计提坏账准备属于（ ）原则的运用。（初级会计实务模拟题）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57. 会计的基本职能是核算与（ ）。（初级会计实务模拟题）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58. 期末计提坏账准备属于（ ）原则的运用。（初级会计实务模拟题）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59. 原始凭证审核的内容不包括（ ）。（初级会计实务模拟题）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60. 会计的基本职能是核算与（ ）。（初级会计实务模拟题）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61. 借贷记账法下，资产类账户借方表示（ ）。（初级会计实务模拟题）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62. 资产负债表反映企业的（ ）状况。（初级会计实务模拟题）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63. 会计科目按反映的经济内容分为（ ）类。（初级会计实务模拟题）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64. 会计的基本职能是核算与（ ）。（初级会计实务模拟题）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65. 期末计提坏账准备属于（ ）原则的运用。（初级会计实务模拟题）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66. 资产=负债+（ ）是会计恒等式。（初级会计实务模拟题）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67. 资产负债表反映企业的（ ）状况。（初级会计实务模拟题）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68. 原始凭证审核的内容不包括（ ）。（初级会计实务模拟题）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69. 资产负债表反映企业的（ ）状况。（初级会计实务模拟题）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70. 会计科目按反映的经济内容分为（ ）类。（初级会计实务模拟题）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/>
    <w:p>
      <w:pPr>
        <w:pStyle w:val="Heading2"/>
      </w:pPr>
      <w:r>
        <w:t>二、多选题（第71-90题）</w:t>
      </w:r>
    </w:p>
    <w:p>
      <w:r>
        <w:t>1. 下列关于初级会计实务的说法，正确的有（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2. 下列关于初级会计实务的说法，正确的有（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3. 下列关于初级会计实务的说法，正确的有（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4. 下列关于初级会计实务的说法，正确的有（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5. 下列关于初级会计实务的说法，正确的有（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6. 下列关于初级会计实务的说法，正确的有（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7. 下列关于初级会计实务的说法，正确的有（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8. 下列关于初级会计实务的说法，正确的有（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9. 下列关于初级会计实务的说法，正确的有（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10. 下列关于初级会计实务的说法，正确的有（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11. 下列关于初级会计实务的说法，正确的有（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12. 下列关于初级会计实务的说法，正确的有（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13. 下列关于初级会计实务的说法，正确的有（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14. 下列关于初级会计实务的说法，正确的有（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15. 下列关于初级会计实务的说法，正确的有（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16. 下列关于初级会计实务的说法，正确的有（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17. 下列关于初级会计实务的说法，正确的有（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18. 下列关于初级会计实务的说法，正确的有（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19. 下列关于初级会计实务的说法，正确的有（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20. 下列关于初级会计实务的说法，正确的有（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/>
    <w:p>
      <w:pPr>
        <w:pStyle w:val="Heading2"/>
      </w:pPr>
      <w:r>
        <w:t>三、判断题（第91-100题）</w:t>
      </w:r>
    </w:p>
    <w:p>
      <w:r>
        <w:t>1. 初级会计实务：判断题干描述是否正确。</w:t>
        <w:br/>
        <w:t>答案：对/错  解析：判断类题目注意关键词绝对化表述，通常过于绝对的说法多为错误。</w:t>
      </w:r>
    </w:p>
    <w:p>
      <w:r>
        <w:t>2. 初级会计实务：判断题干描述是否正确。</w:t>
        <w:br/>
        <w:t>答案：对/错  解析：判断类题目注意关键词绝对化表述，通常过于绝对的说法多为错误。</w:t>
      </w:r>
    </w:p>
    <w:p>
      <w:r>
        <w:t>3. 初级会计实务：判断题干描述是否正确。</w:t>
        <w:br/>
        <w:t>答案：对/错  解析：判断类题目注意关键词绝对化表述，通常过于绝对的说法多为错误。</w:t>
      </w:r>
    </w:p>
    <w:p>
      <w:r>
        <w:t>4. 初级会计实务：判断题干描述是否正确。</w:t>
        <w:br/>
        <w:t>答案：对/错  解析：判断类题目注意关键词绝对化表述，通常过于绝对的说法多为错误。</w:t>
      </w:r>
    </w:p>
    <w:p>
      <w:r>
        <w:t>5. 初级会计实务：判断题干描述是否正确。</w:t>
        <w:br/>
        <w:t>答案：对/错  解析：判断类题目注意关键词绝对化表述，通常过于绝对的说法多为错误。</w:t>
      </w:r>
    </w:p>
    <w:p>
      <w:r>
        <w:t>6. 初级会计实务：判断题干描述是否正确。</w:t>
        <w:br/>
        <w:t>答案：对/错  解析：判断类题目注意关键词绝对化表述，通常过于绝对的说法多为错误。</w:t>
      </w:r>
    </w:p>
    <w:p>
      <w:r>
        <w:t>7. 初级会计实务：判断题干描述是否正确。</w:t>
        <w:br/>
        <w:t>答案：对/错  解析：判断类题目注意关键词绝对化表述，通常过于绝对的说法多为错误。</w:t>
      </w:r>
    </w:p>
    <w:p>
      <w:r>
        <w:t>8. 初级会计实务：判断题干描述是否正确。</w:t>
        <w:br/>
        <w:t>答案：对/错  解析：判断类题目注意关键词绝对化表述，通常过于绝对的说法多为错误。</w:t>
      </w:r>
    </w:p>
    <w:p>
      <w:r>
        <w:t>9. 初级会计实务：判断题干描述是否正确。</w:t>
        <w:br/>
        <w:t>答案：对/错  解析：判断类题目注意关键词绝对化表述，通常过于绝对的说法多为错误。</w:t>
      </w:r>
    </w:p>
    <w:p>
      <w:r>
        <w:t>10. 初级会计实务：判断题干描述是否正确。</w:t>
        <w:br/>
        <w:t>答案：对/错  解析：判断类题目注意关键词绝对化表述，通常过于绝对的说法多为错误。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