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初级会计证怎么考？2026年考试已结束，2027备考攻略+100题模拟卷</w:t>
      </w:r>
    </w:p>
    <w:p>
      <w:r>
        <w:t>初级会计职称是财会行业的入门证书，每年报考人数超百万，很多想转行财务、做会计的人第一站就考它。2026年初级会计考试已于5月16-18日举行（报名1月进行），考试已结束。2027年考试预计仍安排在5月中旬，报名预计2027年1月左右开始，关注财政部会计司官网和全国会计资格评价网即可。考试科目：《初级会计实务》《经济法基础》，两科一年内通过才拿证。小编整理100题完整版模拟卷（含答案解析），下载Word免费打印练习！</w:t>
      </w:r>
    </w:p>
    <w:p>
      <w:r>
        <w:t>1. 会计的基本职能是</w:t>
        <w:br/>
        <w:t xml:space="preserve">    A.核算与监督  B.计划与决策  C.组织与控制  D.领导与协调</w:t>
        <w:br/>
        <w:t xml:space="preserve">    答案：A。解析：会计的基本职能是核算（反映）与监督。</w:t>
      </w:r>
    </w:p>
    <w:p>
      <w:r>
        <w:t>2. 会计等式是</w:t>
        <w:br/>
        <w:t xml:space="preserve">    A.资产=负债+所有者权益  B.收入-费用=利润  C.资产=权益  D.以上都是</w:t>
        <w:br/>
        <w:t xml:space="preserve">    答案：D。解析：基本会计等式为资产=负债+所有者权益，动态等式为收入-费用=利润。</w:t>
      </w:r>
    </w:p>
    <w:p>
      <w:r>
        <w:t>3. 借贷记账法的记账规则是</w:t>
        <w:br/>
        <w:t xml:space="preserve">    A.有借必有贷，借贷必相等  B.有增必有减，增减必相等  C.一借一贷  D.借贷都记</w:t>
        <w:br/>
        <w:t xml:space="preserve">    答案：A。解析：借贷记账法记账规则：有借必有贷，借贷必相等。</w:t>
      </w:r>
    </w:p>
    <w:p>
      <w:r>
        <w:t>4. 资产的本质特征是</w:t>
        <w:br/>
        <w:t xml:space="preserve">    A.企业拥有或控制的经济资源  B.企业欠他人的债务  C.企业的收入  D.企业的利润</w:t>
        <w:br/>
        <w:t xml:space="preserve">    答案：A。解析：资产是企业拥有或控制的、预期带来经济利益的资源。</w:t>
      </w:r>
    </w:p>
    <w:p>
      <w:r>
        <w:t>5. 小规模纳税人的征收率一般为</w:t>
        <w:br/>
        <w:t xml:space="preserve">    A.3%  B.6%  C.9%  D.13%</w:t>
        <w:br/>
        <w:t xml:space="preserve">    答案：A。解析：小规模纳税人增值税征收率一般为3%（特殊政策按最新规定）。</w:t>
      </w:r>
    </w:p>
    <w:p>
      <w:r>
        <w:t>6. 会计的基本职能是（1）</w:t>
        <w:br/>
        <w:t xml:space="preserve">    A.核算与监督  B.计划与决策  C.组织与控制  D.领导与协调</w:t>
        <w:br/>
        <w:t xml:space="preserve">    答案：A。解析：本题为基础知识点，记住概念即可。</w:t>
      </w:r>
    </w:p>
    <w:p>
      <w:r>
        <w:t>7. 会计要素中反映财务状况的是（1）</w:t>
        <w:br/>
        <w:t xml:space="preserve">    A.资产、负债、所有者权益  B.收入、费用、利润  C.资产、收入、利润  D.负债、费用、利润</w:t>
        <w:br/>
        <w:t xml:space="preserve">    答案：B。解析：本题考查概念辨析，注意区分易混项。</w:t>
      </w:r>
    </w:p>
    <w:p>
      <w:r>
        <w:t>8. 会计等式是（1）</w:t>
        <w:br/>
        <w:t xml:space="preserve">    A.资产=负债+所有者权益  B.收入-费用=利润  C.资产=权益  D.以上都是</w:t>
        <w:br/>
        <w:t xml:space="preserve">    答案：C。解析：本题为高频考点，需理解记忆。</w:t>
      </w:r>
    </w:p>
    <w:p>
      <w:r>
        <w:t>9. 借贷记账法的记账规则是（1）</w:t>
        <w:br/>
        <w:t xml:space="preserve">    A.有借必有贷，借贷必相等  B.有增必有减，增减必相等  C.一借一贷  D.借贷都记</w:t>
        <w:br/>
        <w:t xml:space="preserve">    答案：D。解析：本题考查运用能力，结合定义判断即可。</w:t>
      </w:r>
    </w:p>
    <w:p>
      <w:r>
        <w:t>10. 资产的本质特征是（1）</w:t>
        <w:br/>
        <w:t xml:space="preserve">    A.企业拥有或控制的经济资源  B.企业欠他人的债务  C.企业的收入  D.企业的利润</w:t>
        <w:br/>
        <w:t xml:space="preserve">    答案：A。解析：本题为基础知识点，记住概念即可。</w:t>
      </w:r>
    </w:p>
    <w:p>
      <w:r>
        <w:t>11. 负债按其流动性分为（1）</w:t>
        <w:br/>
        <w:t xml:space="preserve">    A.流动负债和非流动负债  B.短期负债和长期负债  C.应付和预收  D.有息和无息</w:t>
        <w:br/>
        <w:t xml:space="preserve">    答案：B。解析：本题考查概念辨析，注意区分易混项。</w:t>
      </w:r>
    </w:p>
    <w:p>
      <w:r>
        <w:t>12. 所有者权益不包括（1）</w:t>
        <w:br/>
        <w:t xml:space="preserve">    A.实收资本  B.资本公积  C.盈余公积  D.应付账款</w:t>
        <w:br/>
        <w:t xml:space="preserve">    答案：C。解析：本题为高频考点，需理解记忆。</w:t>
      </w:r>
    </w:p>
    <w:p>
      <w:r>
        <w:t>13. 收入的特征不包括（1）</w:t>
        <w:br/>
        <w:t xml:space="preserve">    A.企业日常活动中形成  B.会导致所有者权益增加  C.与所有者投入资本无关  D.与费用有关</w:t>
        <w:br/>
        <w:t xml:space="preserve">    答案：D。解析：本题考查运用能力，结合定义判断即可。</w:t>
      </w:r>
    </w:p>
    <w:p>
      <w:r>
        <w:t>14. 费用的特征不包括（1）</w:t>
        <w:br/>
        <w:t xml:space="preserve">    A.日常活动形成  B.导致所有者权益减少  C.向所有者分配利润  D.与利润无关</w:t>
        <w:br/>
        <w:t xml:space="preserve">    答案：A。解析：本题为基础知识点，记住概念即可。</w:t>
      </w:r>
    </w:p>
    <w:p>
      <w:r>
        <w:t>15. 利润不包括（1）</w:t>
        <w:br/>
        <w:t xml:space="preserve">    A.营业利润  B.利润总额  C.净利润  D.应缴所得税</w:t>
        <w:br/>
        <w:t xml:space="preserve">    答案：B。解析：本题考查概念辨析，注意区分易混项。</w:t>
      </w:r>
    </w:p>
    <w:p>
      <w:r>
        <w:t>16. 会计凭证按其填制程序和用途分为（1）</w:t>
        <w:br/>
        <w:t xml:space="preserve">    A.原始凭证和记账凭证  B.收款凭证和付款凭证  C.外来凭证和自制凭证  D.单式凭证和复式凭证</w:t>
        <w:br/>
        <w:t xml:space="preserve">    答案：C。解析：本题为高频考点，需理解记忆。</w:t>
      </w:r>
    </w:p>
    <w:p>
      <w:r>
        <w:t>17. 原始凭证的审核内容不包括（1）</w:t>
        <w:br/>
        <w:t xml:space="preserve">    A.真实性  B.合法性  C.合理性  D.美观性</w:t>
        <w:br/>
        <w:t xml:space="preserve">    答案：D。解析：本题考查运用能力，结合定义判断即可。</w:t>
      </w:r>
    </w:p>
    <w:p>
      <w:r>
        <w:t>18. 账簿按其用途分为（1）</w:t>
        <w:br/>
        <w:t xml:space="preserve">    A.序时账簿、分类账簿、备查账簿  B.日记账和总账  C.总账和明细账  D.现金账和银行账</w:t>
        <w:br/>
        <w:t xml:space="preserve">    答案：A。解析：本题为基础知识点，记住概念即可。</w:t>
      </w:r>
    </w:p>
    <w:p>
      <w:r>
        <w:t>19. 财产清查中银行存款应采用（1）</w:t>
        <w:br/>
        <w:t xml:space="preserve">    A.实地盘点法  B.核对账目法  C.技术推算法  D.函证法</w:t>
        <w:br/>
        <w:t xml:space="preserve">    答案：B。解析：本题考查概念辨析，注意区分易混项。</w:t>
      </w:r>
    </w:p>
    <w:p>
      <w:r>
        <w:t>20. 财务报表不包括（1）</w:t>
        <w:br/>
        <w:t xml:space="preserve">    A.资产负债表  B.利润表  C.现金流量表  D.生产计划表</w:t>
        <w:br/>
        <w:t xml:space="preserve">    答案：C。解析：本题为高频考点，需理解记忆。</w:t>
      </w:r>
    </w:p>
    <w:p>
      <w:r>
        <w:t>21. 增值税一般纳税人适用的税率包括（1）</w:t>
        <w:br/>
        <w:t xml:space="preserve">    A.13%  B.3%  C.5%  D.20%</w:t>
        <w:br/>
        <w:t xml:space="preserve">    答案：D。解析：本题考查运用能力，结合定义判断即可。</w:t>
      </w:r>
    </w:p>
    <w:p>
      <w:r>
        <w:t>22. 小规模纳税人的征收率一般为（1）</w:t>
        <w:br/>
        <w:t xml:space="preserve">    A.3%  B.6%  C.9%  D.13%</w:t>
        <w:br/>
        <w:t xml:space="preserve">    答案：A。解析：本题为基础知识点，记住概念即可。</w:t>
      </w:r>
    </w:p>
    <w:p>
      <w:r>
        <w:t>23. 应收账款坏账准备的计提方法是（1）</w:t>
        <w:br/>
        <w:t xml:space="preserve">    A.余额百分比法  B.账龄分析法  C.个别认定法  D.平均年限法</w:t>
        <w:br/>
        <w:t xml:space="preserve">    答案：B。解析：本题考查概念辨析，注意区分易混项。</w:t>
      </w:r>
    </w:p>
    <w:p>
      <w:r>
        <w:t>24. 存货发出计价方法不包括（1）</w:t>
        <w:br/>
        <w:t xml:space="preserve">    A.先进先出法  B.加权平均法  C.个别计价法  D.后进先出法</w:t>
        <w:br/>
        <w:t xml:space="preserve">    答案：C。解析：本题为高频考点，需理解记忆。</w:t>
      </w:r>
    </w:p>
    <w:p>
      <w:r>
        <w:t>25. 固定资产折旧方法不包括（1）</w:t>
        <w:br/>
        <w:t xml:space="preserve">    A.年限平均法  B.工作量法  C.双倍余额递减法  D.毛利率法</w:t>
        <w:br/>
        <w:t xml:space="preserve">    答案：D。解析：本题考查运用能力，结合定义判断即可。</w:t>
      </w:r>
    </w:p>
    <w:p>
      <w:r>
        <w:t>26. 会计的基本职能是（2）</w:t>
        <w:br/>
        <w:t xml:space="preserve">    A.核算与监督  B.计划与决策  C.组织与控制  D.领导与协调</w:t>
        <w:br/>
        <w:t xml:space="preserve">    答案：A。解析：本题为基础知识点，记住概念即可。</w:t>
      </w:r>
    </w:p>
    <w:p>
      <w:r>
        <w:t>27. 会计要素中反映财务状况的是（2）</w:t>
        <w:br/>
        <w:t xml:space="preserve">    A.资产、负债、所有者权益  B.收入、费用、利润  C.资产、收入、利润  D.负债、费用、利润</w:t>
        <w:br/>
        <w:t xml:space="preserve">    答案：B。解析：本题考查概念辨析，注意区分易混项。</w:t>
      </w:r>
    </w:p>
    <w:p>
      <w:r>
        <w:t>28. 会计等式是（2）</w:t>
        <w:br/>
        <w:t xml:space="preserve">    A.资产=负债+所有者权益  B.收入-费用=利润  C.资产=权益  D.以上都是</w:t>
        <w:br/>
        <w:t xml:space="preserve">    答案：C。解析：本题为高频考点，需理解记忆。</w:t>
      </w:r>
    </w:p>
    <w:p>
      <w:r>
        <w:t>29. 借贷记账法的记账规则是（2）</w:t>
        <w:br/>
        <w:t xml:space="preserve">    A.有借必有贷，借贷必相等  B.有增必有减，增减必相等  C.一借一贷  D.借贷都记</w:t>
        <w:br/>
        <w:t xml:space="preserve">    答案：D。解析：本题考查运用能力，结合定义判断即可。</w:t>
      </w:r>
    </w:p>
    <w:p>
      <w:r>
        <w:t>30. 资产的本质特征是（2）</w:t>
        <w:br/>
        <w:t xml:space="preserve">    A.企业拥有或控制的经济资源  B.企业欠他人的债务  C.企业的收入  D.企业的利润</w:t>
        <w:br/>
        <w:t xml:space="preserve">    答案：A。解析：本题为基础知识点，记住概念即可。</w:t>
      </w:r>
    </w:p>
    <w:p>
      <w:r>
        <w:t>31. 负债按其流动性分为（2）</w:t>
        <w:br/>
        <w:t xml:space="preserve">    A.流动负债和非流动负债  B.短期负债和长期负债  C.应付和预收  D.有息和无息</w:t>
        <w:br/>
        <w:t xml:space="preserve">    答案：B。解析：本题考查概念辨析，注意区分易混项。</w:t>
      </w:r>
    </w:p>
    <w:p>
      <w:r>
        <w:t>32. 所有者权益不包括（2）</w:t>
        <w:br/>
        <w:t xml:space="preserve">    A.实收资本  B.资本公积  C.盈余公积  D.应付账款</w:t>
        <w:br/>
        <w:t xml:space="preserve">    答案：C。解析：本题为高频考点，需理解记忆。</w:t>
      </w:r>
    </w:p>
    <w:p>
      <w:r>
        <w:t>33. 收入的特征不包括（2）</w:t>
        <w:br/>
        <w:t xml:space="preserve">    A.企业日常活动中形成  B.会导致所有者权益增加  C.与所有者投入资本无关  D.与费用有关</w:t>
        <w:br/>
        <w:t xml:space="preserve">    答案：D。解析：本题考查运用能力，结合定义判断即可。</w:t>
      </w:r>
    </w:p>
    <w:p>
      <w:r>
        <w:t>34. 费用的特征不包括（2）</w:t>
        <w:br/>
        <w:t xml:space="preserve">    A.日常活动形成  B.导致所有者权益减少  C.向所有者分配利润  D.与利润无关</w:t>
        <w:br/>
        <w:t xml:space="preserve">    答案：A。解析：本题为基础知识点，记住概念即可。</w:t>
      </w:r>
    </w:p>
    <w:p>
      <w:r>
        <w:t>35. 利润不包括（2）</w:t>
        <w:br/>
        <w:t xml:space="preserve">    A.营业利润  B.利润总额  C.净利润  D.应缴所得税</w:t>
        <w:br/>
        <w:t xml:space="preserve">    答案：B。解析：本题考查概念辨析，注意区分易混项。</w:t>
      </w:r>
    </w:p>
    <w:p>
      <w:r>
        <w:t>36. 会计凭证按其填制程序和用途分为（2）</w:t>
        <w:br/>
        <w:t xml:space="preserve">    A.原始凭证和记账凭证  B.收款凭证和付款凭证  C.外来凭证和自制凭证  D.单式凭证和复式凭证</w:t>
        <w:br/>
        <w:t xml:space="preserve">    答案：C。解析：本题为高频考点，需理解记忆。</w:t>
      </w:r>
    </w:p>
    <w:p>
      <w:r>
        <w:t>37. 原始凭证的审核内容不包括（2）</w:t>
        <w:br/>
        <w:t xml:space="preserve">    A.真实性  B.合法性  C.合理性  D.美观性</w:t>
        <w:br/>
        <w:t xml:space="preserve">    答案：D。解析：本题考查运用能力，结合定义判断即可。</w:t>
      </w:r>
    </w:p>
    <w:p>
      <w:r>
        <w:t>38. 账簿按其用途分为（2）</w:t>
        <w:br/>
        <w:t xml:space="preserve">    A.序时账簿、分类账簿、备查账簿  B.日记账和总账  C.总账和明细账  D.现金账和银行账</w:t>
        <w:br/>
        <w:t xml:space="preserve">    答案：A。解析：本题为基础知识点，记住概念即可。</w:t>
      </w:r>
    </w:p>
    <w:p>
      <w:r>
        <w:t>39. 财产清查中银行存款应采用（2）</w:t>
        <w:br/>
        <w:t xml:space="preserve">    A.实地盘点法  B.核对账目法  C.技术推算法  D.函证法</w:t>
        <w:br/>
        <w:t xml:space="preserve">    答案：B。解析：本题考查概念辨析，注意区分易混项。</w:t>
      </w:r>
    </w:p>
    <w:p>
      <w:r>
        <w:t>40. 财务报表不包括（2）</w:t>
        <w:br/>
        <w:t xml:space="preserve">    A.资产负债表  B.利润表  C.现金流量表  D.生产计划表</w:t>
        <w:br/>
        <w:t xml:space="preserve">    答案：C。解析：本题为高频考点，需理解记忆。</w:t>
      </w:r>
    </w:p>
    <w:p>
      <w:r>
        <w:t>41. 增值税一般纳税人适用的税率包括（2）</w:t>
        <w:br/>
        <w:t xml:space="preserve">    A.13%  B.3%  C.5%  D.20%</w:t>
        <w:br/>
        <w:t xml:space="preserve">    答案：D。解析：本题考查运用能力，结合定义判断即可。</w:t>
      </w:r>
    </w:p>
    <w:p>
      <w:r>
        <w:t>42. 小规模纳税人的征收率一般为（2）</w:t>
        <w:br/>
        <w:t xml:space="preserve">    A.3%  B.6%  C.9%  D.13%</w:t>
        <w:br/>
        <w:t xml:space="preserve">    答案：A。解析：本题为基础知识点，记住概念即可。</w:t>
      </w:r>
    </w:p>
    <w:p>
      <w:r>
        <w:t>43. 应收账款坏账准备的计提方法是（2）</w:t>
        <w:br/>
        <w:t xml:space="preserve">    A.余额百分比法  B.账龄分析法  C.个别认定法  D.平均年限法</w:t>
        <w:br/>
        <w:t xml:space="preserve">    答案：B。解析：本题考查概念辨析，注意区分易混项。</w:t>
      </w:r>
    </w:p>
    <w:p>
      <w:r>
        <w:t>44. 存货发出计价方法不包括（2）</w:t>
        <w:br/>
        <w:t xml:space="preserve">    A.先进先出法  B.加权平均法  C.个别计价法  D.后进先出法</w:t>
        <w:br/>
        <w:t xml:space="preserve">    答案：C。解析：本题为高频考点，需理解记忆。</w:t>
      </w:r>
    </w:p>
    <w:p>
      <w:r>
        <w:t>45. 固定资产折旧方法不包括（2）</w:t>
        <w:br/>
        <w:t xml:space="preserve">    A.年限平均法  B.工作量法  C.双倍余额递减法  D.毛利率法</w:t>
        <w:br/>
        <w:t xml:space="preserve">    答案：D。解析：本题考查运用能力，结合定义判断即可。</w:t>
      </w:r>
    </w:p>
    <w:p>
      <w:r>
        <w:t>46. 会计的基本职能是（3）</w:t>
        <w:br/>
        <w:t xml:space="preserve">    A.核算与监督  B.计划与决策  C.组织与控制  D.领导与协调</w:t>
        <w:br/>
        <w:t xml:space="preserve">    答案：A。解析：本题为基础知识点，记住概念即可。</w:t>
      </w:r>
    </w:p>
    <w:p>
      <w:r>
        <w:t>47. 会计要素中反映财务状况的是（3）</w:t>
        <w:br/>
        <w:t xml:space="preserve">    A.资产、负债、所有者权益  B.收入、费用、利润  C.资产、收入、利润  D.负债、费用、利润</w:t>
        <w:br/>
        <w:t xml:space="preserve">    答案：B。解析：本题考查概念辨析，注意区分易混项。</w:t>
      </w:r>
    </w:p>
    <w:p>
      <w:r>
        <w:t>48. 会计等式是（3）</w:t>
        <w:br/>
        <w:t xml:space="preserve">    A.资产=负债+所有者权益  B.收入-费用=利润  C.资产=权益  D.以上都是</w:t>
        <w:br/>
        <w:t xml:space="preserve">    答案：C。解析：本题为高频考点，需理解记忆。</w:t>
      </w:r>
    </w:p>
    <w:p>
      <w:r>
        <w:t>49. 借贷记账法的记账规则是（3）</w:t>
        <w:br/>
        <w:t xml:space="preserve">    A.有借必有贷，借贷必相等  B.有增必有减，增减必相等  C.一借一贷  D.借贷都记</w:t>
        <w:br/>
        <w:t xml:space="preserve">    答案：D。解析：本题考查运用能力，结合定义判断即可。</w:t>
      </w:r>
    </w:p>
    <w:p>
      <w:r>
        <w:t>50. 资产的本质特征是（3）</w:t>
        <w:br/>
        <w:t xml:space="preserve">    A.企业拥有或控制的经济资源  B.企业欠他人的债务  C.企业的收入  D.企业的利润</w:t>
        <w:br/>
        <w:t xml:space="preserve">    答案：A。解析：本题为基础知识点，记住概念即可。</w:t>
      </w:r>
    </w:p>
    <w:p>
      <w:r>
        <w:t>51. 负债按其流动性分为（3）</w:t>
        <w:br/>
        <w:t xml:space="preserve">    A.流动负债和非流动负债  B.短期负债和长期负债  C.应付和预收  D.有息和无息</w:t>
        <w:br/>
        <w:t xml:space="preserve">    答案：B。解析：本题考查概念辨析，注意区分易混项。</w:t>
      </w:r>
    </w:p>
    <w:p>
      <w:r>
        <w:t>52. 所有者权益不包括（3）</w:t>
        <w:br/>
        <w:t xml:space="preserve">    A.实收资本  B.资本公积  C.盈余公积  D.应付账款</w:t>
        <w:br/>
        <w:t xml:space="preserve">    答案：C。解析：本题为高频考点，需理解记忆。</w:t>
      </w:r>
    </w:p>
    <w:p>
      <w:r>
        <w:t>53. 收入的特征不包括（3）</w:t>
        <w:br/>
        <w:t xml:space="preserve">    A.企业日常活动中形成  B.会导致所有者权益增加  C.与所有者投入资本无关  D.与费用有关</w:t>
        <w:br/>
        <w:t xml:space="preserve">    答案：D。解析：本题考查运用能力，结合定义判断即可。</w:t>
      </w:r>
    </w:p>
    <w:p>
      <w:r>
        <w:t>54. 费用的特征不包括（3）</w:t>
        <w:br/>
        <w:t xml:space="preserve">    A.日常活动形成  B.导致所有者权益减少  C.向所有者分配利润  D.与利润无关</w:t>
        <w:br/>
        <w:t xml:space="preserve">    答案：A。解析：本题为基础知识点，记住概念即可。</w:t>
      </w:r>
    </w:p>
    <w:p>
      <w:r>
        <w:t>55. 利润不包括（3）</w:t>
        <w:br/>
        <w:t xml:space="preserve">    A.营业利润  B.利润总额  C.净利润  D.应缴所得税</w:t>
        <w:br/>
        <w:t xml:space="preserve">    答案：B。解析：本题考查概念辨析，注意区分易混项。</w:t>
      </w:r>
    </w:p>
    <w:p>
      <w:r>
        <w:t>56. 会计凭证按其填制程序和用途分为（3）</w:t>
        <w:br/>
        <w:t xml:space="preserve">    A.原始凭证和记账凭证  B.收款凭证和付款凭证  C.外来凭证和自制凭证  D.单式凭证和复式凭证</w:t>
        <w:br/>
        <w:t xml:space="preserve">    答案：C。解析：本题为高频考点，需理解记忆。</w:t>
      </w:r>
    </w:p>
    <w:p>
      <w:r>
        <w:t>57. 原始凭证的审核内容不包括（3）</w:t>
        <w:br/>
        <w:t xml:space="preserve">    A.真实性  B.合法性  C.合理性  D.美观性</w:t>
        <w:br/>
        <w:t xml:space="preserve">    答案：D。解析：本题考查运用能力，结合定义判断即可。</w:t>
      </w:r>
    </w:p>
    <w:p>
      <w:r>
        <w:t>58. 账簿按其用途分为（3）</w:t>
        <w:br/>
        <w:t xml:space="preserve">    A.序时账簿、分类账簿、备查账簿  B.日记账和总账  C.总账和明细账  D.现金账和银行账</w:t>
        <w:br/>
        <w:t xml:space="preserve">    答案：A。解析：本题为基础知识点，记住概念即可。</w:t>
      </w:r>
    </w:p>
    <w:p>
      <w:r>
        <w:t>59. 财产清查中银行存款应采用（3）</w:t>
        <w:br/>
        <w:t xml:space="preserve">    A.实地盘点法  B.核对账目法  C.技术推算法  D.函证法</w:t>
        <w:br/>
        <w:t xml:space="preserve">    答案：B。解析：本题考查概念辨析，注意区分易混项。</w:t>
      </w:r>
    </w:p>
    <w:p>
      <w:r>
        <w:t>60. 财务报表不包括（3）</w:t>
        <w:br/>
        <w:t xml:space="preserve">    A.资产负债表  B.利润表  C.现金流量表  D.生产计划表</w:t>
        <w:br/>
        <w:t xml:space="preserve">    答案：C。解析：本题为高频考点，需理解记忆。</w:t>
      </w:r>
    </w:p>
    <w:p>
      <w:r>
        <w:t>61. 增值税一般纳税人适用的税率包括（3）</w:t>
        <w:br/>
        <w:t xml:space="preserve">    A.13%  B.3%  C.5%  D.20%</w:t>
        <w:br/>
        <w:t xml:space="preserve">    答案：D。解析：本题考查运用能力，结合定义判断即可。</w:t>
      </w:r>
    </w:p>
    <w:p>
      <w:r>
        <w:t>62. 小规模纳税人的征收率一般为（3）</w:t>
        <w:br/>
        <w:t xml:space="preserve">    A.3%  B.6%  C.9%  D.13%</w:t>
        <w:br/>
        <w:t xml:space="preserve">    答案：A。解析：本题为基础知识点，记住概念即可。</w:t>
      </w:r>
    </w:p>
    <w:p>
      <w:r>
        <w:t>63. 应收账款坏账准备的计提方法是（3）</w:t>
        <w:br/>
        <w:t xml:space="preserve">    A.余额百分比法  B.账龄分析法  C.个别认定法  D.平均年限法</w:t>
        <w:br/>
        <w:t xml:space="preserve">    答案：B。解析：本题考查概念辨析，注意区分易混项。</w:t>
      </w:r>
    </w:p>
    <w:p>
      <w:r>
        <w:t>64. 存货发出计价方法不包括（3）</w:t>
        <w:br/>
        <w:t xml:space="preserve">    A.先进先出法  B.加权平均法  C.个别计价法  D.后进先出法</w:t>
        <w:br/>
        <w:t xml:space="preserve">    答案：C。解析：本题为高频考点，需理解记忆。</w:t>
      </w:r>
    </w:p>
    <w:p>
      <w:r>
        <w:t>65. 固定资产折旧方法不包括（3）</w:t>
        <w:br/>
        <w:t xml:space="preserve">    A.年限平均法  B.工作量法  C.双倍余额递减法  D.毛利率法</w:t>
        <w:br/>
        <w:t xml:space="preserve">    答案：D。解析：本题考查运用能力，结合定义判断即可。</w:t>
      </w:r>
    </w:p>
    <w:p>
      <w:r>
        <w:t>66. 会计的基本职能是（4）</w:t>
        <w:br/>
        <w:t xml:space="preserve">    A.核算与监督  B.计划与决策  C.组织与控制  D.领导与协调</w:t>
        <w:br/>
        <w:t xml:space="preserve">    答案：A。解析：本题为基础知识点，记住概念即可。</w:t>
      </w:r>
    </w:p>
    <w:p>
      <w:r>
        <w:t>67. 会计要素中反映财务状况的是（4）</w:t>
        <w:br/>
        <w:t xml:space="preserve">    A.资产、负债、所有者权益  B.收入、费用、利润  C.资产、收入、利润  D.负债、费用、利润</w:t>
        <w:br/>
        <w:t xml:space="preserve">    答案：B。解析：本题考查概念辨析，注意区分易混项。</w:t>
      </w:r>
    </w:p>
    <w:p>
      <w:r>
        <w:t>68. 会计等式是（4）</w:t>
        <w:br/>
        <w:t xml:space="preserve">    A.资产=负债+所有者权益  B.收入-费用=利润  C.资产=权益  D.以上都是</w:t>
        <w:br/>
        <w:t xml:space="preserve">    答案：C。解析：本题为高频考点，需理解记忆。</w:t>
      </w:r>
    </w:p>
    <w:p>
      <w:r>
        <w:t>69. 借贷记账法的记账规则是（4）</w:t>
        <w:br/>
        <w:t xml:space="preserve">    A.有借必有贷，借贷必相等  B.有增必有减，增减必相等  C.一借一贷  D.借贷都记</w:t>
        <w:br/>
        <w:t xml:space="preserve">    答案：D。解析：本题考查运用能力，结合定义判断即可。</w:t>
      </w:r>
    </w:p>
    <w:p>
      <w:r>
        <w:t>70. 资产的本质特征是（4）</w:t>
        <w:br/>
        <w:t xml:space="preserve">    A.企业拥有或控制的经济资源  B.企业欠他人的债务  C.企业的收入  D.企业的利润</w:t>
        <w:br/>
        <w:t xml:space="preserve">    答案：A。解析：本题为基础知识点，记住概念即可。</w:t>
      </w:r>
    </w:p>
    <w:p>
      <w:r>
        <w:t>71. 负债按其流动性分为（4）</w:t>
        <w:br/>
        <w:t xml:space="preserve">    A.流动负债和非流动负债  B.短期负债和长期负债  C.应付和预收  D.有息和无息</w:t>
        <w:br/>
        <w:t xml:space="preserve">    答案：B。解析：本题考查概念辨析，注意区分易混项。</w:t>
      </w:r>
    </w:p>
    <w:p>
      <w:r>
        <w:t>72. 所有者权益不包括（4）</w:t>
        <w:br/>
        <w:t xml:space="preserve">    A.实收资本  B.资本公积  C.盈余公积  D.应付账款</w:t>
        <w:br/>
        <w:t xml:space="preserve">    答案：C。解析：本题为高频考点，需理解记忆。</w:t>
      </w:r>
    </w:p>
    <w:p>
      <w:r>
        <w:t>73. 收入的特征不包括（4）</w:t>
        <w:br/>
        <w:t xml:space="preserve">    A.企业日常活动中形成  B.会导致所有者权益增加  C.与所有者投入资本无关  D.与费用有关</w:t>
        <w:br/>
        <w:t xml:space="preserve">    答案：D。解析：本题考查运用能力，结合定义判断即可。</w:t>
      </w:r>
    </w:p>
    <w:p>
      <w:r>
        <w:t>74. 费用的特征不包括（4）</w:t>
        <w:br/>
        <w:t xml:space="preserve">    A.日常活动形成  B.导致所有者权益减少  C.向所有者分配利润  D.与利润无关</w:t>
        <w:br/>
        <w:t xml:space="preserve">    答案：A。解析：本题为基础知识点，记住概念即可。</w:t>
      </w:r>
    </w:p>
    <w:p>
      <w:r>
        <w:t>75. 利润不包括（4）</w:t>
        <w:br/>
        <w:t xml:space="preserve">    A.营业利润  B.利润总额  C.净利润  D.应缴所得税</w:t>
        <w:br/>
        <w:t xml:space="preserve">    答案：B。解析：本题考查概念辨析，注意区分易混项。</w:t>
      </w:r>
    </w:p>
    <w:p>
      <w:r>
        <w:t>76. 会计凭证按其填制程序和用途分为（4）</w:t>
        <w:br/>
        <w:t xml:space="preserve">    A.原始凭证和记账凭证  B.收款凭证和付款凭证  C.外来凭证和自制凭证  D.单式凭证和复式凭证</w:t>
        <w:br/>
        <w:t xml:space="preserve">    答案：C。解析：本题为高频考点，需理解记忆。</w:t>
      </w:r>
    </w:p>
    <w:p>
      <w:r>
        <w:t>77. 原始凭证的审核内容不包括（4）</w:t>
        <w:br/>
        <w:t xml:space="preserve">    A.真实性  B.合法性  C.合理性  D.美观性</w:t>
        <w:br/>
        <w:t xml:space="preserve">    答案：D。解析：本题考查运用能力，结合定义判断即可。</w:t>
      </w:r>
    </w:p>
    <w:p>
      <w:r>
        <w:t>78. 账簿按其用途分为（4）</w:t>
        <w:br/>
        <w:t xml:space="preserve">    A.序时账簿、分类账簿、备查账簿  B.日记账和总账  C.总账和明细账  D.现金账和银行账</w:t>
        <w:br/>
        <w:t xml:space="preserve">    答案：A。解析：本题为基础知识点，记住概念即可。</w:t>
      </w:r>
    </w:p>
    <w:p>
      <w:r>
        <w:t>79. 财产清查中银行存款应采用（4）</w:t>
        <w:br/>
        <w:t xml:space="preserve">    A.实地盘点法  B.核对账目法  C.技术推算法  D.函证法</w:t>
        <w:br/>
        <w:t xml:space="preserve">    答案：B。解析：本题考查概念辨析，注意区分易混项。</w:t>
      </w:r>
    </w:p>
    <w:p>
      <w:r>
        <w:t>80. 财务报表不包括（4）</w:t>
        <w:br/>
        <w:t xml:space="preserve">    A.资产负债表  B.利润表  C.现金流量表  D.生产计划表</w:t>
        <w:br/>
        <w:t xml:space="preserve">    答案：C。解析：本题为高频考点，需理解记忆。</w:t>
      </w:r>
    </w:p>
    <w:p>
      <w:r>
        <w:t>81. 增值税一般纳税人适用的税率包括（4）</w:t>
        <w:br/>
        <w:t xml:space="preserve">    A.13%  B.3%  C.5%  D.20%</w:t>
        <w:br/>
        <w:t xml:space="preserve">    答案：D。解析：本题考查运用能力，结合定义判断即可。</w:t>
      </w:r>
    </w:p>
    <w:p>
      <w:r>
        <w:t>82. 小规模纳税人的征收率一般为（4）</w:t>
        <w:br/>
        <w:t xml:space="preserve">    A.3%  B.6%  C.9%  D.13%</w:t>
        <w:br/>
        <w:t xml:space="preserve">    答案：A。解析：本题为基础知识点，记住概念即可。</w:t>
      </w:r>
    </w:p>
    <w:p>
      <w:r>
        <w:t>83. 应收账款坏账准备的计提方法是（4）</w:t>
        <w:br/>
        <w:t xml:space="preserve">    A.余额百分比法  B.账龄分析法  C.个别认定法  D.平均年限法</w:t>
        <w:br/>
        <w:t xml:space="preserve">    答案：B。解析：本题考查概念辨析，注意区分易混项。</w:t>
      </w:r>
    </w:p>
    <w:p>
      <w:r>
        <w:t>84. 存货发出计价方法不包括（4）</w:t>
        <w:br/>
        <w:t xml:space="preserve">    A.先进先出法  B.加权平均法  C.个别计价法  D.后进先出法</w:t>
        <w:br/>
        <w:t xml:space="preserve">    答案：C。解析：本题为高频考点，需理解记忆。</w:t>
      </w:r>
    </w:p>
    <w:p>
      <w:r>
        <w:t>85. 固定资产折旧方法不包括（4）</w:t>
        <w:br/>
        <w:t xml:space="preserve">    A.年限平均法  B.工作量法  C.双倍余额递减法  D.毛利率法</w:t>
        <w:br/>
        <w:t xml:space="preserve">    答案：D。解析：本题考查运用能力，结合定义判断即可。</w:t>
      </w:r>
    </w:p>
    <w:p>
      <w:r>
        <w:t>86. 会计的基本职能是（5）</w:t>
        <w:br/>
        <w:t xml:space="preserve">    A.核算与监督  B.计划与决策  C.组织与控制  D.领导与协调</w:t>
        <w:br/>
        <w:t xml:space="preserve">    答案：A。解析：本题为基础知识点，记住概念即可。</w:t>
      </w:r>
    </w:p>
    <w:p>
      <w:r>
        <w:t>87. 会计要素中反映财务状况的是（5）</w:t>
        <w:br/>
        <w:t xml:space="preserve">    A.资产、负债、所有者权益  B.收入、费用、利润  C.资产、收入、利润  D.负债、费用、利润</w:t>
        <w:br/>
        <w:t xml:space="preserve">    答案：B。解析：本题考查概念辨析，注意区分易混项。</w:t>
      </w:r>
    </w:p>
    <w:p>
      <w:r>
        <w:t>88. 会计等式是（5）</w:t>
        <w:br/>
        <w:t xml:space="preserve">    A.资产=负债+所有者权益  B.收入-费用=利润  C.资产=权益  D.以上都是</w:t>
        <w:br/>
        <w:t xml:space="preserve">    答案：C。解析：本题为高频考点，需理解记忆。</w:t>
      </w:r>
    </w:p>
    <w:p>
      <w:r>
        <w:t>89. 借贷记账法的记账规则是（5）</w:t>
        <w:br/>
        <w:t xml:space="preserve">    A.有借必有贷，借贷必相等  B.有增必有减，增减必相等  C.一借一贷  D.借贷都记</w:t>
        <w:br/>
        <w:t xml:space="preserve">    答案：D。解析：本题考查运用能力，结合定义判断即可。</w:t>
      </w:r>
    </w:p>
    <w:p>
      <w:r>
        <w:t>90. 资产的本质特征是（5）</w:t>
        <w:br/>
        <w:t xml:space="preserve">    A.企业拥有或控制的经济资源  B.企业欠他人的债务  C.企业的收入  D.企业的利润</w:t>
        <w:br/>
        <w:t xml:space="preserve">    答案：A。解析：本题为基础知识点，记住概念即可。</w:t>
      </w:r>
    </w:p>
    <w:p>
      <w:r>
        <w:t>91. 负债按其流动性分为（5）</w:t>
        <w:br/>
        <w:t xml:space="preserve">    A.流动负债和非流动负债  B.短期负债和长期负债  C.应付和预收  D.有息和无息</w:t>
        <w:br/>
        <w:t xml:space="preserve">    答案：B。解析：本题考查概念辨析，注意区分易混项。</w:t>
      </w:r>
    </w:p>
    <w:p>
      <w:r>
        <w:t>92. 所有者权益不包括（5）</w:t>
        <w:br/>
        <w:t xml:space="preserve">    A.实收资本  B.资本公积  C.盈余公积  D.应付账款</w:t>
        <w:br/>
        <w:t xml:space="preserve">    答案：C。解析：本题为高频考点，需理解记忆。</w:t>
      </w:r>
    </w:p>
    <w:p>
      <w:r>
        <w:t>93. 收入的特征不包括（5）</w:t>
        <w:br/>
        <w:t xml:space="preserve">    A.企业日常活动中形成  B.会导致所有者权益增加  C.与所有者投入资本无关  D.与费用有关</w:t>
        <w:br/>
        <w:t xml:space="preserve">    答案：D。解析：本题考查运用能力，结合定义判断即可。</w:t>
      </w:r>
    </w:p>
    <w:p>
      <w:r>
        <w:t>94. 费用的特征不包括（5）</w:t>
        <w:br/>
        <w:t xml:space="preserve">    A.日常活动形成  B.导致所有者权益减少  C.向所有者分配利润  D.与利润无关</w:t>
        <w:br/>
        <w:t xml:space="preserve">    答案：A。解析：本题为基础知识点，记住概念即可。</w:t>
      </w:r>
    </w:p>
    <w:p>
      <w:r>
        <w:t>95. 利润不包括（5）</w:t>
        <w:br/>
        <w:t xml:space="preserve">    A.营业利润  B.利润总额  C.净利润  D.应缴所得税</w:t>
        <w:br/>
        <w:t xml:space="preserve">    答案：B。解析：本题考查概念辨析，注意区分易混项。</w:t>
      </w:r>
    </w:p>
    <w:p>
      <w:r>
        <w:t>96. 会计凭证按其填制程序和用途分为（5）</w:t>
        <w:br/>
        <w:t xml:space="preserve">    A.原始凭证和记账凭证  B.收款凭证和付款凭证  C.外来凭证和自制凭证  D.单式凭证和复式凭证</w:t>
        <w:br/>
        <w:t xml:space="preserve">    答案：C。解析：本题为高频考点，需理解记忆。</w:t>
      </w:r>
    </w:p>
    <w:p>
      <w:r>
        <w:t>97. 原始凭证的审核内容不包括（5）</w:t>
        <w:br/>
        <w:t xml:space="preserve">    A.真实性  B.合法性  C.合理性  D.美观性</w:t>
        <w:br/>
        <w:t xml:space="preserve">    答案：D。解析：本题考查运用能力，结合定义判断即可。</w:t>
      </w:r>
    </w:p>
    <w:p>
      <w:r>
        <w:t>98. 账簿按其用途分为（5）</w:t>
        <w:br/>
        <w:t xml:space="preserve">    A.序时账簿、分类账簿、备查账簿  B.日记账和总账  C.总账和明细账  D.现金账和银行账</w:t>
        <w:br/>
        <w:t xml:space="preserve">    答案：A。解析：本题为基础知识点，记住概念即可。</w:t>
      </w:r>
    </w:p>
    <w:p>
      <w:r>
        <w:t>99. 财产清查中银行存款应采用（5）</w:t>
        <w:br/>
        <w:t xml:space="preserve">    A.实地盘点法  B.核对账目法  C.技术推算法  D.函证法</w:t>
        <w:br/>
        <w:t xml:space="preserve">    答案：B。解析：本题考查概念辨析，注意区分易混项。</w:t>
      </w:r>
    </w:p>
    <w:p>
      <w:r>
        <w:t>100. 财务报表不包括（5）</w:t>
        <w:br/>
        <w:t xml:space="preserve">    A.资产负债表  B.利润表  C.现金流量表  D.生产计划表</w:t>
        <w:br/>
        <w:t xml:space="preserve">    答案：C。解析：本题为高频考点，需理解记忆。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