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初中英语完形填空答题技巧与高频词汇整理</w:t>
      </w:r>
    </w:p>
    <w:p>
      <w:r>
        <w:t>初中英语完形填空答题技巧</w:t>
      </w:r>
    </w:p>
    <w:p>
      <w:r>
        <w:t>一、通读全文，把握大意：先跳过空格通读一遍，了解文章讲什么（人物、事件、时间、地点、观点），不要边看边填。80%的完形填空丢分是因为没读懂全文就开始选。</w:t>
      </w:r>
    </w:p>
    <w:p>
      <w:r>
        <w:t>二、上下文逻辑法：完形填空的答案绝大多数能从上下文找到线索。注意转折词（but/however）、因果词（because/so/therefore）、递进词（and/moreover）前后的逻辑关系。看到but，前后意思一定相反。</w:t>
      </w:r>
    </w:p>
    <w:p>
      <w:r>
        <w:t>三、固定搭配法：动词短语、介词搭配是考查重点：look forward to（期待）、be good at（擅长）、take part in（参加）、be interested in（感兴趣）、come up with（想出）。平时积累的短语越多，这类题越简单。</w:t>
      </w:r>
    </w:p>
    <w:p>
      <w:r>
        <w:t>四、词义辨析法：四个选项往往都是形近词或近义词，要结合语境判断：比如say/speak/tell/talk的区别（say接内容，speak说语言，tell告诉，talk交谈）；bring/take/carry/fetch的区别。</w:t>
      </w:r>
    </w:p>
    <w:p>
      <w:r>
        <w:t>五、复现法：完形填空的文章里，同一个词或同义词常会重复出现，前面出现的词往往是后面空格答案的线索。做不出来的题，回头在文章里找找有没有提示词。</w:t>
      </w:r>
    </w:p>
    <w:p>
      <w:r>
        <w:t>六、检查复核：填完所有空后，把答案代入原文再通读一遍，看语句是否通顺、逻辑是否合理。检查阶段改答案要谨慎，除非有确凿证据，否则相信第一感觉。</w:t>
      </w:r>
    </w:p>
    <w:p>
      <w:r>
        <w:t>七、高频逻辑词清单：but/however/yet（转折）、because/as/since（原因）、so/therefore（结果）、and/moreover/besides（递进）、although/though（让步）、if/unless（条件）、when/while（时间）。</w:t>
      </w:r>
    </w:p>
    <w:p>
      <w:r>
        <w:t>八、练习建议：每天精做一篇完形填空（15题左右），做完后把错题原因归类（是词汇问题还是逻辑问题），总结自己常错的类型，针对性突破。坚持一个月，完形填空准确率能稳定提升。</w:t>
      </w:r>
    </w:p>
    <w:p>
      <w:r>
        <w:t>祝同学们完形填空拿高分！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