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七年级英语上册核心语法与词汇复习提纲</w:t>
      </w:r>
    </w:p>
    <w:p>
      <w:pPr>
        <w:pStyle w:val="Heading1"/>
      </w:pPr>
      <w:r>
        <w:t>一、be动词与一般现在时</w:t>
      </w:r>
    </w:p>
    <w:p>
      <w:r>
        <w:t>be动词用法：I用am，you用are，he/she/it用is，复数用are。一般现在时表示经常性动作或状态：主语三单动词加s/es（如likes、watches、goes）。否定句用don't/doesn't+动词原形，疑问句把do/does提前。</w:t>
      </w:r>
    </w:p>
    <w:p>
      <w:pPr>
        <w:pStyle w:val="Heading1"/>
      </w:pPr>
      <w:r>
        <w:t>二、名词单复数与物主代词</w:t>
      </w:r>
    </w:p>
    <w:p>
      <w:r>
        <w:t>名词复数规则：一般加s（books）、以s/x/ch/sh结尾加es（boxes、watches）、辅音+y变i加es（strawberries）。物主代词分两类：形容词性（my、your、his、her、its、our、their）+名词；名词性（mine、yours、his、hers、ours、theirs）单独使用。</w:t>
      </w:r>
    </w:p>
    <w:p>
      <w:pPr>
        <w:pStyle w:val="Heading1"/>
      </w:pPr>
      <w:r>
        <w:t>三、句型转换</w:t>
      </w:r>
    </w:p>
    <w:p>
      <w:r>
        <w:t>四大句型转换是考试重点：①肯定句变否定句（be动词后加not，实义动词借助don't/doesn't）；②变一般疑问句（be动词/助动词提前）；③对划线部分提问（根据划线内容选特殊疑问词What/Who/Where/When/Why/How）；④变单复数。</w:t>
      </w:r>
    </w:p>
    <w:p>
      <w:pPr>
        <w:pStyle w:val="Heading1"/>
      </w:pPr>
      <w:r>
        <w:t>四、介词与时间表达</w:t>
      </w:r>
    </w:p>
    <w:p>
      <w:r>
        <w:t>时间介词口诀：in年in月in季节，on在具体某一天，at后接具体时刻（at 7:30、at noon）。地点介词：in大范围、on表面、at小地点。星期前用on（on Monday），月份前用in（in October）。</w:t>
      </w:r>
    </w:p>
    <w:p>
      <w:pPr>
        <w:pStyle w:val="Heading1"/>
      </w:pPr>
      <w:r>
        <w:t>五、核心词汇与短语</w:t>
      </w:r>
    </w:p>
    <w:p>
      <w:r>
        <w:t>高频短语：get up起床、go to school上学、have breakfast吃早饭、do homework做作业、watch TV看电视、play basketball打篮球、listen to music听音乐、look after照顾、come from来自。高频句型：What's your name? How old are you? Where are you from? Nice to meet you! Happy birthday! Thank you very much. You're welcome. Let's play soccer. That sounds good. I'd like some... How much is it?</w:t>
      </w:r>
    </w:p>
    <w:p>
      <w:pPr>
        <w:pStyle w:val="Heading1"/>
      </w:pPr>
      <w:r>
        <w:t>六、完形填空与阅读理解技巧</w:t>
      </w:r>
    </w:p>
    <w:p>
      <w:r>
        <w:t>完形填空三步法：先通读全文抓大意，再逐空分析语法和语义，最后回读验证。阅读理解技巧：先看题目再读文章，带着问题找答案；判断正误题注意“张冠李戴”陷阱。配套完整版100题模拟卷（含答案和解析）可免费下载打印练习。</w:t>
      </w:r>
    </w:p>
    <w:p>
      <w:pPr>
        <w:pStyle w:val="Heading1"/>
      </w:pPr>
      <w:r>
        <w:t>七、30天学习计划建议（可结合自身情况调整）</w:t>
      </w:r>
    </w:p>
    <w:p>
      <w:r>
        <w:t>第一阶段（第1-10天）基础梳理：按知识点顺序通读本资料，每天1-2个专题，把七年级英语的核心概念、公式、易错点抄写一遍加深记忆，完成每个专题后的例题练习，不追求速度，务必把基础概念吃透。第二阶段（第11-20天）强化训练：针对自己薄弱的专题进行专项练习，结合本站发布的100题完整模拟卷每天做20-30题，做完立即对照答案解析复盘，把错题整理到错题本，认真分析错因（概念不清、计算失误、审题偏差、知识遗忘），并在资料中标注对应知识点。第三阶段（第21-30天）冲刺模拟：每3天做一套完整模拟卷，严格计时，模拟真实考试环境（关闭手机、限制时间、规范书写）；考后逐题复盘，统计各专题正确率，把正确率低于70%的专题重新回炉复习；考前一周回归本提纲，重点复习错题和易错点清单，不再接触偏题怪题。</w:t>
      </w:r>
    </w:p>
    <w:p>
      <w:pPr>
        <w:pStyle w:val="Heading1"/>
      </w:pPr>
      <w:r>
        <w:t>八、常见问题解答</w:t>
      </w:r>
    </w:p>
    <w:p>
      <w:r>
        <w:t>Q1：复习时间紧张，怎么抓住重点？A：优先复习考试占比高的专题和每年必考的题型，先掌握基础题，再挑战提高题；本提纲中标⚠️的易错点务必优先攻克，它们是拉开分数差距的关键。Q2：做错的题总是反复错怎么办？A：错题本要记录三要素——原题、错因、正确解法，每周日重做本周错题，连续两次做对才可移出错题本；如果同一类题反复错，说明对应知识点没有真正理解，需要回到提纲重新学习该专题。Q3：需要做多少题才够？A：质量重于数量，每道题做完要能讲出考查的知识点和解题思路，做到“会一道、会一类”；盲目刷题不如精做精析。Q4：记忆力不好，知识点记不住怎么办？A：采用间隔重复法，当天学的知识第1、3、7、14天各复习一次；把难记的内容编成口诀或画成思维导图，调动多感官记忆。</w:t>
      </w:r>
    </w:p>
    <w:p>
      <w:pPr>
        <w:pStyle w:val="Heading1"/>
      </w:pPr>
      <w:r>
        <w:t>九、考前冲刺策略</w:t>
      </w:r>
    </w:p>
    <w:p>
      <w:r>
        <w:t>考前3天不要再做新题，回归基础：把本提纲从头到尾快速过一遍，重点看标注⚠️的易错点和各专题的核心结论，在大脑中构建知识框架图；把错题本中反复出错的题目重做一遍，确保每题都能独立正确完成；同时调整作息，保证充足睡眠，清淡饮食；考试当天提前10分钟进场，稳定心态，先易后难答题，遇到难题果断跳过，留出时间检查计算和书写，力争会的题全对。</w:t>
      </w:r>
    </w:p>
    <w:p>
      <w:pPr>
        <w:pStyle w:val="Heading1"/>
      </w:pPr>
      <w:r>
        <w:t>十、核心知识速记卡</w:t>
      </w:r>
    </w:p>
    <w:p>
      <w:r>
        <w:t>把七年级英语最核心的公式、结论、口诀浓缩成速记卡（建议不超过20张）：每张卡片正面写知识点名称，背面写核心内容（公式、定义、易错提醒）；卡片要小巧方便携带，利用碎片时间（等车、排队、睡前、课间）每天翻看10张，先看正面回忆背面，回忆不出的做标记重点看；考前再快速过一遍全部卡片，这是效率最高的记忆方法。</w:t>
      </w:r>
    </w:p>
    <w:p>
      <w:pPr>
        <w:pStyle w:val="Heading1"/>
      </w:pPr>
      <w:r>
        <w:t>十一、本资料使用说明</w:t>
      </w:r>
    </w:p>
    <w:p>
      <w:r>
        <w:t>本资料为《老百姓办事指南》文库板块整理的免费学习资料，网页展示的是内容预览，下载Word完整版后即可打印、编辑、反复使用，也方便家长打印给孩子做练习题。资料由本站AI根据公开教材和考试大纲整理编制，仅供学习参考，具体以官方教材和考试要求为准。如果发现内容有需要补充的地方，欢迎留言告诉我们，我们会持续完善。</w:t>
      </w:r>
    </w:p>
    <w:p>
      <w:pPr>
        <w:pStyle w:val="Heading1"/>
      </w:pPr>
      <w:r>
        <w:t>十二、配套练习建议</w:t>
      </w:r>
    </w:p>
    <w:p>
      <w:r>
        <w:t>建议配合本站同日发布的100题完整模拟卷使用：第一步，先通读本提纲，建立完整的知识框架，明确本门科目的重点和难点；第二步，做100题模拟卷检验掌握程度，限时完成并对照答案解析逐题复盘；第三步，把错题对应回提纲中的知识点，用红笔标注，二次巩固复习；第四步，隔2-3天重做一遍错题。坚持“提纲-刷题-复盘”的完整闭环，学习效果最佳。本站每天都会更新新的学习资料和模拟试卷，欢迎收藏关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