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党课学习心得体会范文（党员培训适用）</w:t>
      </w:r>
    </w:p>
    <w:p>
      <w:r>
        <w:t>参加党课培训后要交心得体会，怎么写才能体现真实收获？小编整理了党课学习心得体会范文，围绕“学什么-悟什么-做什么”展开，适合党员和入党积极分子使用。</w:t>
      </w:r>
    </w:p>
    <w:p>
      <w:r>
        <w:t>亮点：①三个层次递进结构；②结合党的创新理论学习；③突出党性修养提升；④Word版可直接修改。网页是预览版，下载Word完整版可编辑使用。? 免费下载Word完整版（可直接打印编辑）</w:t>
      </w:r>
    </w:p>
    <w:p>
      <w:pPr>
        <w:pStyle w:val="Heading1"/>
      </w:pPr>
      <w:r>
        <w:t>党课学习心得体会（节选）</w:t>
      </w:r>
    </w:p>
    <w:p>
      <w:r>
        <w:t>近期，我参加了XX期党课培训班，通过专题辅导、现场教学和分组研讨，进一步深化了对党的创新理论的理解，坚定了理想信念，现将学习体会总结如下：</w:t>
      </w:r>
    </w:p>
    <w:p>
      <w:r>
        <w:t>一、强化了理论武装</w:t>
      </w:r>
    </w:p>
    <w:p>
      <w:r>
        <w:t>通过系统学习，我对习近平新时代中国特色社会主义思想的核心要义和实践要求有了更深入的理解，深刻认识到用党的创新理论武装头脑、指导实践、推动工作的重要性。</w:t>
      </w:r>
    </w:p>
    <w:p>
      <w:r>
        <w:t>二、坚定了理想信念</w:t>
      </w:r>
    </w:p>
    <w:p>
      <w:r>
        <w:t>通过重温党的光辉历程和伟大成就，我更加深刻体会到中国共产党为什么能、马克思主义为什么行、中国特色社会主义为什么好，进一步坚定了听党话、跟党走的决心。</w:t>
      </w:r>
    </w:p>
    <w:p>
      <w:r>
        <w:t>三、明确了努力方向</w:t>
      </w:r>
    </w:p>
    <w:p>
      <w:r>
        <w:t>回到岗位后，我将把学习成果转化为工作动力：一是加强理论学习，坚持读原著学原文悟原理；二是立足本职，担当作为，切实为群众办实事；三是严守纪律规矩，发挥党员先锋模范作用。</w:t>
      </w:r>
    </w:p>
    <w:p>
      <w:r>
        <w:t>我将以此次党课学习为新起点，不断锤炼党性，争做一名合格的共产党员。? 写作要点：①写出学习前后认识的对比变化；②联系自己的岗位实际；③避免空话套话。完整版见Word。? 免费下载Word完整版（可直接打印编辑）本文由「老百姓办事指南」整理，资料供学习参考，可下载Word版打印使用。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