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党员个人总结范文（年度通用版）</w:t>
      </w:r>
    </w:p>
    <w:p>
      <w:r>
        <w:t>党员个人总结范文（年度通用版）</w:t>
      </w:r>
    </w:p>
    <w:p>
      <w:r>
        <w:t>回顾过去一年，在党组织的关怀和培养下，在同志们的帮助支持下，我认真履行党员义务，努力提升自我，现将个人情况总结如下：</w:t>
      </w:r>
    </w:p>
    <w:p>
      <w:r>
        <w:t>一、思想政治方面：认真学习党的理论路线方针政策，参加党组织各项学习活动，坚定理想信念，增强“四个意识”、坚定“四个自信”、做到“两个维护”，在思想上政治上行动上同党中央保持高度一致。</w:t>
      </w:r>
    </w:p>
    <w:p>
      <w:r>
        <w:t>二、履职尽责方面：立足本职岗位，认真完成各项工作任务。全年完成…；积极参与…；在急难险重任务中，冲锋在前，发挥党员先锋模范作用。</w:t>
      </w:r>
    </w:p>
    <w:p>
      <w:r>
        <w:t>三、纪律作风方面：严格遵守党章党规党纪，廉洁自律，自觉接受监督，保持共产党员的良好形象。</w:t>
      </w:r>
    </w:p>
    <w:p>
      <w:r>
        <w:t>四、存在的不足：一是理论学习的系统性深度不够；二是工作创新不足；三是批评与自我批评有时不够深入。</w:t>
      </w:r>
    </w:p>
    <w:p>
      <w:r>
        <w:t>五、今后努力方向：一是加强理论学习，提高政治素养；二是立足岗位，勇于担当作为；三是严格自律，永葆党员本色。恳请党组织和同志们批评监督。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