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大学英语四级阅读长难句破解技巧（提分版）</w:t>
      </w:r>
    </w:p>
    <w:p>
      <w:r>
        <w:t>大学英语四级阅读长难句破解技巧</w:t>
      </w:r>
    </w:p>
    <w:p>
      <w:r>
        <w:t>一、什么是长难句：句子超过25个单词、包含多个从句（定语从句、宾语从句、状语从句）、有插入语或分词结构、出现倒装或省略的句子。四级阅读中，长难句通常就是出题点。</w:t>
      </w:r>
    </w:p>
    <w:p>
      <w:r>
        <w:t>二、五步拆解法：第一步找谓语动词（每句话有且只有一个主句谓语）；第二步找连词（that/which/who/where等，标志从句开始）；第三步划掉插入语和分词修饰（两个逗号之间的内容先去掉）；第四步找主干（主谓宾）；第五步把修饰成分逐个加回去理解。</w:t>
      </w:r>
    </w:p>
    <w:p>
      <w:r>
        <w:t>三、定语从句处理：先行词+关系词+从句。理解时把从句单独翻译，再用"的"连接到先行词。例：The book that I bought yesterday is interesting.（我昨天买的书很有趣。）</w:t>
      </w:r>
    </w:p>
    <w:p>
      <w:r>
        <w:t>四、宾语从句处理：主句+that+从句。that可省略。重点看主句谓语动词（say/believe/think/suggest等）和从句内容。</w:t>
      </w:r>
    </w:p>
    <w:p>
      <w:r>
        <w:t>五、插入语识别：两个逗号或两个破折号之间的内容是插入语，先跳过。例：The meeting, which lasted three hours, was boring.（持续三个小时的会议很无聊。）</w:t>
      </w:r>
    </w:p>
    <w:p>
      <w:r>
        <w:t>六、倒装句识别：看到开头是Not only/Hardly/Never等否定词，或Here/There开头，多半是倒装。理解时把语序恢复：主语+谓语+宾语。</w:t>
      </w:r>
    </w:p>
    <w:p>
      <w:r>
        <w:t>七、分词结构：现在分词（-ing）表主动，过去分词（-ed）表被动，通常作状语或定语。理解时把它当成一个从句。</w:t>
      </w:r>
    </w:p>
    <w:p>
      <w:r>
        <w:t>八、真题训练法：每天精拆2个长难句，按五步法写出主干和修饰，再对照译文检查。坚持一个月，阅读速度能提升30%。</w:t>
      </w:r>
    </w:p>
    <w:p>
      <w:r>
        <w:t>九、考场技巧：阅读时遇到长难句不要反复重读，先抓主干猜大意，细节题再回头精读定位句。</w:t>
      </w:r>
    </w:p>
    <w:p>
      <w:r>
        <w:t>祝同学们四级一次过！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