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大学英语四级高频词汇100题（含答案）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一、四级高频词汇英译中（每题1分，共100分）</w:t>
      </w:r>
    </w:p>
    <w:p>
      <w:r>
        <w:t>1. abandon 的意思是：____（答案：放弃）</w:t>
      </w:r>
    </w:p>
    <w:p>
      <w:r>
        <w:t>2. ability 的意思是：____（答案：能力）</w:t>
      </w:r>
    </w:p>
    <w:p>
      <w:r>
        <w:t>3. absolute 的意思是：____（答案：绝对的）</w:t>
      </w:r>
    </w:p>
    <w:p>
      <w:r>
        <w:t>4. academic 的意思是：____（答案：学术的）</w:t>
      </w:r>
    </w:p>
    <w:p>
      <w:r>
        <w:t>5. access 的意思是：____（答案：进入；通道）</w:t>
      </w:r>
    </w:p>
    <w:p>
      <w:r>
        <w:t>6. accompany 的意思是：____（答案：陪伴）</w:t>
      </w:r>
    </w:p>
    <w:p>
      <w:r>
        <w:t>7. accomplish 的意思是：____（答案：完成）</w:t>
      </w:r>
    </w:p>
    <w:p>
      <w:r>
        <w:t>8. account 的意思是：____（答案：账户；说明）</w:t>
      </w:r>
    </w:p>
    <w:p>
      <w:r>
        <w:t>9. accumulate 的意思是：____（答案：积累）</w:t>
      </w:r>
    </w:p>
    <w:p>
      <w:r>
        <w:t>10. accurate 的意思是：____（答案：准确的）</w:t>
      </w:r>
    </w:p>
    <w:p>
      <w:r>
        <w:t>11. achieve 的意思是：____（答案：达到；完成）</w:t>
      </w:r>
    </w:p>
    <w:p>
      <w:r>
        <w:t>12. acquire 的意思是：____（答案：获得）</w:t>
      </w:r>
    </w:p>
    <w:p>
      <w:r>
        <w:t>13. adapt 的意思是：____（答案：适应；改编）</w:t>
      </w:r>
    </w:p>
    <w:p>
      <w:r>
        <w:t>14. adequate 的意思是：____（答案：足够的）</w:t>
      </w:r>
    </w:p>
    <w:p>
      <w:r>
        <w:t>15. adjust 的意思是：____（答案：调整）</w:t>
      </w:r>
    </w:p>
    <w:p>
      <w:r>
        <w:t>16. administration 的意思是：____（答案：管理；行政）</w:t>
      </w:r>
    </w:p>
    <w:p>
      <w:r>
        <w:t>17. admire 的意思是：____（答案：钦佩）</w:t>
      </w:r>
    </w:p>
    <w:p>
      <w:r>
        <w:t>18. admission 的意思是：____（答案：准许进入；承认）</w:t>
      </w:r>
    </w:p>
    <w:p>
      <w:r>
        <w:t>19. adopt 的意思是：____（答案：采纳；收养）</w:t>
      </w:r>
    </w:p>
    <w:p>
      <w:r>
        <w:t>20. advance 的意思是：____（答案：前进；进展）</w:t>
      </w:r>
    </w:p>
    <w:p>
      <w:r>
        <w:t>21. advantage 的意思是：____（答案：优势）</w:t>
      </w:r>
    </w:p>
    <w:p>
      <w:r>
        <w:t>22. adventure 的意思是：____（答案：冒险）</w:t>
      </w:r>
    </w:p>
    <w:p>
      <w:r>
        <w:t>23. advertise 的意思是：____（答案：做广告）</w:t>
      </w:r>
    </w:p>
    <w:p>
      <w:r>
        <w:t>24. advocate 的意思是：____（答案：提倡）</w:t>
      </w:r>
    </w:p>
    <w:p>
      <w:r>
        <w:t>25. affect 的意思是：____（答案：影响）</w:t>
      </w:r>
    </w:p>
    <w:p>
      <w:r>
        <w:t>26. abandon 的意思是：____（答案：放弃）</w:t>
      </w:r>
    </w:p>
    <w:p>
      <w:r>
        <w:t>27. ability 的意思是：____（答案：能力）</w:t>
      </w:r>
    </w:p>
    <w:p>
      <w:r>
        <w:t>28. absolute 的意思是：____（答案：绝对的）</w:t>
      </w:r>
    </w:p>
    <w:p>
      <w:r>
        <w:t>29. academic 的意思是：____（答案：学术的）</w:t>
      </w:r>
    </w:p>
    <w:p>
      <w:r>
        <w:t>30. access 的意思是：____（答案：进入；通道）</w:t>
      </w:r>
    </w:p>
    <w:p>
      <w:r>
        <w:t>31. accompany 的意思是：____（答案：陪伴）</w:t>
      </w:r>
    </w:p>
    <w:p>
      <w:r>
        <w:t>32. accomplish 的意思是：____（答案：完成）</w:t>
      </w:r>
    </w:p>
    <w:p>
      <w:r>
        <w:t>33. account 的意思是：____（答案：账户；说明）</w:t>
      </w:r>
    </w:p>
    <w:p>
      <w:r>
        <w:t>34. accumulate 的意思是：____（答案：积累）</w:t>
      </w:r>
    </w:p>
    <w:p>
      <w:r>
        <w:t>35. accurate 的意思是：____（答案：准确的）</w:t>
      </w:r>
    </w:p>
    <w:p>
      <w:r>
        <w:t>36. achieve 的意思是：____（答案：达到；完成）</w:t>
      </w:r>
    </w:p>
    <w:p>
      <w:r>
        <w:t>37. acquire 的意思是：____（答案：获得）</w:t>
      </w:r>
    </w:p>
    <w:p>
      <w:r>
        <w:t>38. adapt 的意思是：____（答案：适应；改编）</w:t>
      </w:r>
    </w:p>
    <w:p>
      <w:r>
        <w:t>39. adequate 的意思是：____（答案：足够的）</w:t>
      </w:r>
    </w:p>
    <w:p>
      <w:r>
        <w:t>40. adjust 的意思是：____（答案：调整）</w:t>
      </w:r>
    </w:p>
    <w:p>
      <w:r>
        <w:t>41. administration 的意思是：____（答案：管理；行政）</w:t>
      </w:r>
    </w:p>
    <w:p>
      <w:r>
        <w:t>42. admire 的意思是：____（答案：钦佩）</w:t>
      </w:r>
    </w:p>
    <w:p>
      <w:r>
        <w:t>43. admission 的意思是：____（答案：准许进入；承认）</w:t>
      </w:r>
    </w:p>
    <w:p>
      <w:r>
        <w:t>44. adopt 的意思是：____（答案：采纳；收养）</w:t>
      </w:r>
    </w:p>
    <w:p>
      <w:r>
        <w:t>45. advance 的意思是：____（答案：前进；进展）</w:t>
      </w:r>
    </w:p>
    <w:p>
      <w:r>
        <w:t>46. advantage 的意思是：____（答案：优势）</w:t>
      </w:r>
    </w:p>
    <w:p>
      <w:r>
        <w:t>47. adventure 的意思是：____（答案：冒险）</w:t>
      </w:r>
    </w:p>
    <w:p>
      <w:r>
        <w:t>48. advertise 的意思是：____（答案：做广告）</w:t>
      </w:r>
    </w:p>
    <w:p>
      <w:r>
        <w:t>49. advocate 的意思是：____（答案：提倡）</w:t>
      </w:r>
    </w:p>
    <w:p>
      <w:r>
        <w:t>50. affect 的意思是：____（答案：影响）</w:t>
      </w:r>
    </w:p>
    <w:p>
      <w:r>
        <w:t>51. abandon 的意思是：____（答案：放弃）</w:t>
      </w:r>
    </w:p>
    <w:p>
      <w:r>
        <w:t>52. ability 的意思是：____（答案：能力）</w:t>
      </w:r>
    </w:p>
    <w:p>
      <w:r>
        <w:t>53. absolute 的意思是：____（答案：绝对的）</w:t>
      </w:r>
    </w:p>
    <w:p>
      <w:r>
        <w:t>54. academic 的意思是：____（答案：学术的）</w:t>
      </w:r>
    </w:p>
    <w:p>
      <w:r>
        <w:t>55. access 的意思是：____（答案：进入；通道）</w:t>
      </w:r>
    </w:p>
    <w:p>
      <w:r>
        <w:t>56. accompany 的意思是：____（答案：陪伴）</w:t>
      </w:r>
    </w:p>
    <w:p>
      <w:r>
        <w:t>57. accomplish 的意思是：____（答案：完成）</w:t>
      </w:r>
    </w:p>
    <w:p>
      <w:r>
        <w:t>58. account 的意思是：____（答案：账户；说明）</w:t>
      </w:r>
    </w:p>
    <w:p>
      <w:r>
        <w:t>59. accumulate 的意思是：____（答案：积累）</w:t>
      </w:r>
    </w:p>
    <w:p>
      <w:r>
        <w:t>60. accurate 的意思是：____（答案：准确的）</w:t>
      </w:r>
    </w:p>
    <w:p>
      <w:r>
        <w:t>61. achieve 的意思是：____（答案：达到；完成）</w:t>
      </w:r>
    </w:p>
    <w:p>
      <w:r>
        <w:t>62. acquire 的意思是：____（答案：获得）</w:t>
      </w:r>
    </w:p>
    <w:p>
      <w:r>
        <w:t>63. adapt 的意思是：____（答案：适应；改编）</w:t>
      </w:r>
    </w:p>
    <w:p>
      <w:r>
        <w:t>64. adequate 的意思是：____（答案：足够的）</w:t>
      </w:r>
    </w:p>
    <w:p>
      <w:r>
        <w:t>65. adjust 的意思是：____（答案：调整）</w:t>
      </w:r>
    </w:p>
    <w:p>
      <w:r>
        <w:t>66. administration 的意思是：____（答案：管理；行政）</w:t>
      </w:r>
    </w:p>
    <w:p>
      <w:r>
        <w:t>67. admire 的意思是：____（答案：钦佩）</w:t>
      </w:r>
    </w:p>
    <w:p>
      <w:r>
        <w:t>68. admission 的意思是：____（答案：准许进入；承认）</w:t>
      </w:r>
    </w:p>
    <w:p>
      <w:r>
        <w:t>69. adopt 的意思是：____（答案：采纳；收养）</w:t>
      </w:r>
    </w:p>
    <w:p>
      <w:r>
        <w:t>70. advance 的意思是：____（答案：前进；进展）</w:t>
      </w:r>
    </w:p>
    <w:p>
      <w:r>
        <w:t>71. advantage 的意思是：____（答案：优势）</w:t>
      </w:r>
    </w:p>
    <w:p>
      <w:r>
        <w:t>72. adventure 的意思是：____（答案：冒险）</w:t>
      </w:r>
    </w:p>
    <w:p>
      <w:r>
        <w:t>73. advertise 的意思是：____（答案：做广告）</w:t>
      </w:r>
    </w:p>
    <w:p>
      <w:r>
        <w:t>74. advocate 的意思是：____（答案：提倡）</w:t>
      </w:r>
    </w:p>
    <w:p>
      <w:r>
        <w:t>75. affect 的意思是：____（答案：影响）</w:t>
      </w:r>
    </w:p>
    <w:p>
      <w:r>
        <w:t>76. abandon 的意思是：____（答案：放弃）</w:t>
      </w:r>
    </w:p>
    <w:p>
      <w:r>
        <w:t>77. ability 的意思是：____（答案：能力）</w:t>
      </w:r>
    </w:p>
    <w:p>
      <w:r>
        <w:t>78. absolute 的意思是：____（答案：绝对的）</w:t>
      </w:r>
    </w:p>
    <w:p>
      <w:r>
        <w:t>79. academic 的意思是：____（答案：学术的）</w:t>
      </w:r>
    </w:p>
    <w:p>
      <w:r>
        <w:t>80. access 的意思是：____（答案：进入；通道）</w:t>
      </w:r>
    </w:p>
    <w:p>
      <w:r>
        <w:t>81. accompany 的意思是：____（答案：陪伴）</w:t>
      </w:r>
    </w:p>
    <w:p>
      <w:r>
        <w:t>82. accomplish 的意思是：____（答案：完成）</w:t>
      </w:r>
    </w:p>
    <w:p>
      <w:r>
        <w:t>83. account 的意思是：____（答案：账户；说明）</w:t>
      </w:r>
    </w:p>
    <w:p>
      <w:r>
        <w:t>84. accumulate 的意思是：____（答案：积累）</w:t>
      </w:r>
    </w:p>
    <w:p>
      <w:r>
        <w:t>85. accurate 的意思是：____（答案：准确的）</w:t>
      </w:r>
    </w:p>
    <w:p>
      <w:r>
        <w:t>86. achieve 的意思是：____（答案：达到；完成）</w:t>
      </w:r>
    </w:p>
    <w:p>
      <w:r>
        <w:t>87. acquire 的意思是：____（答案：获得）</w:t>
      </w:r>
    </w:p>
    <w:p>
      <w:r>
        <w:t>88. adapt 的意思是：____（答案：适应；改编）</w:t>
      </w:r>
    </w:p>
    <w:p>
      <w:r>
        <w:t>89. adequate 的意思是：____（答案：足够的）</w:t>
      </w:r>
    </w:p>
    <w:p>
      <w:r>
        <w:t>90. adjust 的意思是：____（答案：调整）</w:t>
      </w:r>
    </w:p>
    <w:p>
      <w:r>
        <w:t>91. administration 的意思是：____（答案：管理；行政）</w:t>
      </w:r>
    </w:p>
    <w:p>
      <w:r>
        <w:t>92. admire 的意思是：____（答案：钦佩）</w:t>
      </w:r>
    </w:p>
    <w:p>
      <w:r>
        <w:t>93. admission 的意思是：____（答案：准许进入；承认）</w:t>
      </w:r>
    </w:p>
    <w:p>
      <w:r>
        <w:t>94. adopt 的意思是：____（答案：采纳；收养）</w:t>
      </w:r>
    </w:p>
    <w:p>
      <w:r>
        <w:t>95. advance 的意思是：____（答案：前进；进展）</w:t>
      </w:r>
    </w:p>
    <w:p>
      <w:r>
        <w:t>96. advantage 的意思是：____（答案：优势）</w:t>
      </w:r>
    </w:p>
    <w:p>
      <w:r>
        <w:t>97. adventure 的意思是：____（答案：冒险）</w:t>
      </w:r>
    </w:p>
    <w:p>
      <w:r>
        <w:t>98. advertise 的意思是：____（答案：做广告）</w:t>
      </w:r>
    </w:p>
    <w:p>
      <w:r>
        <w:t>99. advocate 的意思是：____（答案：提倡）</w:t>
      </w:r>
    </w:p>
    <w:p>
      <w:r>
        <w:t>100. affect 的意思是：____（答案：影响）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【一、四级高频词汇英译中（每题1分，共100分）】答案：</w:t>
      </w:r>
    </w:p>
    <w:p>
      <w:r>
        <w:t>1. abandon 的意思是：____（答案：放弃）</w:t>
      </w:r>
    </w:p>
    <w:p>
      <w:r>
        <w:t>2. ability 的意思是：____（答案：能力）</w:t>
      </w:r>
    </w:p>
    <w:p>
      <w:r>
        <w:t>3. absolute 的意思是：____（答案：绝对的）</w:t>
      </w:r>
    </w:p>
    <w:p>
      <w:r>
        <w:t>4. academic 的意思是：____（答案：学术的）</w:t>
      </w:r>
    </w:p>
    <w:p>
      <w:r>
        <w:t>5. access 的意思是：____（答案：进入；通道）</w:t>
      </w:r>
    </w:p>
    <w:p>
      <w:r>
        <w:t>6. accompany 的意思是：____（答案：陪伴）</w:t>
      </w:r>
    </w:p>
    <w:p>
      <w:r>
        <w:t>7. accomplish 的意思是：____（答案：完成）</w:t>
      </w:r>
    </w:p>
    <w:p>
      <w:r>
        <w:t>8. account 的意思是：____（答案：账户；说明）</w:t>
      </w:r>
    </w:p>
    <w:p>
      <w:r>
        <w:t>9. accumulate 的意思是：____（答案：积累）</w:t>
      </w:r>
    </w:p>
    <w:p>
      <w:r>
        <w:t>10. accurate 的意思是：____（答案：准确的）</w:t>
      </w:r>
    </w:p>
    <w:p>
      <w:r>
        <w:t>11. achieve 的意思是：____（答案：达到；完成）</w:t>
      </w:r>
    </w:p>
    <w:p>
      <w:r>
        <w:t>12. acquire 的意思是：____（答案：获得）</w:t>
      </w:r>
    </w:p>
    <w:p>
      <w:r>
        <w:t>13. adapt 的意思是：____（答案：适应；改编）</w:t>
      </w:r>
    </w:p>
    <w:p>
      <w:r>
        <w:t>14. adequate 的意思是：____（答案：足够的）</w:t>
      </w:r>
    </w:p>
    <w:p>
      <w:r>
        <w:t>15. adjust 的意思是：____（答案：调整）</w:t>
      </w:r>
    </w:p>
    <w:p>
      <w:r>
        <w:t>16. administration 的意思是：____（答案：管理；行政）</w:t>
      </w:r>
    </w:p>
    <w:p>
      <w:r>
        <w:t>17. admire 的意思是：____（答案：钦佩）</w:t>
      </w:r>
    </w:p>
    <w:p>
      <w:r>
        <w:t>18. admission 的意思是：____（答案：准许进入；承认）</w:t>
      </w:r>
    </w:p>
    <w:p>
      <w:r>
        <w:t>19. adopt 的意思是：____（答案：采纳；收养）</w:t>
      </w:r>
    </w:p>
    <w:p>
      <w:r>
        <w:t>20. advance 的意思是：____（答案：前进；进展）</w:t>
      </w:r>
    </w:p>
    <w:p>
      <w:r>
        <w:t>21. advantage 的意思是：____（答案：优势）</w:t>
      </w:r>
    </w:p>
    <w:p>
      <w:r>
        <w:t>22. adventure 的意思是：____（答案：冒险）</w:t>
      </w:r>
    </w:p>
    <w:p>
      <w:r>
        <w:t>23. advertise 的意思是：____（答案：做广告）</w:t>
      </w:r>
    </w:p>
    <w:p>
      <w:r>
        <w:t>24. advocate 的意思是：____（答案：提倡）</w:t>
      </w:r>
    </w:p>
    <w:p>
      <w:r>
        <w:t>25. affect 的意思是：____（答案：影响）</w:t>
      </w:r>
    </w:p>
    <w:p>
      <w:r>
        <w:t>26. abandon 的意思是：____（答案：放弃）</w:t>
      </w:r>
    </w:p>
    <w:p>
      <w:r>
        <w:t>27. ability 的意思是：____（答案：能力）</w:t>
      </w:r>
    </w:p>
    <w:p>
      <w:r>
        <w:t>28. absolute 的意思是：____（答案：绝对的）</w:t>
      </w:r>
    </w:p>
    <w:p>
      <w:r>
        <w:t>29. academic 的意思是：____（答案：学术的）</w:t>
      </w:r>
    </w:p>
    <w:p>
      <w:r>
        <w:t>30. access 的意思是：____（答案：进入；通道）</w:t>
      </w:r>
    </w:p>
    <w:p>
      <w:r>
        <w:t>31. accompany 的意思是：____（答案：陪伴）</w:t>
      </w:r>
    </w:p>
    <w:p>
      <w:r>
        <w:t>32. accomplish 的意思是：____（答案：完成）</w:t>
      </w:r>
    </w:p>
    <w:p>
      <w:r>
        <w:t>33. account 的意思是：____（答案：账户；说明）</w:t>
      </w:r>
    </w:p>
    <w:p>
      <w:r>
        <w:t>34. accumulate 的意思是：____（答案：积累）</w:t>
      </w:r>
    </w:p>
    <w:p>
      <w:r>
        <w:t>35. accurate 的意思是：____（答案：准确的）</w:t>
      </w:r>
    </w:p>
    <w:p>
      <w:r>
        <w:t>36. achieve 的意思是：____（答案：达到；完成）</w:t>
      </w:r>
    </w:p>
    <w:p>
      <w:r>
        <w:t>37. acquire 的意思是：____（答案：获得）</w:t>
      </w:r>
    </w:p>
    <w:p>
      <w:r>
        <w:t>38. adapt 的意思是：____（答案：适应；改编）</w:t>
      </w:r>
    </w:p>
    <w:p>
      <w:r>
        <w:t>39. adequate 的意思是：____（答案：足够的）</w:t>
      </w:r>
    </w:p>
    <w:p>
      <w:r>
        <w:t>40. adjust 的意思是：____（答案：调整）</w:t>
      </w:r>
    </w:p>
    <w:p>
      <w:r>
        <w:t>41. administration 的意思是：____（答案：管理；行政）</w:t>
      </w:r>
    </w:p>
    <w:p>
      <w:r>
        <w:t>42. admire 的意思是：____（答案：钦佩）</w:t>
      </w:r>
    </w:p>
    <w:p>
      <w:r>
        <w:t>43. admission 的意思是：____（答案：准许进入；承认）</w:t>
      </w:r>
    </w:p>
    <w:p>
      <w:r>
        <w:t>44. adopt 的意思是：____（答案：采纳；收养）</w:t>
      </w:r>
    </w:p>
    <w:p>
      <w:r>
        <w:t>45. advance 的意思是：____（答案：前进；进展）</w:t>
      </w:r>
    </w:p>
    <w:p>
      <w:r>
        <w:t>46. advantage 的意思是：____（答案：优势）</w:t>
      </w:r>
    </w:p>
    <w:p>
      <w:r>
        <w:t>47. adventure 的意思是：____（答案：冒险）</w:t>
      </w:r>
    </w:p>
    <w:p>
      <w:r>
        <w:t>48. advertise 的意思是：____（答案：做广告）</w:t>
      </w:r>
    </w:p>
    <w:p>
      <w:r>
        <w:t>49. advocate 的意思是：____（答案：提倡）</w:t>
      </w:r>
    </w:p>
    <w:p>
      <w:r>
        <w:t>50. affect 的意思是：____（答案：影响）</w:t>
      </w:r>
    </w:p>
    <w:p>
      <w:r>
        <w:t>51. abandon 的意思是：____（答案：放弃）</w:t>
      </w:r>
    </w:p>
    <w:p>
      <w:r>
        <w:t>52. ability 的意思是：____（答案：能力）</w:t>
      </w:r>
    </w:p>
    <w:p>
      <w:r>
        <w:t>53. absolute 的意思是：____（答案：绝对的）</w:t>
      </w:r>
    </w:p>
    <w:p>
      <w:r>
        <w:t>54. academic 的意思是：____（答案：学术的）</w:t>
      </w:r>
    </w:p>
    <w:p>
      <w:r>
        <w:t>55. access 的意思是：____（答案：进入；通道）</w:t>
      </w:r>
    </w:p>
    <w:p>
      <w:r>
        <w:t>56. accompany 的意思是：____（答案：陪伴）</w:t>
      </w:r>
    </w:p>
    <w:p>
      <w:r>
        <w:t>57. accomplish 的意思是：____（答案：完成）</w:t>
      </w:r>
    </w:p>
    <w:p>
      <w:r>
        <w:t>58. account 的意思是：____（答案：账户；说明）</w:t>
      </w:r>
    </w:p>
    <w:p>
      <w:r>
        <w:t>59. accumulate 的意思是：____（答案：积累）</w:t>
      </w:r>
    </w:p>
    <w:p>
      <w:r>
        <w:t>60. accurate 的意思是：____（答案：准确的）</w:t>
      </w:r>
    </w:p>
    <w:p>
      <w:r>
        <w:t>61. achieve 的意思是：____（答案：达到；完成）</w:t>
      </w:r>
    </w:p>
    <w:p>
      <w:r>
        <w:t>62. acquire 的意思是：____（答案：获得）</w:t>
      </w:r>
    </w:p>
    <w:p>
      <w:r>
        <w:t>63. adapt 的意思是：____（答案：适应；改编）</w:t>
      </w:r>
    </w:p>
    <w:p>
      <w:r>
        <w:t>64. adequate 的意思是：____（答案：足够的）</w:t>
      </w:r>
    </w:p>
    <w:p>
      <w:r>
        <w:t>65. adjust 的意思是：____（答案：调整）</w:t>
      </w:r>
    </w:p>
    <w:p>
      <w:r>
        <w:t>66. administration 的意思是：____（答案：管理；行政）</w:t>
      </w:r>
    </w:p>
    <w:p>
      <w:r>
        <w:t>67. admire 的意思是：____（答案：钦佩）</w:t>
      </w:r>
    </w:p>
    <w:p>
      <w:r>
        <w:t>68. admission 的意思是：____（答案：准许进入；承认）</w:t>
      </w:r>
    </w:p>
    <w:p>
      <w:r>
        <w:t>69. adopt 的意思是：____（答案：采纳；收养）</w:t>
      </w:r>
    </w:p>
    <w:p>
      <w:r>
        <w:t>70. advance 的意思是：____（答案：前进；进展）</w:t>
      </w:r>
    </w:p>
    <w:p>
      <w:r>
        <w:t>71. advantage 的意思是：____（答案：优势）</w:t>
      </w:r>
    </w:p>
    <w:p>
      <w:r>
        <w:t>72. adventure 的意思是：____（答案：冒险）</w:t>
      </w:r>
    </w:p>
    <w:p>
      <w:r>
        <w:t>73. advertise 的意思是：____（答案：做广告）</w:t>
      </w:r>
    </w:p>
    <w:p>
      <w:r>
        <w:t>74. advocate 的意思是：____（答案：提倡）</w:t>
      </w:r>
    </w:p>
    <w:p>
      <w:r>
        <w:t>75. affect 的意思是：____（答案：影响）</w:t>
      </w:r>
    </w:p>
    <w:p>
      <w:r>
        <w:t>76. abandon 的意思是：____（答案：放弃）</w:t>
      </w:r>
    </w:p>
    <w:p>
      <w:r>
        <w:t>77. ability 的意思是：____（答案：能力）</w:t>
      </w:r>
    </w:p>
    <w:p>
      <w:r>
        <w:t>78. absolute 的意思是：____（答案：绝对的）</w:t>
      </w:r>
    </w:p>
    <w:p>
      <w:r>
        <w:t>79. academic 的意思是：____（答案：学术的）</w:t>
      </w:r>
    </w:p>
    <w:p>
      <w:r>
        <w:t>80. access 的意思是：____（答案：进入；通道）</w:t>
      </w:r>
    </w:p>
    <w:p>
      <w:r>
        <w:t>81. accompany 的意思是：____（答案：陪伴）</w:t>
      </w:r>
    </w:p>
    <w:p>
      <w:r>
        <w:t>82. accomplish 的意思是：____（答案：完成）</w:t>
      </w:r>
    </w:p>
    <w:p>
      <w:r>
        <w:t>83. account 的意思是：____（答案：账户；说明）</w:t>
      </w:r>
    </w:p>
    <w:p>
      <w:r>
        <w:t>84. accumulate 的意思是：____（答案：积累）</w:t>
      </w:r>
    </w:p>
    <w:p>
      <w:r>
        <w:t>85. accurate 的意思是：____（答案：准确的）</w:t>
      </w:r>
    </w:p>
    <w:p>
      <w:r>
        <w:t>86. achieve 的意思是：____（答案：达到；完成）</w:t>
      </w:r>
    </w:p>
    <w:p>
      <w:r>
        <w:t>87. acquire 的意思是：____（答案：获得）</w:t>
      </w:r>
    </w:p>
    <w:p>
      <w:r>
        <w:t>88. adapt 的意思是：____（答案：适应；改编）</w:t>
      </w:r>
    </w:p>
    <w:p>
      <w:r>
        <w:t>89. adequate 的意思是：____（答案：足够的）</w:t>
      </w:r>
    </w:p>
    <w:p>
      <w:r>
        <w:t>90. adjust 的意思是：____（答案：调整）</w:t>
      </w:r>
    </w:p>
    <w:p>
      <w:r>
        <w:t>91. administration 的意思是：____（答案：管理；行政）</w:t>
      </w:r>
    </w:p>
    <w:p>
      <w:r>
        <w:t>92. admire 的意思是：____（答案：钦佩）</w:t>
      </w:r>
    </w:p>
    <w:p>
      <w:r>
        <w:t>93. admission 的意思是：____（答案：准许进入；承认）</w:t>
      </w:r>
    </w:p>
    <w:p>
      <w:r>
        <w:t>94. adopt 的意思是：____（答案：采纳；收养）</w:t>
      </w:r>
    </w:p>
    <w:p>
      <w:r>
        <w:t>95. advance 的意思是：____（答案：前进；进展）</w:t>
      </w:r>
    </w:p>
    <w:p>
      <w:r>
        <w:t>96. advantage 的意思是：____（答案：优势）</w:t>
      </w:r>
    </w:p>
    <w:p>
      <w:r>
        <w:t>97. adventure 的意思是：____（答案：冒险）</w:t>
      </w:r>
    </w:p>
    <w:p>
      <w:r>
        <w:t>98. advertise 的意思是：____（答案：做广告）</w:t>
      </w:r>
    </w:p>
    <w:p>
      <w:r>
        <w:t>99. advocate 的意思是：____（答案：提倡）</w:t>
      </w:r>
    </w:p>
    <w:p>
      <w:r>
        <w:t>100. affect 的意思是：____（答案：影响）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