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大学英语四六级备考计划表与高频考点整理（可打印）</w:t>
      </w:r>
    </w:p>
    <w:p>
      <w:r>
        <w:t>大学英语四六级备考计划表与高频考点整理（可打印）</w:t>
      </w:r>
    </w:p>
    <w:p>
      <w:r>
        <w:t>一、四六级试卷结构：听力35%、阅读35%、写作翻译30%。听力：新闻/长对话/篇章；阅读：选词填空/长篇阅读/仔细阅读；写作：短文写作；翻译：段落汉译英。</w:t>
      </w:r>
    </w:p>
    <w:p>
      <w:r>
        <w:t>二、听力提分要点：预览选项、抓关键词、注意转折词（but/however）、同义替换。每天精听1篇+泛听30分钟。</w:t>
      </w:r>
    </w:p>
    <w:p>
      <w:r>
        <w:t>三、阅读提分要点：选词填空先判断词性；长篇阅读先读题干再回文定位；仔细阅读先读题再读文，正确答案多为同义替换。</w:t>
      </w:r>
    </w:p>
    <w:p>
      <w:r>
        <w:t>四、写作模板：开头段（现象+观点）、中间段（原因分析/举例论证）、结尾段（总结+建议）。背熟10个高分句型。</w:t>
      </w:r>
    </w:p>
    <w:p>
      <w:r>
        <w:t>五、翻译技巧：先断句，再逐句翻译；注意时态一致、主谓一致；不会的词用解释性翻译。</w:t>
      </w:r>
    </w:p>
    <w:p>
      <w:r>
        <w:t>六、复习计划：考前3个月打基础（词汇+听力），考前1个月专项突破（真题），考前2周模拟冲刺。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