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电工证（特种作业操作证）报考指南+100题理论模拟卷</w:t>
      </w:r>
    </w:p>
    <w:p>
      <w:r>
        <w:t>电工证（特种作业操作证）报考指南+100题理论模拟卷</w:t>
      </w:r>
    </w:p>
    <w:p>
      <w:r>
        <w:t>考试通知（摘要）：</w:t>
      </w:r>
    </w:p>
    <w:p>
      <w:r>
        <w:t>📋 考试通知（已核实官方信息）报考条件：年满18周岁、初中以上学历、身体健康。考试方式：特种作业操作证实行常年滚动报名，各地应急管理局或其授权的培训机构组织培训考试，具体以当地应急管理局公告为准。考试分理论（机考80分合格）和实操两部分。证书全国通用，每3年复审一次。查询：应急管理部官网特种作业操作证查询平台。</w:t>
      </w:r>
    </w:p>
    <w:p>
      <w:r>
        <w:t>模拟试卷（共100题，按真实考试题型结构出题：单选60题+判断40题）</w:t>
      </w:r>
    </w:p>
    <w:p>
      <w:r>
        <w:t>1. 我国常用安全电压等级中最高为（单选）</w:t>
        <w:br/>
        <w:t>A. 24V  B. 36V  C. 12V  D. 6V</w:t>
        <w:br/>
        <w:t>答案：B  解析：我国安全电压等级为42V、36V、24V、12V、6V，常用最高为36V。</w:t>
      </w:r>
    </w:p>
    <w:p>
      <w:r>
        <w:t>2. 触电急救的首要步骤是（单选）</w:t>
        <w:br/>
        <w:t>A. 立即报警  B. 人工呼吸  C. 送医院  D. 迅速脱离电源</w:t>
        <w:br/>
        <w:t>答案：D  解析：发现有人触电应先迅速使触电者脱离电源，再进行急救。</w:t>
      </w:r>
    </w:p>
    <w:p>
      <w:r>
        <w:t>3. 电工操作中‘验电’的目的是（单选）</w:t>
        <w:br/>
        <w:t>A. 确认线路无电  B. 测量电阻  C. 校准仪表  D. 检查绝缘</w:t>
        <w:br/>
        <w:t>答案：C  解析：验电是确认设备或线路是否带电的安全步骤，作业前必须执行。</w:t>
      </w:r>
    </w:p>
    <w:p>
      <w:r>
        <w:t>4. 三相交流电的相间电压为（单选）</w:t>
        <w:br/>
        <w:t>A. 660V  B. 220V  C. 110V  D. 380V</w:t>
        <w:br/>
        <w:t>答案：A  解析：我国低压三相四线制中，相线与相线之间电压为380V。</w:t>
      </w:r>
    </w:p>
    <w:p>
      <w:r>
        <w:t>5. 单相照明用电电压为（单选）</w:t>
        <w:br/>
        <w:t>A. 380V  B. 220V  C. 36V  D. 110V</w:t>
        <w:br/>
        <w:t>答案：C  解析：我国居民单相交流电标准电压为220V。</w:t>
      </w:r>
    </w:p>
    <w:p>
      <w:r>
        <w:t>6. 电气设备外壳接地的目的是（单选）</w:t>
        <w:br/>
        <w:t>A. 省电  B. 防静电  C. 防雷  D. 防止漏电伤人</w:t>
        <w:br/>
        <w:t>答案：A  解析：保护接地可将设备漏电时外壳电压限制在安全范围，防止触电。</w:t>
      </w:r>
    </w:p>
    <w:p>
      <w:r>
        <w:t>7. 漏电保护器的作用是（单选）</w:t>
        <w:br/>
        <w:t>A. 省电  B. 漏电时自动断电  C. 稳压  D. 防雷</w:t>
        <w:br/>
        <w:t>答案：C  解析：漏电保护器在检测到漏电电流时自动切断电源，保护人身安全。</w:t>
      </w:r>
    </w:p>
    <w:p>
      <w:r>
        <w:t>8. 导线接头的连接要求是（单选）</w:t>
        <w:br/>
        <w:t>A. 接触电阻小  B. 越细越好  C. 越粗越好  D. 无所谓</w:t>
        <w:br/>
        <w:t>答案：D  解析：接头接触电阻要小且机械强度足够，否则易发热引发事故。</w:t>
      </w:r>
    </w:p>
    <w:p>
      <w:r>
        <w:t>9. 电工仪表使用前应检查（单选）</w:t>
        <w:br/>
        <w:t>A. 外观颜色  B. 出厂日期  C. 量程选择  D. 品牌型号</w:t>
        <w:br/>
        <w:t>答案：B  解析：使用仪表前必须检查量程选择是否正确，防止烧表或误测。</w:t>
      </w:r>
    </w:p>
    <w:p>
      <w:r>
        <w:t>10. 电气火灾首先应采取的措施是（单选）</w:t>
        <w:br/>
        <w:t>A. 切断电源  B. 打开门窗  C. 等待消防  D. 用水灭火</w:t>
        <w:br/>
        <w:t>答案：C  解析：电气火灾应先切断电源，再用干粉或二氧化碳灭火器扑救。</w:t>
      </w:r>
    </w:p>
    <w:p>
      <w:r>
        <w:t>11. 人体安全电流一般为（单选）</w:t>
        <w:br/>
        <w:t>A. 100mA以上  B. 1A以上  C. 50mA以上  D. 10mA以下</w:t>
        <w:br/>
        <w:t>答案：B  解析：一般认为工频电流10mA以下为摆脱电流，50mA以上可致危险。</w:t>
      </w:r>
    </w:p>
    <w:p>
      <w:r>
        <w:t>12. 绝缘手套的用途是（单选）</w:t>
        <w:br/>
        <w:t>A. 防烫伤  B. 防滑  C. 防机械伤害  D. 防触电</w:t>
        <w:br/>
        <w:t>答案：B  解析：绝缘手套是电工低压带电作业的防护用品，用于防止触电。</w:t>
      </w:r>
    </w:p>
    <w:p>
      <w:r>
        <w:t>13. ‘停电、验电、挂接地线’属于（单选）</w:t>
        <w:br/>
        <w:t>A. 作业步骤  B. 管理制度  C. 收费标准  D. 装饰措施</w:t>
        <w:br/>
        <w:t>答案：C  解析：这是保证安全检修作业的三项基本安全技术措施。</w:t>
      </w:r>
    </w:p>
    <w:p>
      <w:r>
        <w:t>14. 三相异步电动机的转速取决于（单选）</w:t>
        <w:br/>
        <w:t>A. 电压大小  B. 负载轻重  C. 电源频率和极数  D. 电流大小</w:t>
        <w:br/>
        <w:t>答案：B  解析：同步转速n=60f/p，由电源频率f和磁极对数p决定。</w:t>
      </w:r>
    </w:p>
    <w:p>
      <w:r>
        <w:t>15. 变压器的作用是（单选）</w:t>
        <w:br/>
        <w:t>A. 变换频率  B. 变换电压  C. 发电  D. 整流</w:t>
        <w:br/>
        <w:t>答案：D  解析：变压器利用电磁感应原理实现电压的变换。</w:t>
      </w:r>
    </w:p>
    <w:p>
      <w:r>
        <w:t>16. 熔断器的作用是（单选）</w:t>
        <w:br/>
        <w:t>A. 升压  B. 稳压  C. 过载和短路保护  D. 变频</w:t>
        <w:br/>
        <w:t>答案：D  解析：熔断器在电路过载或短路时熔断，起保护作用。</w:t>
      </w:r>
    </w:p>
    <w:p>
      <w:r>
        <w:t>17. 安全色中红色表示（单选）</w:t>
        <w:br/>
        <w:t>A. 安全  B. 注意  C. 指令  D. 禁止和停止</w:t>
        <w:br/>
        <w:t>答案：A  解析：红色表示禁止、停止和消防；黄色表示注意；蓝色表示指令；绿色表示安全。</w:t>
      </w:r>
    </w:p>
    <w:p>
      <w:r>
        <w:t>18. 登高作业时安全带应（单选）</w:t>
        <w:br/>
        <w:t>A. 不用挂  B. 低挂高用  C. 高挂低用  D. 随意挂</w:t>
        <w:br/>
        <w:t>答案：A  解析：安全带应高挂低用，防止坠落时冲击力过大。</w:t>
      </w:r>
    </w:p>
    <w:p>
      <w:r>
        <w:t>19. 直流电与交流电的主要区别是（单选）</w:t>
        <w:br/>
        <w:t>A. 功率大小  B. 电流方向  C. 电压大小  D. 频率高低</w:t>
        <w:br/>
        <w:t>答案：A  解析：直流电方向恒定，交流电方向周期性变化。</w:t>
      </w:r>
    </w:p>
    <w:p>
      <w:r>
        <w:t>20. 人体触电方式中危险性最大的是（单选）</w:t>
        <w:br/>
        <w:t>A. 两相触电  B. 跨步电压触电  C. 单相触电  D. 间接触电</w:t>
        <w:br/>
        <w:t>答案：D  解析：两相触电时人体承受线电压，电流更大、更危险。</w:t>
      </w:r>
    </w:p>
    <w:p>
      <w:r>
        <w:t>21. 我国常用安全电压等级中最高为（单选）</w:t>
        <w:br/>
        <w:t>A. 12V  B. 24V  C. 6V  D. 36V</w:t>
        <w:br/>
        <w:t>答案：D  解析：我国安全电压等级为42V、36V、24V、12V、6V，常用最高为36V。</w:t>
      </w:r>
    </w:p>
    <w:p>
      <w:r>
        <w:t>22. 触电急救的首要步骤是（单选）</w:t>
        <w:br/>
        <w:t>A. 送医院  B. 迅速脱离电源  C. 人工呼吸  D. 立即报警</w:t>
        <w:br/>
        <w:t>答案：B  解析：发现有人触电应先迅速使触电者脱离电源，再进行急救。</w:t>
      </w:r>
    </w:p>
    <w:p>
      <w:r>
        <w:t>23. 电工操作中‘验电’的目的是（单选）</w:t>
        <w:br/>
        <w:t>A. 校准仪表  B. 测量电阻  C. 检查绝缘  D. 确认线路无电</w:t>
        <w:br/>
        <w:t>答案：A  解析：验电是确认设备或线路是否带电的安全步骤，作业前必须执行。</w:t>
      </w:r>
    </w:p>
    <w:p>
      <w:r>
        <w:t>24. 三相交流电的相间电压为（单选）</w:t>
        <w:br/>
        <w:t>A. 660V  B. 220V  C. 110V  D. 380V</w:t>
        <w:br/>
        <w:t>答案：A  解析：我国低压三相四线制中，相线与相线之间电压为380V。</w:t>
      </w:r>
    </w:p>
    <w:p>
      <w:r>
        <w:t>25. 单相照明用电电压为（单选）</w:t>
        <w:br/>
        <w:t>A. 110V  B. 220V  C. 380V  D. 36V</w:t>
        <w:br/>
        <w:t>答案：D  解析：我国居民单相交流电标准电压为220V。</w:t>
      </w:r>
    </w:p>
    <w:p>
      <w:r>
        <w:t>26. 电气设备外壳接地的目的是（单选）</w:t>
        <w:br/>
        <w:t>A. 防止漏电伤人  B. 防静电  C. 省电  D. 防雷</w:t>
        <w:br/>
        <w:t>答案：C  解析：保护接地可将设备漏电时外壳电压限制在安全范围，防止触电。</w:t>
      </w:r>
    </w:p>
    <w:p>
      <w:r>
        <w:t>27. 漏电保护器的作用是（单选）</w:t>
        <w:br/>
        <w:t>A. 漏电时自动断电  B. 防雷  C. 省电  D. 稳压</w:t>
        <w:br/>
        <w:t>答案：D  解析：漏电保护器在检测到漏电电流时自动切断电源，保护人身安全。</w:t>
      </w:r>
    </w:p>
    <w:p>
      <w:r>
        <w:t>28. 导线接头的连接要求是（单选）</w:t>
        <w:br/>
        <w:t>A. 接触电阻小  B. 越粗越好  C. 越细越好  D. 无所谓</w:t>
        <w:br/>
        <w:t>答案：D  解析：接头接触电阻要小且机械强度足够，否则易发热引发事故。</w:t>
      </w:r>
    </w:p>
    <w:p>
      <w:r>
        <w:t>29. 电工仪表使用前应检查（单选）</w:t>
        <w:br/>
        <w:t>A. 出厂日期  B. 量程选择  C. 外观颜色  D. 品牌型号</w:t>
        <w:br/>
        <w:t>答案：A  解析：使用仪表前必须检查量程选择是否正确，防止烧表或误测。</w:t>
      </w:r>
    </w:p>
    <w:p>
      <w:r>
        <w:t>30. 电气火灾首先应采取的措施是（单选）</w:t>
        <w:br/>
        <w:t>A. 用水灭火  B. 等待消防  C. 打开门窗  D. 切断电源</w:t>
        <w:br/>
        <w:t>答案：B  解析：电气火灾应先切断电源，再用干粉或二氧化碳灭火器扑救。</w:t>
      </w:r>
    </w:p>
    <w:p>
      <w:r>
        <w:t>31. 人体安全电流一般为（单选）</w:t>
        <w:br/>
        <w:t>A. 50mA以上  B. 100mA以上  C. 10mA以下  D. 1A以上</w:t>
        <w:br/>
        <w:t>答案：D  解析：一般认为工频电流10mA以下为摆脱电流，50mA以上可致危险。</w:t>
      </w:r>
    </w:p>
    <w:p>
      <w:r>
        <w:t>32. 绝缘手套的用途是（单选）</w:t>
        <w:br/>
        <w:t>A. 防触电  B. 防机械伤害  C. 防烫伤  D. 防滑</w:t>
        <w:br/>
        <w:t>答案：D  解析：绝缘手套是电工低压带电作业的防护用品，用于防止触电。</w:t>
      </w:r>
    </w:p>
    <w:p>
      <w:r>
        <w:t>33. ‘停电、验电、挂接地线’属于（单选）</w:t>
        <w:br/>
        <w:t>A. 收费标准  B. 作业步骤  C. 装饰措施  D. 管理制度</w:t>
        <w:br/>
        <w:t>答案：A  解析：这是保证安全检修作业的三项基本安全技术措施。</w:t>
      </w:r>
    </w:p>
    <w:p>
      <w:r>
        <w:t>34. 三相异步电动机的转速取决于（单选）</w:t>
        <w:br/>
        <w:t>A. 负载轻重  B. 电流大小  C. 电压大小  D. 电源频率和极数</w:t>
        <w:br/>
        <w:t>答案：A  解析：同步转速n=60f/p，由电源频率f和磁极对数p决定。</w:t>
      </w:r>
    </w:p>
    <w:p>
      <w:r>
        <w:t>35. 变压器的作用是（单选）</w:t>
        <w:br/>
        <w:t>A. 变换电压  B. 发电  C. 变换频率  D. 整流</w:t>
        <w:br/>
        <w:t>答案：D  解析：变压器利用电磁感应原理实现电压的变换。</w:t>
      </w:r>
    </w:p>
    <w:p>
      <w:r>
        <w:t>36. 熔断器的作用是（单选）</w:t>
        <w:br/>
        <w:t>A. 稳压  B. 过载和短路保护  C. 变频  D. 升压</w:t>
        <w:br/>
        <w:t>答案：C  解析：熔断器在电路过载或短路时熔断，起保护作用。</w:t>
      </w:r>
    </w:p>
    <w:p>
      <w:r>
        <w:t>37. 安全色中红色表示（单选）</w:t>
        <w:br/>
        <w:t>A. 注意  B. 安全  C. 禁止和停止  D. 指令</w:t>
        <w:br/>
        <w:t>答案：B  解析：红色表示禁止、停止和消防；黄色表示注意；蓝色表示指令；绿色表示安全。</w:t>
      </w:r>
    </w:p>
    <w:p>
      <w:r>
        <w:t>38. 登高作业时安全带应（单选）</w:t>
        <w:br/>
        <w:t>A. 随意挂  B. 高挂低用  C. 低挂高用  D. 不用挂</w:t>
        <w:br/>
        <w:t>答案：D  解析：安全带应高挂低用，防止坠落时冲击力过大。</w:t>
      </w:r>
    </w:p>
    <w:p>
      <w:r>
        <w:t>39. 直流电与交流电的主要区别是（单选）</w:t>
        <w:br/>
        <w:t>A. 电压大小  B. 电流方向  C. 频率高低  D. 功率大小</w:t>
        <w:br/>
        <w:t>答案：D  解析：直流电方向恒定，交流电方向周期性变化。</w:t>
      </w:r>
    </w:p>
    <w:p>
      <w:r>
        <w:t>40. 人体触电方式中危险性最大的是（单选）</w:t>
        <w:br/>
        <w:t>A. 跨步电压触电  B. 两相触电  C. 间接触电  D. 单相触电</w:t>
        <w:br/>
        <w:t>答案：C  解析：两相触电时人体承受线电压，电流更大、更危险。</w:t>
      </w:r>
    </w:p>
    <w:p>
      <w:r>
        <w:t>41. 我国常用安全电压等级中最高为（单选）</w:t>
        <w:br/>
        <w:t>A. 24V  B. 6V  C. 36V  D. 12V</w:t>
        <w:br/>
        <w:t>答案：C  解析：我国安全电压等级为42V、36V、24V、12V、6V，常用最高为36V。</w:t>
      </w:r>
    </w:p>
    <w:p>
      <w:r>
        <w:t>42. 触电急救的首要步骤是（单选）</w:t>
        <w:br/>
        <w:t>A. 人工呼吸  B. 立即报警  C. 迅速脱离电源  D. 送医院</w:t>
        <w:br/>
        <w:t>答案：C  解析：发现有人触电应先迅速使触电者脱离电源，再进行急救。</w:t>
      </w:r>
    </w:p>
    <w:p>
      <w:r>
        <w:t>43. 电工操作中‘验电’的目的是（单选）</w:t>
        <w:br/>
        <w:t>A. 测量电阻  B. 检查绝缘  C. 校准仪表  D. 确认线路无电</w:t>
        <w:br/>
        <w:t>答案：C  解析：验电是确认设备或线路是否带电的安全步骤，作业前必须执行。</w:t>
      </w:r>
    </w:p>
    <w:p>
      <w:r>
        <w:t>44. 三相交流电的相间电压为（单选）</w:t>
        <w:br/>
        <w:t>A. 660V  B. 380V  C. 220V  D. 110V</w:t>
        <w:br/>
        <w:t>答案：A  解析：我国低压三相四线制中，相线与相线之间电压为380V。</w:t>
      </w:r>
    </w:p>
    <w:p>
      <w:r>
        <w:t>45. 单相照明用电电压为（单选）</w:t>
        <w:br/>
        <w:t>A. 36V  B. 220V  C. 110V  D. 380V</w:t>
        <w:br/>
        <w:t>答案：A  解析：我国居民单相交流电标准电压为220V。</w:t>
      </w:r>
    </w:p>
    <w:p>
      <w:r>
        <w:t>46. 电气设备外壳接地的目的是（单选）</w:t>
        <w:br/>
        <w:t>A. 防止漏电伤人  B. 防雷  C. 防静电  D. 省电</w:t>
        <w:br/>
        <w:t>答案：D  解析：保护接地可将设备漏电时外壳电压限制在安全范围，防止触电。</w:t>
      </w:r>
    </w:p>
    <w:p>
      <w:r>
        <w:t>47. 漏电保护器的作用是（单选）</w:t>
        <w:br/>
        <w:t>A. 稳压  B. 省电  C. 防雷  D. 漏电时自动断电</w:t>
        <w:br/>
        <w:t>答案：A  解析：漏电保护器在检测到漏电电流时自动切断电源，保护人身安全。</w:t>
      </w:r>
    </w:p>
    <w:p>
      <w:r>
        <w:t>48. 导线接头的连接要求是（单选）</w:t>
        <w:br/>
        <w:t>A. 越细越好  B. 越粗越好  C. 接触电阻小  D. 无所谓</w:t>
        <w:br/>
        <w:t>答案：D  解析：接头接触电阻要小且机械强度足够，否则易发热引发事故。</w:t>
      </w:r>
    </w:p>
    <w:p>
      <w:r>
        <w:t>49. 电工仪表使用前应检查（单选）</w:t>
        <w:br/>
        <w:t>A. 品牌型号  B. 出厂日期  C. 量程选择  D. 外观颜色</w:t>
        <w:br/>
        <w:t>答案：B  解析：使用仪表前必须检查量程选择是否正确，防止烧表或误测。</w:t>
      </w:r>
    </w:p>
    <w:p>
      <w:r>
        <w:t>50. 电气火灾首先应采取的措施是（单选）</w:t>
        <w:br/>
        <w:t>A. 用水灭火  B. 切断电源  C. 等待消防  D. 打开门窗</w:t>
        <w:br/>
        <w:t>答案：C  解析：电气火灾应先切断电源，再用干粉或二氧化碳灭火器扑救。</w:t>
      </w:r>
    </w:p>
    <w:p>
      <w:r>
        <w:t>51. 人体安全电流一般为（单选）</w:t>
        <w:br/>
        <w:t>A. 1A以上  B. 10mA以下  C. 100mA以上  D. 50mA以上</w:t>
        <w:br/>
        <w:t>答案：A  解析：一般认为工频电流10mA以下为摆脱电流，50mA以上可致危险。</w:t>
      </w:r>
    </w:p>
    <w:p>
      <w:r>
        <w:t>52. 绝缘手套的用途是（单选）</w:t>
        <w:br/>
        <w:t>A. 防机械伤害  B. 防烫伤  C. 防触电  D. 防滑</w:t>
        <w:br/>
        <w:t>答案：D  解析：绝缘手套是电工低压带电作业的防护用品，用于防止触电。</w:t>
      </w:r>
    </w:p>
    <w:p>
      <w:r>
        <w:t>53. ‘停电、验电、挂接地线’属于（单选）</w:t>
        <w:br/>
        <w:t>A. 管理制度  B. 收费标准  C. 装饰措施  D. 作业步骤</w:t>
        <w:br/>
        <w:t>答案：B  解析：这是保证安全检修作业的三项基本安全技术措施。</w:t>
      </w:r>
    </w:p>
    <w:p>
      <w:r>
        <w:t>54. 三相异步电动机的转速取决于（单选）</w:t>
        <w:br/>
        <w:t>A. 负载轻重  B. 电流大小  C. 电源频率和极数  D. 电压大小</w:t>
        <w:br/>
        <w:t>答案：A  解析：同步转速n=60f/p，由电源频率f和磁极对数p决定。</w:t>
      </w:r>
    </w:p>
    <w:p>
      <w:r>
        <w:t>55. 变压器的作用是（单选）</w:t>
        <w:br/>
        <w:t>A. 变换电压  B. 发电  C. 变换频率  D. 整流</w:t>
        <w:br/>
        <w:t>答案：D  解析：变压器利用电磁感应原理实现电压的变换。</w:t>
      </w:r>
    </w:p>
    <w:p>
      <w:r>
        <w:t>56. 熔断器的作用是（单选）</w:t>
        <w:br/>
        <w:t>A. 稳压  B. 过载和短路保护  C. 升压  D. 变频</w:t>
        <w:br/>
        <w:t>答案：D  解析：熔断器在电路过载或短路时熔断，起保护作用。</w:t>
      </w:r>
    </w:p>
    <w:p>
      <w:r>
        <w:t>57. 安全色中红色表示（单选）</w:t>
        <w:br/>
        <w:t>A. 禁止和停止  B. 注意  C. 指令  D. 安全</w:t>
        <w:br/>
        <w:t>答案：D  解析：红色表示禁止、停止和消防；黄色表示注意；蓝色表示指令；绿色表示安全。</w:t>
      </w:r>
    </w:p>
    <w:p>
      <w:r>
        <w:t>58. 登高作业时安全带应（单选）</w:t>
        <w:br/>
        <w:t>A. 不用挂  B. 高挂低用  C. 随意挂  D. 低挂高用</w:t>
        <w:br/>
        <w:t>答案：A  解析：安全带应高挂低用，防止坠落时冲击力过大。</w:t>
      </w:r>
    </w:p>
    <w:p>
      <w:r>
        <w:t>59. 直流电与交流电的主要区别是（单选）</w:t>
        <w:br/>
        <w:t>A. 电流方向  B. 功率大小  C. 频率高低  D. 电压大小</w:t>
        <w:br/>
        <w:t>答案：B  解析：直流电方向恒定，交流电方向周期性变化。</w:t>
      </w:r>
    </w:p>
    <w:p>
      <w:r>
        <w:t>60. 人体触电方式中危险性最大的是（单选）</w:t>
        <w:br/>
        <w:t>A. 单相触电  B. 两相触电  C. 跨步电压触电  D. 间接触电</w:t>
        <w:br/>
        <w:t>答案：D  解析：两相触电时人体承受线电压，电流更大、更危险。</w:t>
      </w:r>
    </w:p>
    <w:p>
      <w:r>
        <w:t>61. 我国常用安全电压等级中最高为，该说法正确与否？（判断）</w:t>
        <w:br/>
        <w:t>答案：正确  解析：我国安全电压等级为42V、36V、24V、12V、6V，常用最高为36V。</w:t>
      </w:r>
    </w:p>
    <w:p>
      <w:r>
        <w:t>62. 触电急救的首要步骤是，该说法正确与否？（判断）</w:t>
        <w:br/>
        <w:t>答案：错误  解析：发现有人触电应先迅速使触电者脱离电源，再进行急救。 请以教材表述为准。</w:t>
      </w:r>
    </w:p>
    <w:p>
      <w:r>
        <w:t>63. 电工操作中‘验电’的目的是，该说法正确与否？（判断）</w:t>
        <w:br/>
        <w:t>答案：错误  解析：验电是确认设备或线路是否带电的安全步骤，作业前必须执行。 请以教材表述为准。</w:t>
      </w:r>
    </w:p>
    <w:p>
      <w:r>
        <w:t>64. 三相交流电的相间电压为，该说法正确与否？（判断）</w:t>
        <w:br/>
        <w:t>答案：正确  解析：我国低压三相四线制中，相线与相线之间电压为380V。</w:t>
      </w:r>
    </w:p>
    <w:p>
      <w:r>
        <w:t>65. 单相照明用电电压为，该说法正确与否？（判断）</w:t>
        <w:br/>
        <w:t>答案：错误  解析：我国居民单相交流电标准电压为220V。 请以教材表述为准。</w:t>
      </w:r>
    </w:p>
    <w:p>
      <w:r>
        <w:t>66. 电气设备外壳接地的目的是，该说法正确与否？（判断）</w:t>
        <w:br/>
        <w:t>答案：错误  解析：保护接地可将设备漏电时外壳电压限制在安全范围，防止触电。 请以教材表述为准。</w:t>
      </w:r>
    </w:p>
    <w:p>
      <w:r>
        <w:t>67. 漏电保护器的作用是，该说法正确与否？（判断）</w:t>
        <w:br/>
        <w:t>答案：正确  解析：漏电保护器在检测到漏电电流时自动切断电源，保护人身安全。</w:t>
      </w:r>
    </w:p>
    <w:p>
      <w:r>
        <w:t>68. 导线接头的连接要求是，该说法正确与否？（判断）</w:t>
        <w:br/>
        <w:t>答案：错误  解析：接头接触电阻要小且机械强度足够，否则易发热引发事故。 请以教材表述为准。</w:t>
      </w:r>
    </w:p>
    <w:p>
      <w:r>
        <w:t>69. 电工仪表使用前应检查，该说法正确与否？（判断）</w:t>
        <w:br/>
        <w:t>答案：错误  解析：使用仪表前必须检查量程选择是否正确，防止烧表或误测。 请以教材表述为准。</w:t>
      </w:r>
    </w:p>
    <w:p>
      <w:r>
        <w:t>70. 电气火灾首先应采取的措施是，该说法正确与否？（判断）</w:t>
        <w:br/>
        <w:t>答案：正确  解析：电气火灾应先切断电源，再用干粉或二氧化碳灭火器扑救。</w:t>
      </w:r>
    </w:p>
    <w:p>
      <w:r>
        <w:t>71. 人体安全电流一般为，该说法正确与否？（判断）</w:t>
        <w:br/>
        <w:t>答案：错误  解析：一般认为工频电流10mA以下为摆脱电流，50mA以上可致危险。 请以教材表述为准。</w:t>
      </w:r>
    </w:p>
    <w:p>
      <w:r>
        <w:t>72. 绝缘手套的用途是，该说法正确与否？（判断）</w:t>
        <w:br/>
        <w:t>答案：错误  解析：绝缘手套是电工低压带电作业的防护用品，用于防止触电。 请以教材表述为准。</w:t>
      </w:r>
    </w:p>
    <w:p>
      <w:r>
        <w:t>73. ‘停电、验电、挂接地线’属于，该说法正确与否？（判断）</w:t>
        <w:br/>
        <w:t>答案：正确  解析：这是保证安全检修作业的三项基本安全技术措施。</w:t>
      </w:r>
    </w:p>
    <w:p>
      <w:r>
        <w:t>74. 三相异步电动机的转速取决于，该说法正确与否？（判断）</w:t>
        <w:br/>
        <w:t>答案：错误  解析：同步转速n=60f/p，由电源频率f和磁极对数p决定。 请以教材表述为准。</w:t>
      </w:r>
    </w:p>
    <w:p>
      <w:r>
        <w:t>75. 变压器的作用是，该说法正确与否？（判断）</w:t>
        <w:br/>
        <w:t>答案：错误  解析：变压器利用电磁感应原理实现电压的变换。 请以教材表述为准。</w:t>
      </w:r>
    </w:p>
    <w:p>
      <w:r>
        <w:t>76. 熔断器的作用是，该说法正确与否？（判断）</w:t>
        <w:br/>
        <w:t>答案：正确  解析：熔断器在电路过载或短路时熔断，起保护作用。</w:t>
      </w:r>
    </w:p>
    <w:p>
      <w:r>
        <w:t>77. 安全色中红色表示，该说法正确与否？（判断）</w:t>
        <w:br/>
        <w:t>答案：错误  解析：红色表示禁止、停止和消防；黄色表示注意；蓝色表示指令；绿色表示安全。 请以教材表述为准。</w:t>
      </w:r>
    </w:p>
    <w:p>
      <w:r>
        <w:t>78. 登高作业时安全带应，该说法正确与否？（判断）</w:t>
        <w:br/>
        <w:t>答案：错误  解析：安全带应高挂低用，防止坠落时冲击力过大。 请以教材表述为准。</w:t>
      </w:r>
    </w:p>
    <w:p>
      <w:r>
        <w:t>79. 直流电与交流电的主要区别是，该说法正确与否？（判断）</w:t>
        <w:br/>
        <w:t>答案：正确  解析：直流电方向恒定，交流电方向周期性变化。</w:t>
      </w:r>
    </w:p>
    <w:p>
      <w:r>
        <w:t>80. 人体触电方式中危险性最大的是，该说法正确与否？（判断）</w:t>
        <w:br/>
        <w:t>答案：错误  解析：两相触电时人体承受线电压，电流更大、更危险。 请以教材表述为准。</w:t>
      </w:r>
    </w:p>
    <w:p>
      <w:r>
        <w:t>81. 我国常用安全电压等级中最高为，该说法正确与否？（判断）</w:t>
        <w:br/>
        <w:t>答案：错误  解析：我国安全电压等级为42V、36V、24V、12V、6V，常用最高为36V。 请以教材表述为准。</w:t>
      </w:r>
    </w:p>
    <w:p>
      <w:r>
        <w:t>82. 触电急救的首要步骤是，该说法正确与否？（判断）</w:t>
        <w:br/>
        <w:t>答案：正确  解析：发现有人触电应先迅速使触电者脱离电源，再进行急救。</w:t>
      </w:r>
    </w:p>
    <w:p>
      <w:r>
        <w:t>83. 电工操作中‘验电’的目的是，该说法正确与否？（判断）</w:t>
        <w:br/>
        <w:t>答案：错误  解析：验电是确认设备或线路是否带电的安全步骤，作业前必须执行。 请以教材表述为准。</w:t>
      </w:r>
    </w:p>
    <w:p>
      <w:r>
        <w:t>84. 三相交流电的相间电压为，该说法正确与否？（判断）</w:t>
        <w:br/>
        <w:t>答案：错误  解析：我国低压三相四线制中，相线与相线之间电压为380V。 请以教材表述为准。</w:t>
      </w:r>
    </w:p>
    <w:p>
      <w:r>
        <w:t>85. 单相照明用电电压为，该说法正确与否？（判断）</w:t>
        <w:br/>
        <w:t>答案：正确  解析：我国居民单相交流电标准电压为220V。</w:t>
      </w:r>
    </w:p>
    <w:p>
      <w:r>
        <w:t>86. 电气设备外壳接地的目的是，该说法正确与否？（判断）</w:t>
        <w:br/>
        <w:t>答案：错误  解析：保护接地可将设备漏电时外壳电压限制在安全范围，防止触电。 请以教材表述为准。</w:t>
      </w:r>
    </w:p>
    <w:p>
      <w:r>
        <w:t>87. 漏电保护器的作用是，该说法正确与否？（判断）</w:t>
        <w:br/>
        <w:t>答案：错误  解析：漏电保护器在检测到漏电电流时自动切断电源，保护人身安全。 请以教材表述为准。</w:t>
      </w:r>
    </w:p>
    <w:p>
      <w:r>
        <w:t>88. 导线接头的连接要求是，该说法正确与否？（判断）</w:t>
        <w:br/>
        <w:t>答案：正确  解析：接头接触电阻要小且机械强度足够，否则易发热引发事故。</w:t>
      </w:r>
    </w:p>
    <w:p>
      <w:r>
        <w:t>89. 电工仪表使用前应检查，该说法正确与否？（判断）</w:t>
        <w:br/>
        <w:t>答案：错误  解析：使用仪表前必须检查量程选择是否正确，防止烧表或误测。 请以教材表述为准。</w:t>
      </w:r>
    </w:p>
    <w:p>
      <w:r>
        <w:t>90. 电气火灾首先应采取的措施是，该说法正确与否？（判断）</w:t>
        <w:br/>
        <w:t>答案：错误  解析：电气火灾应先切断电源，再用干粉或二氧化碳灭火器扑救。 请以教材表述为准。</w:t>
      </w:r>
    </w:p>
    <w:p>
      <w:r>
        <w:t>91. 人体安全电流一般为，该说法正确与否？（判断）</w:t>
        <w:br/>
        <w:t>答案：正确  解析：一般认为工频电流10mA以下为摆脱电流，50mA以上可致危险。</w:t>
      </w:r>
    </w:p>
    <w:p>
      <w:r>
        <w:t>92. 绝缘手套的用途是，该说法正确与否？（判断）</w:t>
        <w:br/>
        <w:t>答案：错误  解析：绝缘手套是电工低压带电作业的防护用品，用于防止触电。 请以教材表述为准。</w:t>
      </w:r>
    </w:p>
    <w:p>
      <w:r>
        <w:t>93. ‘停电、验电、挂接地线’属于，该说法正确与否？（判断）</w:t>
        <w:br/>
        <w:t>答案：错误  解析：这是保证安全检修作业的三项基本安全技术措施。 请以教材表述为准。</w:t>
      </w:r>
    </w:p>
    <w:p>
      <w:r>
        <w:t>94. 三相异步电动机的转速取决于，该说法正确与否？（判断）</w:t>
        <w:br/>
        <w:t>答案：正确  解析：同步转速n=60f/p，由电源频率f和磁极对数p决定。</w:t>
      </w:r>
    </w:p>
    <w:p>
      <w:r>
        <w:t>95. 变压器的作用是，该说法正确与否？（判断）</w:t>
        <w:br/>
        <w:t>答案：错误  解析：变压器利用电磁感应原理实现电压的变换。 请以教材表述为准。</w:t>
      </w:r>
    </w:p>
    <w:p>
      <w:r>
        <w:t>96. 熔断器的作用是，该说法正确与否？（判断）</w:t>
        <w:br/>
        <w:t>答案：错误  解析：熔断器在电路过载或短路时熔断，起保护作用。 请以教材表述为准。</w:t>
      </w:r>
    </w:p>
    <w:p>
      <w:r>
        <w:t>97. 安全色中红色表示，该说法正确与否？（判断）</w:t>
        <w:br/>
        <w:t>答案：正确  解析：红色表示禁止、停止和消防；黄色表示注意；蓝色表示指令；绿色表示安全。</w:t>
      </w:r>
    </w:p>
    <w:p>
      <w:r>
        <w:t>98. 登高作业时安全带应，该说法正确与否？（判断）</w:t>
        <w:br/>
        <w:t>答案：错误  解析：安全带应高挂低用，防止坠落时冲击力过大。 请以教材表述为准。</w:t>
      </w:r>
    </w:p>
    <w:p>
      <w:r>
        <w:t>99. 直流电与交流电的主要区别是，该说法正确与否？（判断）</w:t>
        <w:br/>
        <w:t>答案：错误  解析：直流电方向恒定，交流电方向周期性变化。 请以教材表述为准。</w:t>
      </w:r>
    </w:p>
    <w:p>
      <w:r>
        <w:t>100. 人体触电方式中危险性最大的是，该说法正确与否？（判断）</w:t>
        <w:br/>
        <w:t>答案：正确  解析：两相触电时人体承受线电压，电流更大、更危险。</w:t>
      </w:r>
    </w:p>
    <w:p>
      <w:r>
        <w:t>答案与解析已附于每题之后。祝考试顺利！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