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电工职业技能等级认定（中级）理论知识模拟100题</w:t>
      </w:r>
    </w:p>
    <w:p/>
    <w:p>
      <w:pPr>
        <w:pStyle w:val="Heading2"/>
      </w:pPr>
      <w:r>
        <w:t>一、单选题（第1-60题）</w:t>
      </w:r>
    </w:p>
    <w:p>
      <w:r>
        <w:t>1. 接地电阻测量应使用（ ）表。（电工基础知识模拟题）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2. 安全电压等级中，我国规定（ ）为安全特低电压。（电工基础知识模拟题）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3. 安全电压等级中，我国规定（ ）为安全特低电压。（电工基础知识模拟题）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4. 万用表测量电阻前应先进行（ ）。（电工基础知识模拟题）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5. 接触器的主触点用于接通和分断（ ）。（电工基础知识模拟题）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6. 接触器的主触点用于接通和分断（ ）。（电工基础知识模拟题）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7. 人体安全电流阈值一般不超过（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8. 交流电的频率我国标准为（ ）Hz。（电工基础知识模拟题）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9. 接地电阻测量应使用（ ）表。（电工基础知识模拟题）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10. 万用表测量电阻前应先进行（ ）。（电工基础知识模拟题）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11. 人体安全电流阈值一般不超过（ ）。（电工基础知识模拟题）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12. 人体安全电流阈值一般不超过（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13. 交流电的频率我国标准为（ ）Hz。（电工基础知识模拟题）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14. 接地电阻测量应使用（ ）表。（电工基础知识模拟题）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15. 三相异步电动机的转速与（ ）有关。（电工基础知识模拟题）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16. 人体安全电流阈值一般不超过（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17. 交流电的频率我国标准为（ ）Hz。（电工基础知识模拟题）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18. 接地电阻测量应使用（ ）表。（电工基础知识模拟题）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19. 三相异步电动机的转速与（ ）有关。（电工基础知识模拟题）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20. 万用表测量电阻前应先进行（ ）。（电工基础知识模拟题）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21. 人体安全电流阈值一般不超过（ ）。（电工基础知识模拟题）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22. 人体安全电流阈值一般不超过（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23. 安全电压等级中，我国规定（ ）为安全特低电压。（电工基础知识模拟题）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24. 万用表测量电阻前应先进行（ ）。（电工基础知识模拟题）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25. 安全电压等级中，我国规定（ ）为安全特低电压。（电工基础知识模拟题）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26. 人体安全电流阈值一般不超过（ ）。（电工基础知识模拟题）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27. 安全电压等级中，我国规定（ ）为安全特低电压。（电工基础知识模拟题）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28. 万用表测量电阻前应先进行（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29. 接地电阻测量应使用（ ）表。（电工基础知识模拟题）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30. 交流电的频率我国标准为（ ）Hz。（电工基础知识模拟题）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31. 万用表测量电阻前应先进行（ ）。（电工基础知识模拟题）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32. 三相异步电动机的转速与（ ）有关。（电工基础知识模拟题）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33. 万用表测量电阻前应先进行（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34. 人体安全电流阈值一般不超过（ ）。（电工基础知识模拟题）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35. 人体安全电流阈值一般不超过（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36. 接触器的主触点用于接通和分断（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37. 接地电阻测量应使用（ ）表。（电工基础知识模拟题）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38. 接地电阻测量应使用（ ）表。（电工基础知识模拟题）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39. 接触器的主触点用于接通和分断（ ）。（电工基础知识模拟题）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40. 安全电压等级中，我国规定（ ）为安全特低电压。（电工基础知识模拟题）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41. 接触器的主触点用于接通和分断（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42. 人体安全电流阈值一般不超过（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43. 接地电阻测量应使用（ ）表。（电工基础知识模拟题）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44. 安全电压等级中，我国规定（ ）为安全特低电压。（电工基础知识模拟题）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45. 万用表测量电阻前应先进行（ ）。（电工基础知识模拟题）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46. 交流电的频率我国标准为（ ）Hz。（电工基础知识模拟题）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47. 接触器的主触点用于接通和分断（ ）。（电工基础知识模拟题）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48. 三相异步电动机的转速与（ ）有关。（电工基础知识模拟题）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49. 安全电压等级中，我国规定（ ）为安全特低电压。（电工基础知识模拟题）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50. 接地电阻测量应使用（ ）表。（电工基础知识模拟题）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51. 接地电阻测量应使用（ ）表。（电工基础知识模拟题）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52. 万用表测量电阻前应先进行（ ）。（电工基础知识模拟题）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53. 接触器的主触点用于接通和分断（ ）。（电工基础知识模拟题）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54. 接地电阻测量应使用（ ）表。（电工基础知识模拟题）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55. 接地电阻测量应使用（ ）表。（电工基础知识模拟题）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56. 万用表测量电阻前应先进行（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57. 接地电阻测量应使用（ ）表。（电工基础知识模拟题）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58. 人体安全电流阈值一般不超过（ ）。（电工基础知识模拟题）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59. 接触器的主触点用于接通和分断（ ）。（电工基础知识模拟题）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60. 接地电阻测量应使用（ ）表。（电工基础知识模拟题）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/>
    <w:p>
      <w:pPr>
        <w:pStyle w:val="Heading2"/>
      </w:pPr>
      <w:r>
        <w:t>二、判断题（第61-80题）</w:t>
      </w:r>
    </w:p>
    <w:p>
      <w:r>
        <w:t>1. 电工基础知识：判断题干描述是否正确。</w:t>
        <w:br/>
        <w:t>答案：对/错  解析：判断类题目注意关键词绝对化表述，通常过于绝对的说法多为错误。</w:t>
      </w:r>
    </w:p>
    <w:p>
      <w:r>
        <w:t>2. 电工基础知识：判断题干描述是否正确。</w:t>
        <w:br/>
        <w:t>答案：对/错  解析：判断类题目注意关键词绝对化表述，通常过于绝对的说法多为错误。</w:t>
      </w:r>
    </w:p>
    <w:p>
      <w:r>
        <w:t>3. 电工基础知识：判断题干描述是否正确。</w:t>
        <w:br/>
        <w:t>答案：对/错  解析：判断类题目注意关键词绝对化表述，通常过于绝对的说法多为错误。</w:t>
      </w:r>
    </w:p>
    <w:p>
      <w:r>
        <w:t>4. 电工基础知识：判断题干描述是否正确。</w:t>
        <w:br/>
        <w:t>答案：对/错  解析：判断类题目注意关键词绝对化表述，通常过于绝对的说法多为错误。</w:t>
      </w:r>
    </w:p>
    <w:p>
      <w:r>
        <w:t>5. 电工基础知识：判断题干描述是否正确。</w:t>
        <w:br/>
        <w:t>答案：对/错  解析：判断类题目注意关键词绝对化表述，通常过于绝对的说法多为错误。</w:t>
      </w:r>
    </w:p>
    <w:p>
      <w:r>
        <w:t>6. 电工基础知识：判断题干描述是否正确。</w:t>
        <w:br/>
        <w:t>答案：对/错  解析：判断类题目注意关键词绝对化表述，通常过于绝对的说法多为错误。</w:t>
      </w:r>
    </w:p>
    <w:p>
      <w:r>
        <w:t>7. 电工基础知识：判断题干描述是否正确。</w:t>
        <w:br/>
        <w:t>答案：对/错  解析：判断类题目注意关键词绝对化表述，通常过于绝对的说法多为错误。</w:t>
      </w:r>
    </w:p>
    <w:p>
      <w:r>
        <w:t>8. 电工基础知识：判断题干描述是否正确。</w:t>
        <w:br/>
        <w:t>答案：对/错  解析：判断类题目注意关键词绝对化表述，通常过于绝对的说法多为错误。</w:t>
      </w:r>
    </w:p>
    <w:p>
      <w:r>
        <w:t>9. 电工基础知识：判断题干描述是否正确。</w:t>
        <w:br/>
        <w:t>答案：对/错  解析：判断类题目注意关键词绝对化表述，通常过于绝对的说法多为错误。</w:t>
      </w:r>
    </w:p>
    <w:p>
      <w:r>
        <w:t>10. 电工基础知识：判断题干描述是否正确。</w:t>
        <w:br/>
        <w:t>答案：对/错  解析：判断类题目注意关键词绝对化表述，通常过于绝对的说法多为错误。</w:t>
      </w:r>
    </w:p>
    <w:p>
      <w:r>
        <w:t>11. 电工基础知识：判断题干描述是否正确。</w:t>
        <w:br/>
        <w:t>答案：对/错  解析：判断类题目注意关键词绝对化表述，通常过于绝对的说法多为错误。</w:t>
      </w:r>
    </w:p>
    <w:p>
      <w:r>
        <w:t>12. 电工基础知识：判断题干描述是否正确。</w:t>
        <w:br/>
        <w:t>答案：对/错  解析：判断类题目注意关键词绝对化表述，通常过于绝对的说法多为错误。</w:t>
      </w:r>
    </w:p>
    <w:p>
      <w:r>
        <w:t>13. 电工基础知识：判断题干描述是否正确。</w:t>
        <w:br/>
        <w:t>答案：对/错  解析：判断类题目注意关键词绝对化表述，通常过于绝对的说法多为错误。</w:t>
      </w:r>
    </w:p>
    <w:p>
      <w:r>
        <w:t>14. 电工基础知识：判断题干描述是否正确。</w:t>
        <w:br/>
        <w:t>答案：对/错  解析：判断类题目注意关键词绝对化表述，通常过于绝对的说法多为错误。</w:t>
      </w:r>
    </w:p>
    <w:p>
      <w:r>
        <w:t>15. 电工基础知识：判断题干描述是否正确。</w:t>
        <w:br/>
        <w:t>答案：对/错  解析：判断类题目注意关键词绝对化表述，通常过于绝对的说法多为错误。</w:t>
      </w:r>
    </w:p>
    <w:p>
      <w:r>
        <w:t>16. 电工基础知识：判断题干描述是否正确。</w:t>
        <w:br/>
        <w:t>答案：对/错  解析：判断类题目注意关键词绝对化表述，通常过于绝对的说法多为错误。</w:t>
      </w:r>
    </w:p>
    <w:p>
      <w:r>
        <w:t>17. 电工基础知识：判断题干描述是否正确。</w:t>
        <w:br/>
        <w:t>答案：对/错  解析：判断类题目注意关键词绝对化表述，通常过于绝对的说法多为错误。</w:t>
      </w:r>
    </w:p>
    <w:p>
      <w:r>
        <w:t>18. 电工基础知识：判断题干描述是否正确。</w:t>
        <w:br/>
        <w:t>答案：对/错  解析：判断类题目注意关键词绝对化表述，通常过于绝对的说法多为错误。</w:t>
      </w:r>
    </w:p>
    <w:p>
      <w:r>
        <w:t>19. 电工基础知识：判断题干描述是否正确。</w:t>
        <w:br/>
        <w:t>答案：对/错  解析：判断类题目注意关键词绝对化表述，通常过于绝对的说法多为错误。</w:t>
      </w:r>
    </w:p>
    <w:p>
      <w:r>
        <w:t>20. 电工基础知识：判断题干描述是否正确。</w:t>
        <w:br/>
        <w:t>答案：对/错  解析：判断类题目注意关键词绝对化表述，通常过于绝对的说法多为错误。</w:t>
      </w:r>
    </w:p>
    <w:p/>
    <w:p>
      <w:pPr>
        <w:pStyle w:val="Heading2"/>
      </w:pPr>
      <w:r>
        <w:t>三、多选题（第81-100题）</w:t>
      </w:r>
    </w:p>
    <w:p>
      <w:r>
        <w:t>1.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4.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5.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6.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7.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8.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9.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10.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11.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12.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13.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14.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15.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16.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17.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18.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19.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20. 下列关于电工基础知识的说法，正确的有（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