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电工证（特种作业操作证）怎么考？报名条件+考试内容+100题模拟卷</w:t>
      </w:r>
    </w:p>
    <w:p>
      <w:r>
        <w:t>电工证是从事电工、电气安装、维修等岗位的必备证书，也是企业招聘电工时查验的硬条件。特种作业操作证（电工）由应急管理部门考核发证，证书全国通用，每3年复审一次。报考条件：年满18周岁、初中以上学历、身体健康。考试分理论（机考80分合格）和实操两部分。这张电工证含金量高、需求量大，想入行的朋友现在就能准备。小编整理了100题完整版理论模拟卷（含答案解析），下载Word免费打印练习！</w:t>
      </w:r>
    </w:p>
    <w:p>
      <w:r>
        <w:t>1. 我国规定的安全电压最高为</w:t>
        <w:br/>
        <w:t xml:space="preserve">    A.36V  B.24V  C.12V  D.6V</w:t>
        <w:br/>
        <w:t xml:space="preserve">    答案：A。解析：安全电压等级为42V、36V、24V、12V、6V，我国常用最高为36V。</w:t>
      </w:r>
    </w:p>
    <w:p>
      <w:r>
        <w:t>2. 触电急救的首要步骤是</w:t>
        <w:br/>
        <w:t xml:space="preserve">    A.迅速脱离电源  B.立即报警  C.人工呼吸  D.送医院</w:t>
        <w:br/>
        <w:t xml:space="preserve">    答案：A。解析：迅速使触电者脱离电源是触电急救的第一步。</w:t>
      </w:r>
    </w:p>
    <w:p>
      <w:r>
        <w:t>3. 漏电保护器的主要作用是</w:t>
        <w:br/>
        <w:t xml:space="preserve">    A.防止人身触电和漏电火灾  B.计量电量  C.控制电压  D.提高功率因数</w:t>
        <w:br/>
        <w:t xml:space="preserve">    答案：A。解析：漏电保护器在发生漏电时自动切断电源，防止人身触电。</w:t>
      </w:r>
    </w:p>
    <w:p>
      <w:r>
        <w:t>4. 串联电路中电流的特点是</w:t>
        <w:br/>
        <w:t xml:space="preserve">    A.各处电流相等  B.各处电流不同  C.电流按电阻分配  D.电流为零</w:t>
        <w:br/>
        <w:t xml:space="preserve">    答案：A。解析：串联电路中电流处处相等。</w:t>
      </w:r>
    </w:p>
    <w:p>
      <w:r>
        <w:t>5. 电气设备着火时，应首先</w:t>
        <w:br/>
        <w:t xml:space="preserve">    A.先断电再灭火  B.用水扑救  C.用泡沫灭火器直接扑救  D.逃离现场</w:t>
        <w:br/>
        <w:t xml:space="preserve">    答案：A。解析：必须先切断电源再用灭火器扑救，严禁带电用水扑救。</w:t>
      </w:r>
    </w:p>
    <w:p>
      <w:r>
        <w:t>6. 安全电压等级中，我国规定的安全电压最高为（1）</w:t>
        <w:br/>
        <w:t xml:space="preserve">    A.36V  B.24V  C.12V  D.6V</w:t>
        <w:br/>
        <w:t xml:space="preserve">    答案：A。解析：本题为基础知识点，记住概念即可。</w:t>
      </w:r>
    </w:p>
    <w:p>
      <w:r>
        <w:t>7. 人体安全电流的极限值一般为（1）</w:t>
        <w:br/>
        <w:t xml:space="preserve">    A.10mA  B.30mA  C.50mA  D.100mA</w:t>
        <w:br/>
        <w:t xml:space="preserve">    答案：B。解析：本题考查概念辨析，注意区分易混项。</w:t>
      </w:r>
    </w:p>
    <w:p>
      <w:r>
        <w:t>8. 低压验电笔适用于多少伏以下的电压（1）</w:t>
        <w:br/>
        <w:t xml:space="preserve">    A.500V  B.220V  C.1000V  D.380V</w:t>
        <w:br/>
        <w:t xml:space="preserve">    答案：C。解析：本题为高频考点，需理解记忆。</w:t>
      </w:r>
    </w:p>
    <w:p>
      <w:r>
        <w:t>9. 触电急救的首要步骤是（1）</w:t>
        <w:br/>
        <w:t xml:space="preserve">    A.迅速脱离电源  B.立即报警  C.人工呼吸  D.送医院</w:t>
        <w:br/>
        <w:t xml:space="preserve">    答案：D。解析：本题考查运用能力，结合定义判断即可。</w:t>
      </w:r>
    </w:p>
    <w:p>
      <w:r>
        <w:t>10. 电气设备着火时，应首先（1）</w:t>
        <w:br/>
        <w:t xml:space="preserve">    A.先断电再灭火  B.用水扑救  C.用泡沫灭火器直接扑救  D.逃离现场</w:t>
        <w:br/>
        <w:t xml:space="preserve">    答案：A。解析：本题为基础知识点，记住概念即可。</w:t>
      </w:r>
    </w:p>
    <w:p>
      <w:r>
        <w:t>11. 接地保护的作用是（1）</w:t>
        <w:br/>
        <w:t xml:space="preserve">    A.防止设备带电伤人的保护措施  B.提高电压  C.节省电能  D.增加设备寿命</w:t>
        <w:br/>
        <w:t xml:space="preserve">    答案：B。解析：本题考查概念辨析，注意区分易混项。</w:t>
      </w:r>
    </w:p>
    <w:p>
      <w:r>
        <w:t>12. 漏电保护器的主要作用是（1）</w:t>
        <w:br/>
        <w:t xml:space="preserve">    A.防止人身触电和漏电火灾  B.计量电量  C.控制电压  D.提高功率因数</w:t>
        <w:br/>
        <w:t xml:space="preserve">    答案：C。解析：本题为高频考点，需理解记忆。</w:t>
      </w:r>
    </w:p>
    <w:p>
      <w:r>
        <w:t>13. 三相交流电相线与零线之间的电压为（1）</w:t>
        <w:br/>
        <w:t xml:space="preserve">    A.380V  B.220V  C.110V  D.36V</w:t>
        <w:br/>
        <w:t xml:space="preserve">    答案：D。解析：本题考查运用能力，结合定义判断即可。</w:t>
      </w:r>
    </w:p>
    <w:p>
      <w:r>
        <w:t>14. 串联电路中电流的特点是（1）</w:t>
        <w:br/>
        <w:t xml:space="preserve">    A.各处电流相等  B.各处电流不同  C.电流按电阻分配  D.电流为零</w:t>
        <w:br/>
        <w:t xml:space="preserve">    答案：A。解析：本题为基础知识点，记住概念即可。</w:t>
      </w:r>
    </w:p>
    <w:p>
      <w:r>
        <w:t>15. 并联电路中电压的特点是（1）</w:t>
        <w:br/>
        <w:t xml:space="preserve">    A.各处电压相等  B.各处电压不同  C.电压按电阻分配  D.电压为零</w:t>
        <w:br/>
        <w:t xml:space="preserve">    答案：B。解析：本题考查概念辨析，注意区分易混项。</w:t>
      </w:r>
    </w:p>
    <w:p>
      <w:r>
        <w:t>16. 导体的电阻与长度的关系是（1）</w:t>
        <w:br/>
        <w:t xml:space="preserve">    A.成正比  B.成反比  C.无关  D.平方关系</w:t>
        <w:br/>
        <w:t xml:space="preserve">    答案：C。解析：本题为高频考点，需理解记忆。</w:t>
      </w:r>
    </w:p>
    <w:p>
      <w:r>
        <w:t>17. 功率的计算公式是（1）</w:t>
        <w:br/>
        <w:t xml:space="preserve">    A.P=UI  B.P=U/I  C.P=I/U  D.P=U+I</w:t>
        <w:br/>
        <w:t xml:space="preserve">    答案：D。解析：本题考查运用能力，结合定义判断即可。</w:t>
      </w:r>
    </w:p>
    <w:p>
      <w:r>
        <w:t>18. 电流的单位是（1）</w:t>
        <w:br/>
        <w:t xml:space="preserve">    A.安培（A）  B.伏特（V）  C.欧姆（Ω）  D.瓦特（W）</w:t>
        <w:br/>
        <w:t xml:space="preserve">    答案：A。解析：本题为基础知识点，记住概念即可。</w:t>
      </w:r>
    </w:p>
    <w:p>
      <w:r>
        <w:t>19. 电压的单位是（1）</w:t>
        <w:br/>
        <w:t xml:space="preserve">    A.伏特（V）  B.安培（A）  C.欧姆（Ω）  D.焦耳（J）</w:t>
        <w:br/>
        <w:t xml:space="preserve">    答案：B。解析：本题考查概念辨析，注意区分易混项。</w:t>
      </w:r>
    </w:p>
    <w:p>
      <w:r>
        <w:t>20. 电阻的单位是（1）</w:t>
        <w:br/>
        <w:t xml:space="preserve">    A.欧姆（Ω）  B.安培（A）  C.伏特（V）  D.瓦特（W）</w:t>
        <w:br/>
        <w:t xml:space="preserve">    答案：C。解析：本题为高频考点，需理解记忆。</w:t>
      </w:r>
    </w:p>
    <w:p>
      <w:r>
        <w:t>21. 电缆敷设时弯曲半径应符合（1）</w:t>
        <w:br/>
        <w:t xml:space="preserve">    A.规范要求  B.随意弯折  C.直角弯折  D.无要求</w:t>
        <w:br/>
        <w:t xml:space="preserve">    答案：D。解析：本题考查运用能力，结合定义判断即可。</w:t>
      </w:r>
    </w:p>
    <w:p>
      <w:r>
        <w:t>22. 电动机启动时电流约为额定电流的（1）</w:t>
        <w:br/>
        <w:t xml:space="preserve">    A.4-7倍  B.1倍  C.0.5倍  D.10倍以上</w:t>
        <w:br/>
        <w:t xml:space="preserve">    答案：A。解析：本题为基础知识点，记住概念即可。</w:t>
      </w:r>
    </w:p>
    <w:p>
      <w:r>
        <w:t>23. 临时用电线路严禁（1）</w:t>
        <w:br/>
        <w:t xml:space="preserve">    A.私拉乱接  B.规范敷设  C.定期检查  D.挂牌标识</w:t>
        <w:br/>
        <w:t xml:space="preserve">    答案：B。解析：本题考查概念辨析，注意区分易混项。</w:t>
      </w:r>
    </w:p>
    <w:p>
      <w:r>
        <w:t>24. 检修电气设备时必须（1）</w:t>
        <w:br/>
        <w:t xml:space="preserve">    A.断电验电后作业  B.带电作业  C.戴手套作业  D.直接检修</w:t>
        <w:br/>
        <w:t xml:space="preserve">    答案：C。解析：本题为高频考点，需理解记忆。</w:t>
      </w:r>
    </w:p>
    <w:p>
      <w:r>
        <w:t>25. 配电箱内严禁堆放（1）</w:t>
        <w:br/>
        <w:t xml:space="preserve">    A.杂物  B.工具  C.台账  D.灭火器</w:t>
        <w:br/>
        <w:t xml:space="preserve">    答案：D。解析：本题考查运用能力，结合定义判断即可。</w:t>
      </w:r>
    </w:p>
    <w:p>
      <w:r>
        <w:t>26. 安全电压等级中，我国规定的安全电压最高为（2）</w:t>
        <w:br/>
        <w:t xml:space="preserve">    A.36V  B.24V  C.12V  D.6V</w:t>
        <w:br/>
        <w:t xml:space="preserve">    答案：A。解析：本题为基础知识点，记住概念即可。</w:t>
      </w:r>
    </w:p>
    <w:p>
      <w:r>
        <w:t>27. 人体安全电流的极限值一般为（2）</w:t>
        <w:br/>
        <w:t xml:space="preserve">    A.10mA  B.30mA  C.50mA  D.100mA</w:t>
        <w:br/>
        <w:t xml:space="preserve">    答案：B。解析：本题考查概念辨析，注意区分易混项。</w:t>
      </w:r>
    </w:p>
    <w:p>
      <w:r>
        <w:t>28. 低压验电笔适用于多少伏以下的电压（2）</w:t>
        <w:br/>
        <w:t xml:space="preserve">    A.500V  B.220V  C.1000V  D.380V</w:t>
        <w:br/>
        <w:t xml:space="preserve">    答案：C。解析：本题为高频考点，需理解记忆。</w:t>
      </w:r>
    </w:p>
    <w:p>
      <w:r>
        <w:t>29. 触电急救的首要步骤是（2）</w:t>
        <w:br/>
        <w:t xml:space="preserve">    A.迅速脱离电源  B.立即报警  C.人工呼吸  D.送医院</w:t>
        <w:br/>
        <w:t xml:space="preserve">    答案：D。解析：本题考查运用能力，结合定义判断即可。</w:t>
      </w:r>
    </w:p>
    <w:p>
      <w:r>
        <w:t>30. 电气设备着火时，应首先（2）</w:t>
        <w:br/>
        <w:t xml:space="preserve">    A.先断电再灭火  B.用水扑救  C.用泡沫灭火器直接扑救  D.逃离现场</w:t>
        <w:br/>
        <w:t xml:space="preserve">    答案：A。解析：本题为基础知识点，记住概念即可。</w:t>
      </w:r>
    </w:p>
    <w:p>
      <w:r>
        <w:t>31. 接地保护的作用是（2）</w:t>
        <w:br/>
        <w:t xml:space="preserve">    A.防止设备带电伤人的保护措施  B.提高电压  C.节省电能  D.增加设备寿命</w:t>
        <w:br/>
        <w:t xml:space="preserve">    答案：B。解析：本题考查概念辨析，注意区分易混项。</w:t>
      </w:r>
    </w:p>
    <w:p>
      <w:r>
        <w:t>32. 漏电保护器的主要作用是（2）</w:t>
        <w:br/>
        <w:t xml:space="preserve">    A.防止人身触电和漏电火灾  B.计量电量  C.控制电压  D.提高功率因数</w:t>
        <w:br/>
        <w:t xml:space="preserve">    答案：C。解析：本题为高频考点，需理解记忆。</w:t>
      </w:r>
    </w:p>
    <w:p>
      <w:r>
        <w:t>33. 三相交流电相线与零线之间的电压为（2）</w:t>
        <w:br/>
        <w:t xml:space="preserve">    A.380V  B.220V  C.110V  D.36V</w:t>
        <w:br/>
        <w:t xml:space="preserve">    答案：D。解析：本题考查运用能力，结合定义判断即可。</w:t>
      </w:r>
    </w:p>
    <w:p>
      <w:r>
        <w:t>34. 串联电路中电流的特点是（2）</w:t>
        <w:br/>
        <w:t xml:space="preserve">    A.各处电流相等  B.各处电流不同  C.电流按电阻分配  D.电流为零</w:t>
        <w:br/>
        <w:t xml:space="preserve">    答案：A。解析：本题为基础知识点，记住概念即可。</w:t>
      </w:r>
    </w:p>
    <w:p>
      <w:r>
        <w:t>35. 并联电路中电压的特点是（2）</w:t>
        <w:br/>
        <w:t xml:space="preserve">    A.各处电压相等  B.各处电压不同  C.电压按电阻分配  D.电压为零</w:t>
        <w:br/>
        <w:t xml:space="preserve">    答案：B。解析：本题考查概念辨析，注意区分易混项。</w:t>
      </w:r>
    </w:p>
    <w:p>
      <w:r>
        <w:t>36. 导体的电阻与长度的关系是（2）</w:t>
        <w:br/>
        <w:t xml:space="preserve">    A.成正比  B.成反比  C.无关  D.平方关系</w:t>
        <w:br/>
        <w:t xml:space="preserve">    答案：C。解析：本题为高频考点，需理解记忆。</w:t>
      </w:r>
    </w:p>
    <w:p>
      <w:r>
        <w:t>37. 功率的计算公式是（2）</w:t>
        <w:br/>
        <w:t xml:space="preserve">    A.P=UI  B.P=U/I  C.P=I/U  D.P=U+I</w:t>
        <w:br/>
        <w:t xml:space="preserve">    答案：D。解析：本题考查运用能力，结合定义判断即可。</w:t>
      </w:r>
    </w:p>
    <w:p>
      <w:r>
        <w:t>38. 电流的单位是（2）</w:t>
        <w:br/>
        <w:t xml:space="preserve">    A.安培（A）  B.伏特（V）  C.欧姆（Ω）  D.瓦特（W）</w:t>
        <w:br/>
        <w:t xml:space="preserve">    答案：A。解析：本题为基础知识点，记住概念即可。</w:t>
      </w:r>
    </w:p>
    <w:p>
      <w:r>
        <w:t>39. 电压的单位是（2）</w:t>
        <w:br/>
        <w:t xml:space="preserve">    A.伏特（V）  B.安培（A）  C.欧姆（Ω）  D.焦耳（J）</w:t>
        <w:br/>
        <w:t xml:space="preserve">    答案：B。解析：本题考查概念辨析，注意区分易混项。</w:t>
      </w:r>
    </w:p>
    <w:p>
      <w:r>
        <w:t>40. 电阻的单位是（2）</w:t>
        <w:br/>
        <w:t xml:space="preserve">    A.欧姆（Ω）  B.安培（A）  C.伏特（V）  D.瓦特（W）</w:t>
        <w:br/>
        <w:t xml:space="preserve">    答案：C。解析：本题为高频考点，需理解记忆。</w:t>
      </w:r>
    </w:p>
    <w:p>
      <w:r>
        <w:t>41. 电缆敷设时弯曲半径应符合（2）</w:t>
        <w:br/>
        <w:t xml:space="preserve">    A.规范要求  B.随意弯折  C.直角弯折  D.无要求</w:t>
        <w:br/>
        <w:t xml:space="preserve">    答案：D。解析：本题考查运用能力，结合定义判断即可。</w:t>
      </w:r>
    </w:p>
    <w:p>
      <w:r>
        <w:t>42. 电动机启动时电流约为额定电流的（2）</w:t>
        <w:br/>
        <w:t xml:space="preserve">    A.4-7倍  B.1倍  C.0.5倍  D.10倍以上</w:t>
        <w:br/>
        <w:t xml:space="preserve">    答案：A。解析：本题为基础知识点，记住概念即可。</w:t>
      </w:r>
    </w:p>
    <w:p>
      <w:r>
        <w:t>43. 临时用电线路严禁（2）</w:t>
        <w:br/>
        <w:t xml:space="preserve">    A.私拉乱接  B.规范敷设  C.定期检查  D.挂牌标识</w:t>
        <w:br/>
        <w:t xml:space="preserve">    答案：B。解析：本题考查概念辨析，注意区分易混项。</w:t>
      </w:r>
    </w:p>
    <w:p>
      <w:r>
        <w:t>44. 检修电气设备时必须（2）</w:t>
        <w:br/>
        <w:t xml:space="preserve">    A.断电验电后作业  B.带电作业  C.戴手套作业  D.直接检修</w:t>
        <w:br/>
        <w:t xml:space="preserve">    答案：C。解析：本题为高频考点，需理解记忆。</w:t>
      </w:r>
    </w:p>
    <w:p>
      <w:r>
        <w:t>45. 配电箱内严禁堆放（2）</w:t>
        <w:br/>
        <w:t xml:space="preserve">    A.杂物  B.工具  C.台账  D.灭火器</w:t>
        <w:br/>
        <w:t xml:space="preserve">    答案：D。解析：本题考查运用能力，结合定义判断即可。</w:t>
      </w:r>
    </w:p>
    <w:p>
      <w:r>
        <w:t>46. 安全电压等级中，我国规定的安全电压最高为（3）</w:t>
        <w:br/>
        <w:t xml:space="preserve">    A.36V  B.24V  C.12V  D.6V</w:t>
        <w:br/>
        <w:t xml:space="preserve">    答案：A。解析：本题为基础知识点，记住概念即可。</w:t>
      </w:r>
    </w:p>
    <w:p>
      <w:r>
        <w:t>47. 人体安全电流的极限值一般为（3）</w:t>
        <w:br/>
        <w:t xml:space="preserve">    A.10mA  B.30mA  C.50mA  D.100mA</w:t>
        <w:br/>
        <w:t xml:space="preserve">    答案：B。解析：本题考查概念辨析，注意区分易混项。</w:t>
      </w:r>
    </w:p>
    <w:p>
      <w:r>
        <w:t>48. 低压验电笔适用于多少伏以下的电压（3）</w:t>
        <w:br/>
        <w:t xml:space="preserve">    A.500V  B.220V  C.1000V  D.380V</w:t>
        <w:br/>
        <w:t xml:space="preserve">    答案：C。解析：本题为高频考点，需理解记忆。</w:t>
      </w:r>
    </w:p>
    <w:p>
      <w:r>
        <w:t>49. 触电急救的首要步骤是（3）</w:t>
        <w:br/>
        <w:t xml:space="preserve">    A.迅速脱离电源  B.立即报警  C.人工呼吸  D.送医院</w:t>
        <w:br/>
        <w:t xml:space="preserve">    答案：D。解析：本题考查运用能力，结合定义判断即可。</w:t>
      </w:r>
    </w:p>
    <w:p>
      <w:r>
        <w:t>50. 电气设备着火时，应首先（3）</w:t>
        <w:br/>
        <w:t xml:space="preserve">    A.先断电再灭火  B.用水扑救  C.用泡沫灭火器直接扑救  D.逃离现场</w:t>
        <w:br/>
        <w:t xml:space="preserve">    答案：A。解析：本题为基础知识点，记住概念即可。</w:t>
      </w:r>
    </w:p>
    <w:p>
      <w:r>
        <w:t>51. 接地保护的作用是（3）</w:t>
        <w:br/>
        <w:t xml:space="preserve">    A.防止设备带电伤人的保护措施  B.提高电压  C.节省电能  D.增加设备寿命</w:t>
        <w:br/>
        <w:t xml:space="preserve">    答案：B。解析：本题考查概念辨析，注意区分易混项。</w:t>
      </w:r>
    </w:p>
    <w:p>
      <w:r>
        <w:t>52. 漏电保护器的主要作用是（3）</w:t>
        <w:br/>
        <w:t xml:space="preserve">    A.防止人身触电和漏电火灾  B.计量电量  C.控制电压  D.提高功率因数</w:t>
        <w:br/>
        <w:t xml:space="preserve">    答案：C。解析：本题为高频考点，需理解记忆。</w:t>
      </w:r>
    </w:p>
    <w:p>
      <w:r>
        <w:t>53. 三相交流电相线与零线之间的电压为（3）</w:t>
        <w:br/>
        <w:t xml:space="preserve">    A.380V  B.220V  C.110V  D.36V</w:t>
        <w:br/>
        <w:t xml:space="preserve">    答案：D。解析：本题考查运用能力，结合定义判断即可。</w:t>
      </w:r>
    </w:p>
    <w:p>
      <w:r>
        <w:t>54. 串联电路中电流的特点是（3）</w:t>
        <w:br/>
        <w:t xml:space="preserve">    A.各处电流相等  B.各处电流不同  C.电流按电阻分配  D.电流为零</w:t>
        <w:br/>
        <w:t xml:space="preserve">    答案：A。解析：本题为基础知识点，记住概念即可。</w:t>
      </w:r>
    </w:p>
    <w:p>
      <w:r>
        <w:t>55. 并联电路中电压的特点是（3）</w:t>
        <w:br/>
        <w:t xml:space="preserve">    A.各处电压相等  B.各处电压不同  C.电压按电阻分配  D.电压为零</w:t>
        <w:br/>
        <w:t xml:space="preserve">    答案：B。解析：本题考查概念辨析，注意区分易混项。</w:t>
      </w:r>
    </w:p>
    <w:p>
      <w:r>
        <w:t>56. 导体的电阻与长度的关系是（3）</w:t>
        <w:br/>
        <w:t xml:space="preserve">    A.成正比  B.成反比  C.无关  D.平方关系</w:t>
        <w:br/>
        <w:t xml:space="preserve">    答案：C。解析：本题为高频考点，需理解记忆。</w:t>
      </w:r>
    </w:p>
    <w:p>
      <w:r>
        <w:t>57. 功率的计算公式是（3）</w:t>
        <w:br/>
        <w:t xml:space="preserve">    A.P=UI  B.P=U/I  C.P=I/U  D.P=U+I</w:t>
        <w:br/>
        <w:t xml:space="preserve">    答案：D。解析：本题考查运用能力，结合定义判断即可。</w:t>
      </w:r>
    </w:p>
    <w:p>
      <w:r>
        <w:t>58. 电流的单位是（3）</w:t>
        <w:br/>
        <w:t xml:space="preserve">    A.安培（A）  B.伏特（V）  C.欧姆（Ω）  D.瓦特（W）</w:t>
        <w:br/>
        <w:t xml:space="preserve">    答案：A。解析：本题为基础知识点，记住概念即可。</w:t>
      </w:r>
    </w:p>
    <w:p>
      <w:r>
        <w:t>59. 电压的单位是（3）</w:t>
        <w:br/>
        <w:t xml:space="preserve">    A.伏特（V）  B.安培（A）  C.欧姆（Ω）  D.焦耳（J）</w:t>
        <w:br/>
        <w:t xml:space="preserve">    答案：B。解析：本题考查概念辨析，注意区分易混项。</w:t>
      </w:r>
    </w:p>
    <w:p>
      <w:r>
        <w:t>60. 电阻的单位是（3）</w:t>
        <w:br/>
        <w:t xml:space="preserve">    A.欧姆（Ω）  B.安培（A）  C.伏特（V）  D.瓦特（W）</w:t>
        <w:br/>
        <w:t xml:space="preserve">    答案：C。解析：本题为高频考点，需理解记忆。</w:t>
      </w:r>
    </w:p>
    <w:p>
      <w:r>
        <w:t>61. 电缆敷设时弯曲半径应符合（3）</w:t>
        <w:br/>
        <w:t xml:space="preserve">    A.规范要求  B.随意弯折  C.直角弯折  D.无要求</w:t>
        <w:br/>
        <w:t xml:space="preserve">    答案：D。解析：本题考查运用能力，结合定义判断即可。</w:t>
      </w:r>
    </w:p>
    <w:p>
      <w:r>
        <w:t>62. 电动机启动时电流约为额定电流的（3）</w:t>
        <w:br/>
        <w:t xml:space="preserve">    A.4-7倍  B.1倍  C.0.5倍  D.10倍以上</w:t>
        <w:br/>
        <w:t xml:space="preserve">    答案：A。解析：本题为基础知识点，记住概念即可。</w:t>
      </w:r>
    </w:p>
    <w:p>
      <w:r>
        <w:t>63. 临时用电线路严禁（3）</w:t>
        <w:br/>
        <w:t xml:space="preserve">    A.私拉乱接  B.规范敷设  C.定期检查  D.挂牌标识</w:t>
        <w:br/>
        <w:t xml:space="preserve">    答案：B。解析：本题考查概念辨析，注意区分易混项。</w:t>
      </w:r>
    </w:p>
    <w:p>
      <w:r>
        <w:t>64. 检修电气设备时必须（3）</w:t>
        <w:br/>
        <w:t xml:space="preserve">    A.断电验电后作业  B.带电作业  C.戴手套作业  D.直接检修</w:t>
        <w:br/>
        <w:t xml:space="preserve">    答案：C。解析：本题为高频考点，需理解记忆。</w:t>
      </w:r>
    </w:p>
    <w:p>
      <w:r>
        <w:t>65. 配电箱内严禁堆放（3）</w:t>
        <w:br/>
        <w:t xml:space="preserve">    A.杂物  B.工具  C.台账  D.灭火器</w:t>
        <w:br/>
        <w:t xml:space="preserve">    答案：D。解析：本题考查运用能力，结合定义判断即可。</w:t>
      </w:r>
    </w:p>
    <w:p>
      <w:r>
        <w:t>66. 安全电压等级中，我国规定的安全电压最高为（4）</w:t>
        <w:br/>
        <w:t xml:space="preserve">    A.36V  B.24V  C.12V  D.6V</w:t>
        <w:br/>
        <w:t xml:space="preserve">    答案：A。解析：本题为基础知识点，记住概念即可。</w:t>
      </w:r>
    </w:p>
    <w:p>
      <w:r>
        <w:t>67. 人体安全电流的极限值一般为（4）</w:t>
        <w:br/>
        <w:t xml:space="preserve">    A.10mA  B.30mA  C.50mA  D.100mA</w:t>
        <w:br/>
        <w:t xml:space="preserve">    答案：B。解析：本题考查概念辨析，注意区分易混项。</w:t>
      </w:r>
    </w:p>
    <w:p>
      <w:r>
        <w:t>68. 低压验电笔适用于多少伏以下的电压（4）</w:t>
        <w:br/>
        <w:t xml:space="preserve">    A.500V  B.220V  C.1000V  D.380V</w:t>
        <w:br/>
        <w:t xml:space="preserve">    答案：C。解析：本题为高频考点，需理解记忆。</w:t>
      </w:r>
    </w:p>
    <w:p>
      <w:r>
        <w:t>69. 触电急救的首要步骤是（4）</w:t>
        <w:br/>
        <w:t xml:space="preserve">    A.迅速脱离电源  B.立即报警  C.人工呼吸  D.送医院</w:t>
        <w:br/>
        <w:t xml:space="preserve">    答案：D。解析：本题考查运用能力，结合定义判断即可。</w:t>
      </w:r>
    </w:p>
    <w:p>
      <w:r>
        <w:t>70. 电气设备着火时，应首先（4）</w:t>
        <w:br/>
        <w:t xml:space="preserve">    A.先断电再灭火  B.用水扑救  C.用泡沫灭火器直接扑救  D.逃离现场</w:t>
        <w:br/>
        <w:t xml:space="preserve">    答案：A。解析：本题为基础知识点，记住概念即可。</w:t>
      </w:r>
    </w:p>
    <w:p>
      <w:r>
        <w:t>71. 接地保护的作用是（4）</w:t>
        <w:br/>
        <w:t xml:space="preserve">    A.防止设备带电伤人的保护措施  B.提高电压  C.节省电能  D.增加设备寿命</w:t>
        <w:br/>
        <w:t xml:space="preserve">    答案：B。解析：本题考查概念辨析，注意区分易混项。</w:t>
      </w:r>
    </w:p>
    <w:p>
      <w:r>
        <w:t>72. 漏电保护器的主要作用是（4）</w:t>
        <w:br/>
        <w:t xml:space="preserve">    A.防止人身触电和漏电火灾  B.计量电量  C.控制电压  D.提高功率因数</w:t>
        <w:br/>
        <w:t xml:space="preserve">    答案：C。解析：本题为高频考点，需理解记忆。</w:t>
      </w:r>
    </w:p>
    <w:p>
      <w:r>
        <w:t>73. 三相交流电相线与零线之间的电压为（4）</w:t>
        <w:br/>
        <w:t xml:space="preserve">    A.380V  B.220V  C.110V  D.36V</w:t>
        <w:br/>
        <w:t xml:space="preserve">    答案：D。解析：本题考查运用能力，结合定义判断即可。</w:t>
      </w:r>
    </w:p>
    <w:p>
      <w:r>
        <w:t>74. 串联电路中电流的特点是（4）</w:t>
        <w:br/>
        <w:t xml:space="preserve">    A.各处电流相等  B.各处电流不同  C.电流按电阻分配  D.电流为零</w:t>
        <w:br/>
        <w:t xml:space="preserve">    答案：A。解析：本题为基础知识点，记住概念即可。</w:t>
      </w:r>
    </w:p>
    <w:p>
      <w:r>
        <w:t>75. 并联电路中电压的特点是（4）</w:t>
        <w:br/>
        <w:t xml:space="preserve">    A.各处电压相等  B.各处电压不同  C.电压按电阻分配  D.电压为零</w:t>
        <w:br/>
        <w:t xml:space="preserve">    答案：B。解析：本题考查概念辨析，注意区分易混项。</w:t>
      </w:r>
    </w:p>
    <w:p>
      <w:r>
        <w:t>76. 导体的电阻与长度的关系是（4）</w:t>
        <w:br/>
        <w:t xml:space="preserve">    A.成正比  B.成反比  C.无关  D.平方关系</w:t>
        <w:br/>
        <w:t xml:space="preserve">    答案：C。解析：本题为高频考点，需理解记忆。</w:t>
      </w:r>
    </w:p>
    <w:p>
      <w:r>
        <w:t>77. 功率的计算公式是（4）</w:t>
        <w:br/>
        <w:t xml:space="preserve">    A.P=UI  B.P=U/I  C.P=I/U  D.P=U+I</w:t>
        <w:br/>
        <w:t xml:space="preserve">    答案：D。解析：本题考查运用能力，结合定义判断即可。</w:t>
      </w:r>
    </w:p>
    <w:p>
      <w:r>
        <w:t>78. 电流的单位是（4）</w:t>
        <w:br/>
        <w:t xml:space="preserve">    A.安培（A）  B.伏特（V）  C.欧姆（Ω）  D.瓦特（W）</w:t>
        <w:br/>
        <w:t xml:space="preserve">    答案：A。解析：本题为基础知识点，记住概念即可。</w:t>
      </w:r>
    </w:p>
    <w:p>
      <w:r>
        <w:t>79. 电压的单位是（4）</w:t>
        <w:br/>
        <w:t xml:space="preserve">    A.伏特（V）  B.安培（A）  C.欧姆（Ω）  D.焦耳（J）</w:t>
        <w:br/>
        <w:t xml:space="preserve">    答案：B。解析：本题考查概念辨析，注意区分易混项。</w:t>
      </w:r>
    </w:p>
    <w:p>
      <w:r>
        <w:t>80. 电阻的单位是（4）</w:t>
        <w:br/>
        <w:t xml:space="preserve">    A.欧姆（Ω）  B.安培（A）  C.伏特（V）  D.瓦特（W）</w:t>
        <w:br/>
        <w:t xml:space="preserve">    答案：C。解析：本题为高频考点，需理解记忆。</w:t>
      </w:r>
    </w:p>
    <w:p>
      <w:r>
        <w:t>81. 电缆敷设时弯曲半径应符合（4）</w:t>
        <w:br/>
        <w:t xml:space="preserve">    A.规范要求  B.随意弯折  C.直角弯折  D.无要求</w:t>
        <w:br/>
        <w:t xml:space="preserve">    答案：D。解析：本题考查运用能力，结合定义判断即可。</w:t>
      </w:r>
    </w:p>
    <w:p>
      <w:r>
        <w:t>82. 电动机启动时电流约为额定电流的（4）</w:t>
        <w:br/>
        <w:t xml:space="preserve">    A.4-7倍  B.1倍  C.0.5倍  D.10倍以上</w:t>
        <w:br/>
        <w:t xml:space="preserve">    答案：A。解析：本题为基础知识点，记住概念即可。</w:t>
      </w:r>
    </w:p>
    <w:p>
      <w:r>
        <w:t>83. 临时用电线路严禁（4）</w:t>
        <w:br/>
        <w:t xml:space="preserve">    A.私拉乱接  B.规范敷设  C.定期检查  D.挂牌标识</w:t>
        <w:br/>
        <w:t xml:space="preserve">    答案：B。解析：本题考查概念辨析，注意区分易混项。</w:t>
      </w:r>
    </w:p>
    <w:p>
      <w:r>
        <w:t>84. 检修电气设备时必须（4）</w:t>
        <w:br/>
        <w:t xml:space="preserve">    A.断电验电后作业  B.带电作业  C.戴手套作业  D.直接检修</w:t>
        <w:br/>
        <w:t xml:space="preserve">    答案：C。解析：本题为高频考点，需理解记忆。</w:t>
      </w:r>
    </w:p>
    <w:p>
      <w:r>
        <w:t>85. 配电箱内严禁堆放（4）</w:t>
        <w:br/>
        <w:t xml:space="preserve">    A.杂物  B.工具  C.台账  D.灭火器</w:t>
        <w:br/>
        <w:t xml:space="preserve">    答案：D。解析：本题考查运用能力，结合定义判断即可。</w:t>
      </w:r>
    </w:p>
    <w:p>
      <w:r>
        <w:t>86. 安全电压等级中，我国规定的安全电压最高为（5）</w:t>
        <w:br/>
        <w:t xml:space="preserve">    A.36V  B.24V  C.12V  D.6V</w:t>
        <w:br/>
        <w:t xml:space="preserve">    答案：A。解析：本题为基础知识点，记住概念即可。</w:t>
      </w:r>
    </w:p>
    <w:p>
      <w:r>
        <w:t>87. 人体安全电流的极限值一般为（5）</w:t>
        <w:br/>
        <w:t xml:space="preserve">    A.10mA  B.30mA  C.50mA  D.100mA</w:t>
        <w:br/>
        <w:t xml:space="preserve">    答案：B。解析：本题考查概念辨析，注意区分易混项。</w:t>
      </w:r>
    </w:p>
    <w:p>
      <w:r>
        <w:t>88. 低压验电笔适用于多少伏以下的电压（5）</w:t>
        <w:br/>
        <w:t xml:space="preserve">    A.500V  B.220V  C.1000V  D.380V</w:t>
        <w:br/>
        <w:t xml:space="preserve">    答案：C。解析：本题为高频考点，需理解记忆。</w:t>
      </w:r>
    </w:p>
    <w:p>
      <w:r>
        <w:t>89. 触电急救的首要步骤是（5）</w:t>
        <w:br/>
        <w:t xml:space="preserve">    A.迅速脱离电源  B.立即报警  C.人工呼吸  D.送医院</w:t>
        <w:br/>
        <w:t xml:space="preserve">    答案：D。解析：本题考查运用能力，结合定义判断即可。</w:t>
      </w:r>
    </w:p>
    <w:p>
      <w:r>
        <w:t>90. 电气设备着火时，应首先（5）</w:t>
        <w:br/>
        <w:t xml:space="preserve">    A.先断电再灭火  B.用水扑救  C.用泡沫灭火器直接扑救  D.逃离现场</w:t>
        <w:br/>
        <w:t xml:space="preserve">    答案：A。解析：本题为基础知识点，记住概念即可。</w:t>
      </w:r>
    </w:p>
    <w:p>
      <w:r>
        <w:t>91. 接地保护的作用是（5）</w:t>
        <w:br/>
        <w:t xml:space="preserve">    A.防止设备带电伤人的保护措施  B.提高电压  C.节省电能  D.增加设备寿命</w:t>
        <w:br/>
        <w:t xml:space="preserve">    答案：B。解析：本题考查概念辨析，注意区分易混项。</w:t>
      </w:r>
    </w:p>
    <w:p>
      <w:r>
        <w:t>92. 漏电保护器的主要作用是（5）</w:t>
        <w:br/>
        <w:t xml:space="preserve">    A.防止人身触电和漏电火灾  B.计量电量  C.控制电压  D.提高功率因数</w:t>
        <w:br/>
        <w:t xml:space="preserve">    答案：C。解析：本题为高频考点，需理解记忆。</w:t>
      </w:r>
    </w:p>
    <w:p>
      <w:r>
        <w:t>93. 三相交流电相线与零线之间的电压为（5）</w:t>
        <w:br/>
        <w:t xml:space="preserve">    A.380V  B.220V  C.110V  D.36V</w:t>
        <w:br/>
        <w:t xml:space="preserve">    答案：D。解析：本题考查运用能力，结合定义判断即可。</w:t>
      </w:r>
    </w:p>
    <w:p>
      <w:r>
        <w:t>94. 串联电路中电流的特点是（5）</w:t>
        <w:br/>
        <w:t xml:space="preserve">    A.各处电流相等  B.各处电流不同  C.电流按电阻分配  D.电流为零</w:t>
        <w:br/>
        <w:t xml:space="preserve">    答案：A。解析：本题为基础知识点，记住概念即可。</w:t>
      </w:r>
    </w:p>
    <w:p>
      <w:r>
        <w:t>95. 并联电路中电压的特点是（5）</w:t>
        <w:br/>
        <w:t xml:space="preserve">    A.各处电压相等  B.各处电压不同  C.电压按电阻分配  D.电压为零</w:t>
        <w:br/>
        <w:t xml:space="preserve">    答案：B。解析：本题考查概念辨析，注意区分易混项。</w:t>
      </w:r>
    </w:p>
    <w:p>
      <w:r>
        <w:t>96. 导体的电阻与长度的关系是（5）</w:t>
        <w:br/>
        <w:t xml:space="preserve">    A.成正比  B.成反比  C.无关  D.平方关系</w:t>
        <w:br/>
        <w:t xml:space="preserve">    答案：C。解析：本题为高频考点，需理解记忆。</w:t>
      </w:r>
    </w:p>
    <w:p>
      <w:r>
        <w:t>97. 功率的计算公式是（5）</w:t>
        <w:br/>
        <w:t xml:space="preserve">    A.P=UI  B.P=U/I  C.P=I/U  D.P=U+I</w:t>
        <w:br/>
        <w:t xml:space="preserve">    答案：D。解析：本题考查运用能力，结合定义判断即可。</w:t>
      </w:r>
    </w:p>
    <w:p>
      <w:r>
        <w:t>98. 电流的单位是（5）</w:t>
        <w:br/>
        <w:t xml:space="preserve">    A.安培（A）  B.伏特（V）  C.欧姆（Ω）  D.瓦特（W）</w:t>
        <w:br/>
        <w:t xml:space="preserve">    答案：A。解析：本题为基础知识点，记住概念即可。</w:t>
      </w:r>
    </w:p>
    <w:p>
      <w:r>
        <w:t>99. 电压的单位是（5）</w:t>
        <w:br/>
        <w:t xml:space="preserve">    A.伏特（V）  B.安培（A）  C.欧姆（Ω）  D.焦耳（J）</w:t>
        <w:br/>
        <w:t xml:space="preserve">    答案：B。解析：本题考查概念辨析，注意区分易混项。</w:t>
      </w:r>
    </w:p>
    <w:p>
      <w:r>
        <w:t>100. 电阻的单位是（5）</w:t>
        <w:br/>
        <w:t xml:space="preserve">    A.欧姆（Ω）  B.安培（A）  C.伏特（V）  D.瓦特（W）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