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调研报告模板与范文：市场调研/工作调研通用</w:t>
      </w:r>
    </w:p>
    <w:p>
      <w:r>
        <w:t>调研报告是职场高频文体！小编整理了调研报告模板与范文，市场调研、工作调研通用。</w:t>
      </w:r>
    </w:p>
    <w:p>
      <w:r>
        <w:t>亮点：①调研报告标准结构；②数据呈现方法；③结论建议写法。网页是预览版，下载Word完整版含模板。? 免费下载Word完整版（可直接打印编辑）</w:t>
      </w:r>
    </w:p>
    <w:p>
      <w:pPr>
        <w:pStyle w:val="Heading1"/>
      </w:pPr>
      <w:r>
        <w:t>调研报告结构</w:t>
      </w:r>
    </w:p>
    <w:p>
      <w:r>
        <w:t>一、调研背景与目的</w:t>
      </w:r>
    </w:p>
    <w:p>
      <w:r>
        <w:t>二、调研方法（问卷/访谈/数据分析）</w:t>
      </w:r>
    </w:p>
    <w:p>
      <w:r>
        <w:t>三、调研结果（分点呈现，配图表数据）</w:t>
      </w:r>
    </w:p>
    <w:p>
      <w:r>
        <w:t>四、问题分析</w:t>
      </w:r>
    </w:p>
    <w:p>
      <w:r>
        <w:t>五、结论与建议（可操作、分主次）</w:t>
      </w:r>
    </w:p>
    <w:p>
      <w:r>
        <w:t>⚠️要点：用数据说话，图表比文字更有说服力；建议要具体可落地。完整模板见Word版。?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