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低保申请书范文+申请条件说明</w:t>
      </w:r>
    </w:p>
    <w:p>
      <w:r>
        <w:t>家庭困难申请低保，申请书要怎么写？小编整理了低保申请书范文和申请条件说明，帮助符合条件的朋友顺利申请。</w:t>
      </w:r>
    </w:p>
    <w:p>
      <w:r>
        <w:t>亮点：①申请书标准格式；②申请条件与流程说明；③材料清单。网页是预览版，下载Word完整版可填写。? 免费下载Word完整版（可直接打印编辑）</w:t>
      </w:r>
    </w:p>
    <w:p>
      <w:pPr>
        <w:pStyle w:val="Heading1"/>
      </w:pPr>
      <w:r>
        <w:t>低保申请书（范文）</w:t>
      </w:r>
    </w:p>
    <w:p>
      <w:r>
        <w:t>XX乡（街道）人民政府：</w:t>
      </w:r>
    </w:p>
    <w:p>
      <w:r>
        <w:t>我叫____，家住____，家庭人口____人。因____原因（患病/残疾/失业/无劳动力等），家庭生活困难，人均收入低于低保标准，特申请最低生活保障……</w:t>
      </w:r>
    </w:p>
    <w:p>
      <w:r>
        <w:t>申请人：____</w:t>
      </w:r>
    </w:p>
    <w:p>
      <w:r>
        <w:t>____年__月__日</w:t>
      </w:r>
    </w:p>
    <w:p>
      <w:r>
        <w:t>申请条件、材料清单见Word版。?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