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低保申请书范文（通用版，可修改使用）</w:t>
      </w:r>
    </w:p>
    <w:p>
      <w:r>
        <w:t>低保申请书范文（通用版，可修改使用）</w:t>
      </w:r>
    </w:p>
    <w:p>
      <w:r>
        <w:t>尊敬的XX村委会（社区居委会）：申请人XXX，男/女，X年X月出生，现住XX，身份证号XXX。特向贵单位申请城乡居民最低生活保障，现将家庭情况说明如下：</w:t>
      </w:r>
    </w:p>
    <w:p>
      <w:r>
        <w:t>一、家庭基本情况：家庭人口X人，分别为…（家庭成员及关系）。</w:t>
      </w:r>
    </w:p>
    <w:p>
      <w:r>
        <w:t>二、家庭收入情况：本人/家庭成员因…原因（患病/残疾/失业/年老体弱/无劳动能力等），无稳定收入来源，家庭月收入约XX元，人均收入低于当地最低生活保障标准。</w:t>
      </w:r>
    </w:p>
    <w:p>
      <w:r>
        <w:t>三、家庭困难情况：本人患有…疾病（附诊断证明），每月医药费约XX元；子女上学费用…；家庭日常开支…，生活十分困难。</w:t>
      </w:r>
    </w:p>
    <w:p>
      <w:r>
        <w:t>四、申请理由：鉴于以上情况，本人家庭生活确实困难，特申请城乡居民最低生活保障，恳请领导核实情况，予以批准，以解燃眉之急。</w:t>
      </w:r>
    </w:p>
    <w:p>
      <w:r>
        <w:t>申请人：XXX 2026年X月X日（附：身份证、户口本、诊断证明、收入证明等材料）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