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民间借贷合同范本（附抵押担保条款）</w:t>
      </w:r>
    </w:p>
    <w:p>
      <w:r>
        <w:t>借款合同（附抵押担保）</w:t>
      </w:r>
    </w:p>
    <w:p>
      <w:r>
        <w:t>出借人（甲方）：__ 身份证号：__ 借款人（乙方）：__ 身份证号：__ 抵押人（丙方）：__ 身份证号：__</w:t>
      </w:r>
    </w:p>
    <w:p>
      <w:r>
        <w:t>根据《中华人民共和国民法典》及相关法律法规，各方就借款及抵押担保事宜达成如下协议：</w:t>
      </w:r>
    </w:p>
    <w:p>
      <w:r>
        <w:t>第一条 借款金额：甲方向乙方出借人民币__元整（大写：__元整），实际以转账记录为准。</w:t>
      </w:r>
    </w:p>
    <w:p>
      <w:r>
        <w:t>第二条 借款期限：自__年__月__日起至__年__月__日止，共__个月。</w:t>
      </w:r>
    </w:p>
    <w:p>
      <w:r>
        <w:t>第三条 利息：借款月利率为__%，利息按月（或到期一次性）支付。年利率超过合同成立时一年期贷款市场报价利率（LPR）四倍的部分不受法律保护。</w:t>
      </w:r>
    </w:p>
    <w:p>
      <w:r>
        <w:t>第四条 还款方式：乙方于__年__月__日前一次性还清本息（或按月分期偿还，每期__元）。</w:t>
      </w:r>
    </w:p>
    <w:p>
      <w:r>
        <w:t>第五条 抵押担保：丙方自愿以其名下的__（房产坐落：__/车辆型号：__）为乙方的借款提供抵押担保。抵押担保范围包括借款本金、利息、违约金及实现债权的费用。</w:t>
      </w:r>
    </w:p>
    <w:p>
      <w:r>
        <w:t>第六条 抵押登记：各方应于本合同签订后__日内办理抵押登记手续，登记费用由__方承担。未经登记，抵押权不成立。</w:t>
      </w:r>
    </w:p>
    <w:p>
      <w:r>
        <w:t>第七条 违约责任：乙方逾期还款的，每逾期一日按未还金额的__‰支付逾期利息；逾期超过__日，甲方有权处置抵押物优先受偿。</w:t>
      </w:r>
    </w:p>
    <w:p>
      <w:r>
        <w:t>第八条 争议解决：协商不成的，向甲方所在地人民法院起诉。本合同一式三份，甲方、乙方、丙方各执一份。</w:t>
      </w:r>
    </w:p>
    <w:p>
      <w:r>
        <w:t>甲方（签字）：__ 乙方（签字）：__ 丙方（签字）：__ 日期：__年__月__日</w:t>
      </w:r>
    </w:p>
    <w:p>
      <w:r>
        <w:t>使用说明：以上为完整合同模板，甲方乙方信息留空，请根据实际情况填写后打印签字。合同签字即生效，请仔细阅读每一条款。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