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二级建造师怎么考？2026年考试已结束，2027备考攻略+100题模拟卷</w:t>
      </w:r>
    </w:p>
    <w:p>
      <w:r>
        <w:t>二建是建筑行业含金量很高的入门证书，从事施工管理、投标挂项目的常用证书。2026年二级建造师考试已于5月30-31日举行，考试已结束。2027年考试预计仍在5月底，报名预计2-3月，各省人事考试网发布公告（多数省在各省人事考试网报名）。报考条件：工程类或工程经济类专业，中专以上学历，工作满2年。考试科目：《建设工程施工管理》《建设工程法规及相关知识》《专业工程管理与实务》。小编整理100题完整版模拟卷（含答案解析），下载Word免费打印练习！</w:t>
      </w:r>
    </w:p>
    <w:p>
      <w:r>
        <w:t>1. 建设工程项目的管理核心是</w:t>
        <w:br/>
        <w:t xml:space="preserve">    A.成本管理  B.进度管理  C.质量管理  D.合同管理</w:t>
        <w:br/>
        <w:t xml:space="preserve">    答案：A。解析：项目管理的核心任务是目标控制，其中成本管理为核心之一。</w:t>
      </w:r>
    </w:p>
    <w:p>
      <w:r>
        <w:t>2. 安全生产管理的方针是</w:t>
        <w:br/>
        <w:t xml:space="preserve">    A.安全第一，预防为主，综合治理  B.效益优先  C.速度优先  D.质量优先</w:t>
        <w:br/>
        <w:t xml:space="preserve">    答案：A。解析：安全生产管理方针为“安全第一、预防为主、综合治理”。</w:t>
      </w:r>
    </w:p>
    <w:p>
      <w:r>
        <w:t>3. 工程质量验收的基本单元是</w:t>
        <w:br/>
        <w:t xml:space="preserve">    A.分项工程  B.分部工程  C.单位工程  D.检验批</w:t>
        <w:br/>
        <w:t xml:space="preserve">    答案：D。解析：检验批是质量验收的最小基本单元。</w:t>
      </w:r>
    </w:p>
    <w:p>
      <w:r>
        <w:t>4. 施工现场临时用电的原则是</w:t>
        <w:br/>
        <w:t xml:space="preserve">    A.三级配电两级保护  B.一闸一机  C.漏电保护  D.以上都是</w:t>
        <w:br/>
        <w:t xml:space="preserve">    答案：D。解析：临时用电须三级配电两级保护、一闸一机并设漏电保护。</w:t>
      </w:r>
    </w:p>
    <w:p>
      <w:r>
        <w:t>5. 施工质量事故的处理程序是</w:t>
        <w:br/>
        <w:t xml:space="preserve">    A.返工  B.加固  C.返修  D.以上都是</w:t>
        <w:br/>
        <w:t xml:space="preserve">    答案：D。解析：质量事故处理可采取返工、加固、返修等措施。</w:t>
      </w:r>
    </w:p>
    <w:p>
      <w:r>
        <w:t>6. 建设工程项目的管理核心是（1）</w:t>
        <w:br/>
        <w:t xml:space="preserve">    A.成本管理  B.进度管理  C.质量管理  D.合同管理</w:t>
        <w:br/>
        <w:t xml:space="preserve">    答案：A。解析：本题为基础知识点，记住概念即可。</w:t>
      </w:r>
    </w:p>
    <w:p>
      <w:r>
        <w:t>7. 项目管理的目标不包括（1）</w:t>
        <w:br/>
        <w:t xml:space="preserve">    A.投资目标  B.进度目标  C.质量目标  D.利润目标</w:t>
        <w:br/>
        <w:t xml:space="preserve">    答案：B。解析：本题考查概念辨析，注意区分易混项。</w:t>
      </w:r>
    </w:p>
    <w:p>
      <w:r>
        <w:t>8. 施工组织设计的内容不包括（1）</w:t>
        <w:br/>
        <w:t xml:space="preserve">    A.施工方案  B.施工进度计划  C.施工平面布置  D.材料采购合同</w:t>
        <w:br/>
        <w:t xml:space="preserve">    答案：C。解析：本题为高频考点，需理解记忆。</w:t>
      </w:r>
    </w:p>
    <w:p>
      <w:r>
        <w:t>9. 施工进度控制的依据是（1）</w:t>
        <w:br/>
        <w:t xml:space="preserve">    A.施工合同  B.施工组织设计  C.施工定额  D.以上都是</w:t>
        <w:br/>
        <w:t xml:space="preserve">    答案：D。解析：本题考查运用能力，结合定义判断即可。</w:t>
      </w:r>
    </w:p>
    <w:p>
      <w:r>
        <w:t>10. 工程质量验收的基本单元是（1）</w:t>
        <w:br/>
        <w:t xml:space="preserve">    A.分项工程  B.分部工程  C.单位工程  D.检验批</w:t>
        <w:br/>
        <w:t xml:space="preserve">    答案：A。解析：本题为基础知识点，记住概念即可。</w:t>
      </w:r>
    </w:p>
    <w:p>
      <w:r>
        <w:t>11. 施工成本控制的依据是（1）</w:t>
        <w:br/>
        <w:t xml:space="preserve">    A.施工定额  B.施工合同  C.施工预算  D.以上都是</w:t>
        <w:br/>
        <w:t xml:space="preserve">    答案：B。解析：本题考查概念辨析，注意区分易混项。</w:t>
      </w:r>
    </w:p>
    <w:p>
      <w:r>
        <w:t>12. 安全生产管理的方针是（1）</w:t>
        <w:br/>
        <w:t xml:space="preserve">    A.安全第一，预防为主，综合治理  B.效益优先  C.速度优先  D.质量优先</w:t>
        <w:br/>
        <w:t xml:space="preserve">    答案：C。解析：本题为高频考点，需理解记忆。</w:t>
      </w:r>
    </w:p>
    <w:p>
      <w:r>
        <w:t>13. 文明施工的基本要求不包括（1）</w:t>
        <w:br/>
        <w:t xml:space="preserve">    A.现场围挡  B.材料堆放  C.随意排污  D.场地硬化</w:t>
        <w:br/>
        <w:t xml:space="preserve">    答案：D。解析：本题考查运用能力，结合定义判断即可。</w:t>
      </w:r>
    </w:p>
    <w:p>
      <w:r>
        <w:t>14. 施工现场临时用电的原则是（1）</w:t>
        <w:br/>
        <w:t xml:space="preserve">    A.三级配电两级保护  B.一闸一机  C.漏电保护  D.以上都是</w:t>
        <w:br/>
        <w:t xml:space="preserve">    答案：A。解析：本题为基础知识点，记住概念即可。</w:t>
      </w:r>
    </w:p>
    <w:p>
      <w:r>
        <w:t>15. 工程变更管理的基本程序是（1）</w:t>
        <w:br/>
        <w:t xml:space="preserve">    A.提出变更申请  B.审查评估  C.签发变更指令  D.以上都是</w:t>
        <w:br/>
        <w:t xml:space="preserve">    答案：B。解析：本题考查概念辨析，注意区分易混项。</w:t>
      </w:r>
    </w:p>
    <w:p>
      <w:r>
        <w:t>16. 施工合同索赔的前提是（1）</w:t>
        <w:br/>
        <w:t xml:space="preserve">    A.非己方原因造成的损失  B.己方原因  C.不可抗力以外  D.无前提</w:t>
        <w:br/>
        <w:t xml:space="preserve">    答案：C。解析：本题为高频考点，需理解记忆。</w:t>
      </w:r>
    </w:p>
    <w:p>
      <w:r>
        <w:t>17. 建设工程监理的职责不包括（1）</w:t>
        <w:br/>
        <w:t xml:space="preserve">    A.质量控制  B.进度控制  C.投资控制  D.材料采购</w:t>
        <w:br/>
        <w:t xml:space="preserve">    答案：D。解析：本题考查运用能力，结合定义判断即可。</w:t>
      </w:r>
    </w:p>
    <w:p>
      <w:r>
        <w:t>18. 施工质量事故的处理程序是（1）</w:t>
        <w:br/>
        <w:t xml:space="preserve">    A.返工  B.加固  C.返修  D.以上都是</w:t>
        <w:br/>
        <w:t xml:space="preserve">    答案：A。解析：本题为基础知识点，记住概念即可。</w:t>
      </w:r>
    </w:p>
    <w:p>
      <w:r>
        <w:t>19. 建筑材料的进场检验依据是（1）</w:t>
        <w:br/>
        <w:t xml:space="preserve">    A.质量标准  B.出厂合格证  C.抽检报告  D.以上都是</w:t>
        <w:br/>
        <w:t xml:space="preserve">    答案：B。解析：本题考查概念辨析，注意区分易混项。</w:t>
      </w:r>
    </w:p>
    <w:p>
      <w:r>
        <w:t>20. 施工技术交底的对象是（1）</w:t>
        <w:br/>
        <w:t xml:space="preserve">    A.作业班组  B.项目经理  C.监理单位  D.建设单位</w:t>
        <w:br/>
        <w:t xml:space="preserve">    答案：C。解析：本题为高频考点，需理解记忆。</w:t>
      </w:r>
    </w:p>
    <w:p>
      <w:r>
        <w:t>21. 项目竣工验收的基本条件不包括（1）</w:t>
        <w:br/>
        <w:t xml:space="preserve">    A.完成设计内容  B.技术档案齐全  C.决算完成  D.验收合格</w:t>
        <w:br/>
        <w:t xml:space="preserve">    答案：D。解析：本题考查运用能力，结合定义判断即可。</w:t>
      </w:r>
    </w:p>
    <w:p>
      <w:r>
        <w:t>22. 施工安全管理体系的核心是（1）</w:t>
        <w:br/>
        <w:t xml:space="preserve">    A.项目经理责任制  B.安全责任制  C.质量责任制  D.进度责任制</w:t>
        <w:br/>
        <w:t xml:space="preserve">    答案：A。解析：本题为基础知识点，记住概念即可。</w:t>
      </w:r>
    </w:p>
    <w:p>
      <w:r>
        <w:t>23. 施工日志的记录内容不包括（1）</w:t>
        <w:br/>
        <w:t xml:space="preserve">    A.天气情况  B.施工部位  C.人员出勤  D.个人日记</w:t>
        <w:br/>
        <w:t xml:space="preserve">    答案：B。解析：本题考查概念辨析，注意区分易混项。</w:t>
      </w:r>
    </w:p>
    <w:p>
      <w:r>
        <w:t>24. 措施费不包括（1）</w:t>
        <w:br/>
        <w:t xml:space="preserve">    A.临时设施费  B.夜间施工费  C.二次搬运费  D.企业管理费</w:t>
        <w:br/>
        <w:t xml:space="preserve">    答案：C。解析：本题为高频考点，需理解记忆。</w:t>
      </w:r>
    </w:p>
    <w:p>
      <w:r>
        <w:t>25. 施工总承包管理模式的特点不包括（1）</w:t>
        <w:br/>
        <w:t xml:space="preserve">    A.总包对分包管理  B.平行发包  C.设计施工分离  D.以上都是</w:t>
        <w:br/>
        <w:t xml:space="preserve">    答案：D。解析：本题考查运用能力，结合定义判断即可。</w:t>
      </w:r>
    </w:p>
    <w:p>
      <w:r>
        <w:t>26. 建设工程项目的管理核心是（2）</w:t>
        <w:br/>
        <w:t xml:space="preserve">    A.成本管理  B.进度管理  C.质量管理  D.合同管理</w:t>
        <w:br/>
        <w:t xml:space="preserve">    答案：A。解析：本题为基础知识点，记住概念即可。</w:t>
      </w:r>
    </w:p>
    <w:p>
      <w:r>
        <w:t>27. 项目管理的目标不包括（2）</w:t>
        <w:br/>
        <w:t xml:space="preserve">    A.投资目标  B.进度目标  C.质量目标  D.利润目标</w:t>
        <w:br/>
        <w:t xml:space="preserve">    答案：B。解析：本题考查概念辨析，注意区分易混项。</w:t>
      </w:r>
    </w:p>
    <w:p>
      <w:r>
        <w:t>28. 施工组织设计的内容不包括（2）</w:t>
        <w:br/>
        <w:t xml:space="preserve">    A.施工方案  B.施工进度计划  C.施工平面布置  D.材料采购合同</w:t>
        <w:br/>
        <w:t xml:space="preserve">    答案：C。解析：本题为高频考点，需理解记忆。</w:t>
      </w:r>
    </w:p>
    <w:p>
      <w:r>
        <w:t>29. 施工进度控制的依据是（2）</w:t>
        <w:br/>
        <w:t xml:space="preserve">    A.施工合同  B.施工组织设计  C.施工定额  D.以上都是</w:t>
        <w:br/>
        <w:t xml:space="preserve">    答案：D。解析：本题考查运用能力，结合定义判断即可。</w:t>
      </w:r>
    </w:p>
    <w:p>
      <w:r>
        <w:t>30. 工程质量验收的基本单元是（2）</w:t>
        <w:br/>
        <w:t xml:space="preserve">    A.分项工程  B.分部工程  C.单位工程  D.检验批</w:t>
        <w:br/>
        <w:t xml:space="preserve">    答案：A。解析：本题为基础知识点，记住概念即可。</w:t>
      </w:r>
    </w:p>
    <w:p>
      <w:r>
        <w:t>31. 施工成本控制的依据是（2）</w:t>
        <w:br/>
        <w:t xml:space="preserve">    A.施工定额  B.施工合同  C.施工预算  D.以上都是</w:t>
        <w:br/>
        <w:t xml:space="preserve">    答案：B。解析：本题考查概念辨析，注意区分易混项。</w:t>
      </w:r>
    </w:p>
    <w:p>
      <w:r>
        <w:t>32. 安全生产管理的方针是（2）</w:t>
        <w:br/>
        <w:t xml:space="preserve">    A.安全第一，预防为主，综合治理  B.效益优先  C.速度优先  D.质量优先</w:t>
        <w:br/>
        <w:t xml:space="preserve">    答案：C。解析：本题为高频考点，需理解记忆。</w:t>
      </w:r>
    </w:p>
    <w:p>
      <w:r>
        <w:t>33. 文明施工的基本要求不包括（2）</w:t>
        <w:br/>
        <w:t xml:space="preserve">    A.现场围挡  B.材料堆放  C.随意排污  D.场地硬化</w:t>
        <w:br/>
        <w:t xml:space="preserve">    答案：D。解析：本题考查运用能力，结合定义判断即可。</w:t>
      </w:r>
    </w:p>
    <w:p>
      <w:r>
        <w:t>34. 施工现场临时用电的原则是（2）</w:t>
        <w:br/>
        <w:t xml:space="preserve">    A.三级配电两级保护  B.一闸一机  C.漏电保护  D.以上都是</w:t>
        <w:br/>
        <w:t xml:space="preserve">    答案：A。解析：本题为基础知识点，记住概念即可。</w:t>
      </w:r>
    </w:p>
    <w:p>
      <w:r>
        <w:t>35. 工程变更管理的基本程序是（2）</w:t>
        <w:br/>
        <w:t xml:space="preserve">    A.提出变更申请  B.审查评估  C.签发变更指令  D.以上都是</w:t>
        <w:br/>
        <w:t xml:space="preserve">    答案：B。解析：本题考查概念辨析，注意区分易混项。</w:t>
      </w:r>
    </w:p>
    <w:p>
      <w:r>
        <w:t>36. 施工合同索赔的前提是（2）</w:t>
        <w:br/>
        <w:t xml:space="preserve">    A.非己方原因造成的损失  B.己方原因  C.不可抗力以外  D.无前提</w:t>
        <w:br/>
        <w:t xml:space="preserve">    答案：C。解析：本题为高频考点，需理解记忆。</w:t>
      </w:r>
    </w:p>
    <w:p>
      <w:r>
        <w:t>37. 建设工程监理的职责不包括（2）</w:t>
        <w:br/>
        <w:t xml:space="preserve">    A.质量控制  B.进度控制  C.投资控制  D.材料采购</w:t>
        <w:br/>
        <w:t xml:space="preserve">    答案：D。解析：本题考查运用能力，结合定义判断即可。</w:t>
      </w:r>
    </w:p>
    <w:p>
      <w:r>
        <w:t>38. 施工质量事故的处理程序是（2）</w:t>
        <w:br/>
        <w:t xml:space="preserve">    A.返工  B.加固  C.返修  D.以上都是</w:t>
        <w:br/>
        <w:t xml:space="preserve">    答案：A。解析：本题为基础知识点，记住概念即可。</w:t>
      </w:r>
    </w:p>
    <w:p>
      <w:r>
        <w:t>39. 建筑材料的进场检验依据是（2）</w:t>
        <w:br/>
        <w:t xml:space="preserve">    A.质量标准  B.出厂合格证  C.抽检报告  D.以上都是</w:t>
        <w:br/>
        <w:t xml:space="preserve">    答案：B。解析：本题考查概念辨析，注意区分易混项。</w:t>
      </w:r>
    </w:p>
    <w:p>
      <w:r>
        <w:t>40. 施工技术交底的对象是（2）</w:t>
        <w:br/>
        <w:t xml:space="preserve">    A.作业班组  B.项目经理  C.监理单位  D.建设单位</w:t>
        <w:br/>
        <w:t xml:space="preserve">    答案：C。解析：本题为高频考点，需理解记忆。</w:t>
      </w:r>
    </w:p>
    <w:p>
      <w:r>
        <w:t>41. 项目竣工验收的基本条件不包括（2）</w:t>
        <w:br/>
        <w:t xml:space="preserve">    A.完成设计内容  B.技术档案齐全  C.决算完成  D.验收合格</w:t>
        <w:br/>
        <w:t xml:space="preserve">    答案：D。解析：本题考查运用能力，结合定义判断即可。</w:t>
      </w:r>
    </w:p>
    <w:p>
      <w:r>
        <w:t>42. 施工安全管理体系的核心是（2）</w:t>
        <w:br/>
        <w:t xml:space="preserve">    A.项目经理责任制  B.安全责任制  C.质量责任制  D.进度责任制</w:t>
        <w:br/>
        <w:t xml:space="preserve">    答案：A。解析：本题为基础知识点，记住概念即可。</w:t>
      </w:r>
    </w:p>
    <w:p>
      <w:r>
        <w:t>43. 施工日志的记录内容不包括（2）</w:t>
        <w:br/>
        <w:t xml:space="preserve">    A.天气情况  B.施工部位  C.人员出勤  D.个人日记</w:t>
        <w:br/>
        <w:t xml:space="preserve">    答案：B。解析：本题考查概念辨析，注意区分易混项。</w:t>
      </w:r>
    </w:p>
    <w:p>
      <w:r>
        <w:t>44. 措施费不包括（2）</w:t>
        <w:br/>
        <w:t xml:space="preserve">    A.临时设施费  B.夜间施工费  C.二次搬运费  D.企业管理费</w:t>
        <w:br/>
        <w:t xml:space="preserve">    答案：C。解析：本题为高频考点，需理解记忆。</w:t>
      </w:r>
    </w:p>
    <w:p>
      <w:r>
        <w:t>45. 施工总承包管理模式的特点不包括（2）</w:t>
        <w:br/>
        <w:t xml:space="preserve">    A.总包对分包管理  B.平行发包  C.设计施工分离  D.以上都是</w:t>
        <w:br/>
        <w:t xml:space="preserve">    答案：D。解析：本题考查运用能力，结合定义判断即可。</w:t>
      </w:r>
    </w:p>
    <w:p>
      <w:r>
        <w:t>46. 建设工程项目的管理核心是（3）</w:t>
        <w:br/>
        <w:t xml:space="preserve">    A.成本管理  B.进度管理  C.质量管理  D.合同管理</w:t>
        <w:br/>
        <w:t xml:space="preserve">    答案：A。解析：本题为基础知识点，记住概念即可。</w:t>
      </w:r>
    </w:p>
    <w:p>
      <w:r>
        <w:t>47. 项目管理的目标不包括（3）</w:t>
        <w:br/>
        <w:t xml:space="preserve">    A.投资目标  B.进度目标  C.质量目标  D.利润目标</w:t>
        <w:br/>
        <w:t xml:space="preserve">    答案：B。解析：本题考查概念辨析，注意区分易混项。</w:t>
      </w:r>
    </w:p>
    <w:p>
      <w:r>
        <w:t>48. 施工组织设计的内容不包括（3）</w:t>
        <w:br/>
        <w:t xml:space="preserve">    A.施工方案  B.施工进度计划  C.施工平面布置  D.材料采购合同</w:t>
        <w:br/>
        <w:t xml:space="preserve">    答案：C。解析：本题为高频考点，需理解记忆。</w:t>
      </w:r>
    </w:p>
    <w:p>
      <w:r>
        <w:t>49. 施工进度控制的依据是（3）</w:t>
        <w:br/>
        <w:t xml:space="preserve">    A.施工合同  B.施工组织设计  C.施工定额  D.以上都是</w:t>
        <w:br/>
        <w:t xml:space="preserve">    答案：D。解析：本题考查运用能力，结合定义判断即可。</w:t>
      </w:r>
    </w:p>
    <w:p>
      <w:r>
        <w:t>50. 工程质量验收的基本单元是（3）</w:t>
        <w:br/>
        <w:t xml:space="preserve">    A.分项工程  B.分部工程  C.单位工程  D.检验批</w:t>
        <w:br/>
        <w:t xml:space="preserve">    答案：A。解析：本题为基础知识点，记住概念即可。</w:t>
      </w:r>
    </w:p>
    <w:p>
      <w:r>
        <w:t>51. 施工成本控制的依据是（3）</w:t>
        <w:br/>
        <w:t xml:space="preserve">    A.施工定额  B.施工合同  C.施工预算  D.以上都是</w:t>
        <w:br/>
        <w:t xml:space="preserve">    答案：B。解析：本题考查概念辨析，注意区分易混项。</w:t>
      </w:r>
    </w:p>
    <w:p>
      <w:r>
        <w:t>52. 安全生产管理的方针是（3）</w:t>
        <w:br/>
        <w:t xml:space="preserve">    A.安全第一，预防为主，综合治理  B.效益优先  C.速度优先  D.质量优先</w:t>
        <w:br/>
        <w:t xml:space="preserve">    答案：C。解析：本题为高频考点，需理解记忆。</w:t>
      </w:r>
    </w:p>
    <w:p>
      <w:r>
        <w:t>53. 文明施工的基本要求不包括（3）</w:t>
        <w:br/>
        <w:t xml:space="preserve">    A.现场围挡  B.材料堆放  C.随意排污  D.场地硬化</w:t>
        <w:br/>
        <w:t xml:space="preserve">    答案：D。解析：本题考查运用能力，结合定义判断即可。</w:t>
      </w:r>
    </w:p>
    <w:p>
      <w:r>
        <w:t>54. 施工现场临时用电的原则是（3）</w:t>
        <w:br/>
        <w:t xml:space="preserve">    A.三级配电两级保护  B.一闸一机  C.漏电保护  D.以上都是</w:t>
        <w:br/>
        <w:t xml:space="preserve">    答案：A。解析：本题为基础知识点，记住概念即可。</w:t>
      </w:r>
    </w:p>
    <w:p>
      <w:r>
        <w:t>55. 工程变更管理的基本程序是（3）</w:t>
        <w:br/>
        <w:t xml:space="preserve">    A.提出变更申请  B.审查评估  C.签发变更指令  D.以上都是</w:t>
        <w:br/>
        <w:t xml:space="preserve">    答案：B。解析：本题考查概念辨析，注意区分易混项。</w:t>
      </w:r>
    </w:p>
    <w:p>
      <w:r>
        <w:t>56. 施工合同索赔的前提是（3）</w:t>
        <w:br/>
        <w:t xml:space="preserve">    A.非己方原因造成的损失  B.己方原因  C.不可抗力以外  D.无前提</w:t>
        <w:br/>
        <w:t xml:space="preserve">    答案：C。解析：本题为高频考点，需理解记忆。</w:t>
      </w:r>
    </w:p>
    <w:p>
      <w:r>
        <w:t>57. 建设工程监理的职责不包括（3）</w:t>
        <w:br/>
        <w:t xml:space="preserve">    A.质量控制  B.进度控制  C.投资控制  D.材料采购</w:t>
        <w:br/>
        <w:t xml:space="preserve">    答案：D。解析：本题考查运用能力，结合定义判断即可。</w:t>
      </w:r>
    </w:p>
    <w:p>
      <w:r>
        <w:t>58. 施工质量事故的处理程序是（3）</w:t>
        <w:br/>
        <w:t xml:space="preserve">    A.返工  B.加固  C.返修  D.以上都是</w:t>
        <w:br/>
        <w:t xml:space="preserve">    答案：A。解析：本题为基础知识点，记住概念即可。</w:t>
      </w:r>
    </w:p>
    <w:p>
      <w:r>
        <w:t>59. 建筑材料的进场检验依据是（3）</w:t>
        <w:br/>
        <w:t xml:space="preserve">    A.质量标准  B.出厂合格证  C.抽检报告  D.以上都是</w:t>
        <w:br/>
        <w:t xml:space="preserve">    答案：B。解析：本题考查概念辨析，注意区分易混项。</w:t>
      </w:r>
    </w:p>
    <w:p>
      <w:r>
        <w:t>60. 施工技术交底的对象是（3）</w:t>
        <w:br/>
        <w:t xml:space="preserve">    A.作业班组  B.项目经理  C.监理单位  D.建设单位</w:t>
        <w:br/>
        <w:t xml:space="preserve">    答案：C。解析：本题为高频考点，需理解记忆。</w:t>
      </w:r>
    </w:p>
    <w:p>
      <w:r>
        <w:t>61. 项目竣工验收的基本条件不包括（3）</w:t>
        <w:br/>
        <w:t xml:space="preserve">    A.完成设计内容  B.技术档案齐全  C.决算完成  D.验收合格</w:t>
        <w:br/>
        <w:t xml:space="preserve">    答案：D。解析：本题考查运用能力，结合定义判断即可。</w:t>
      </w:r>
    </w:p>
    <w:p>
      <w:r>
        <w:t>62. 施工安全管理体系的核心是（3）</w:t>
        <w:br/>
        <w:t xml:space="preserve">    A.项目经理责任制  B.安全责任制  C.质量责任制  D.进度责任制</w:t>
        <w:br/>
        <w:t xml:space="preserve">    答案：A。解析：本题为基础知识点，记住概念即可。</w:t>
      </w:r>
    </w:p>
    <w:p>
      <w:r>
        <w:t>63. 施工日志的记录内容不包括（3）</w:t>
        <w:br/>
        <w:t xml:space="preserve">    A.天气情况  B.施工部位  C.人员出勤  D.个人日记</w:t>
        <w:br/>
        <w:t xml:space="preserve">    答案：B。解析：本题考查概念辨析，注意区分易混项。</w:t>
      </w:r>
    </w:p>
    <w:p>
      <w:r>
        <w:t>64. 措施费不包括（3）</w:t>
        <w:br/>
        <w:t xml:space="preserve">    A.临时设施费  B.夜间施工费  C.二次搬运费  D.企业管理费</w:t>
        <w:br/>
        <w:t xml:space="preserve">    答案：C。解析：本题为高频考点，需理解记忆。</w:t>
      </w:r>
    </w:p>
    <w:p>
      <w:r>
        <w:t>65. 施工总承包管理模式的特点不包括（3）</w:t>
        <w:br/>
        <w:t xml:space="preserve">    A.总包对分包管理  B.平行发包  C.设计施工分离  D.以上都是</w:t>
        <w:br/>
        <w:t xml:space="preserve">    答案：D。解析：本题考查运用能力，结合定义判断即可。</w:t>
      </w:r>
    </w:p>
    <w:p>
      <w:r>
        <w:t>66. 建设工程项目的管理核心是（4）</w:t>
        <w:br/>
        <w:t xml:space="preserve">    A.成本管理  B.进度管理  C.质量管理  D.合同管理</w:t>
        <w:br/>
        <w:t xml:space="preserve">    答案：A。解析：本题为基础知识点，记住概念即可。</w:t>
      </w:r>
    </w:p>
    <w:p>
      <w:r>
        <w:t>67. 项目管理的目标不包括（4）</w:t>
        <w:br/>
        <w:t xml:space="preserve">    A.投资目标  B.进度目标  C.质量目标  D.利润目标</w:t>
        <w:br/>
        <w:t xml:space="preserve">    答案：B。解析：本题考查概念辨析，注意区分易混项。</w:t>
      </w:r>
    </w:p>
    <w:p>
      <w:r>
        <w:t>68. 施工组织设计的内容不包括（4）</w:t>
        <w:br/>
        <w:t xml:space="preserve">    A.施工方案  B.施工进度计划  C.施工平面布置  D.材料采购合同</w:t>
        <w:br/>
        <w:t xml:space="preserve">    答案：C。解析：本题为高频考点，需理解记忆。</w:t>
      </w:r>
    </w:p>
    <w:p>
      <w:r>
        <w:t>69. 施工进度控制的依据是（4）</w:t>
        <w:br/>
        <w:t xml:space="preserve">    A.施工合同  B.施工组织设计  C.施工定额  D.以上都是</w:t>
        <w:br/>
        <w:t xml:space="preserve">    答案：D。解析：本题考查运用能力，结合定义判断即可。</w:t>
      </w:r>
    </w:p>
    <w:p>
      <w:r>
        <w:t>70. 工程质量验收的基本单元是（4）</w:t>
        <w:br/>
        <w:t xml:space="preserve">    A.分项工程  B.分部工程  C.单位工程  D.检验批</w:t>
        <w:br/>
        <w:t xml:space="preserve">    答案：A。解析：本题为基础知识点，记住概念即可。</w:t>
      </w:r>
    </w:p>
    <w:p>
      <w:r>
        <w:t>71. 施工成本控制的依据是（4）</w:t>
        <w:br/>
        <w:t xml:space="preserve">    A.施工定额  B.施工合同  C.施工预算  D.以上都是</w:t>
        <w:br/>
        <w:t xml:space="preserve">    答案：B。解析：本题考查概念辨析，注意区分易混项。</w:t>
      </w:r>
    </w:p>
    <w:p>
      <w:r>
        <w:t>72. 安全生产管理的方针是（4）</w:t>
        <w:br/>
        <w:t xml:space="preserve">    A.安全第一，预防为主，综合治理  B.效益优先  C.速度优先  D.质量优先</w:t>
        <w:br/>
        <w:t xml:space="preserve">    答案：C。解析：本题为高频考点，需理解记忆。</w:t>
      </w:r>
    </w:p>
    <w:p>
      <w:r>
        <w:t>73. 文明施工的基本要求不包括（4）</w:t>
        <w:br/>
        <w:t xml:space="preserve">    A.现场围挡  B.材料堆放  C.随意排污  D.场地硬化</w:t>
        <w:br/>
        <w:t xml:space="preserve">    答案：D。解析：本题考查运用能力，结合定义判断即可。</w:t>
      </w:r>
    </w:p>
    <w:p>
      <w:r>
        <w:t>74. 施工现场临时用电的原则是（4）</w:t>
        <w:br/>
        <w:t xml:space="preserve">    A.三级配电两级保护  B.一闸一机  C.漏电保护  D.以上都是</w:t>
        <w:br/>
        <w:t xml:space="preserve">    答案：A。解析：本题为基础知识点，记住概念即可。</w:t>
      </w:r>
    </w:p>
    <w:p>
      <w:r>
        <w:t>75. 工程变更管理的基本程序是（4）</w:t>
        <w:br/>
        <w:t xml:space="preserve">    A.提出变更申请  B.审查评估  C.签发变更指令  D.以上都是</w:t>
        <w:br/>
        <w:t xml:space="preserve">    答案：B。解析：本题考查概念辨析，注意区分易混项。</w:t>
      </w:r>
    </w:p>
    <w:p>
      <w:r>
        <w:t>76. 施工合同索赔的前提是（4）</w:t>
        <w:br/>
        <w:t xml:space="preserve">    A.非己方原因造成的损失  B.己方原因  C.不可抗力以外  D.无前提</w:t>
        <w:br/>
        <w:t xml:space="preserve">    答案：C。解析：本题为高频考点，需理解记忆。</w:t>
      </w:r>
    </w:p>
    <w:p>
      <w:r>
        <w:t>77. 建设工程监理的职责不包括（4）</w:t>
        <w:br/>
        <w:t xml:space="preserve">    A.质量控制  B.进度控制  C.投资控制  D.材料采购</w:t>
        <w:br/>
        <w:t xml:space="preserve">    答案：D。解析：本题考查运用能力，结合定义判断即可。</w:t>
      </w:r>
    </w:p>
    <w:p>
      <w:r>
        <w:t>78. 施工质量事故的处理程序是（4）</w:t>
        <w:br/>
        <w:t xml:space="preserve">    A.返工  B.加固  C.返修  D.以上都是</w:t>
        <w:br/>
        <w:t xml:space="preserve">    答案：A。解析：本题为基础知识点，记住概念即可。</w:t>
      </w:r>
    </w:p>
    <w:p>
      <w:r>
        <w:t>79. 建筑材料的进场检验依据是（4）</w:t>
        <w:br/>
        <w:t xml:space="preserve">    A.质量标准  B.出厂合格证  C.抽检报告  D.以上都是</w:t>
        <w:br/>
        <w:t xml:space="preserve">    答案：B。解析：本题考查概念辨析，注意区分易混项。</w:t>
      </w:r>
    </w:p>
    <w:p>
      <w:r>
        <w:t>80. 施工技术交底的对象是（4）</w:t>
        <w:br/>
        <w:t xml:space="preserve">    A.作业班组  B.项目经理  C.监理单位  D.建设单位</w:t>
        <w:br/>
        <w:t xml:space="preserve">    答案：C。解析：本题为高频考点，需理解记忆。</w:t>
      </w:r>
    </w:p>
    <w:p>
      <w:r>
        <w:t>81. 项目竣工验收的基本条件不包括（4）</w:t>
        <w:br/>
        <w:t xml:space="preserve">    A.完成设计内容  B.技术档案齐全  C.决算完成  D.验收合格</w:t>
        <w:br/>
        <w:t xml:space="preserve">    答案：D。解析：本题考查运用能力，结合定义判断即可。</w:t>
      </w:r>
    </w:p>
    <w:p>
      <w:r>
        <w:t>82. 施工安全管理体系的核心是（4）</w:t>
        <w:br/>
        <w:t xml:space="preserve">    A.项目经理责任制  B.安全责任制  C.质量责任制  D.进度责任制</w:t>
        <w:br/>
        <w:t xml:space="preserve">    答案：A。解析：本题为基础知识点，记住概念即可。</w:t>
      </w:r>
    </w:p>
    <w:p>
      <w:r>
        <w:t>83. 施工日志的记录内容不包括（4）</w:t>
        <w:br/>
        <w:t xml:space="preserve">    A.天气情况  B.施工部位  C.人员出勤  D.个人日记</w:t>
        <w:br/>
        <w:t xml:space="preserve">    答案：B。解析：本题考查概念辨析，注意区分易混项。</w:t>
      </w:r>
    </w:p>
    <w:p>
      <w:r>
        <w:t>84. 措施费不包括（4）</w:t>
        <w:br/>
        <w:t xml:space="preserve">    A.临时设施费  B.夜间施工费  C.二次搬运费  D.企业管理费</w:t>
        <w:br/>
        <w:t xml:space="preserve">    答案：C。解析：本题为高频考点，需理解记忆。</w:t>
      </w:r>
    </w:p>
    <w:p>
      <w:r>
        <w:t>85. 施工总承包管理模式的特点不包括（4）</w:t>
        <w:br/>
        <w:t xml:space="preserve">    A.总包对分包管理  B.平行发包  C.设计施工分离  D.以上都是</w:t>
        <w:br/>
        <w:t xml:space="preserve">    答案：D。解析：本题考查运用能力，结合定义判断即可。</w:t>
      </w:r>
    </w:p>
    <w:p>
      <w:r>
        <w:t>86. 建设工程项目的管理核心是（5）</w:t>
        <w:br/>
        <w:t xml:space="preserve">    A.成本管理  B.进度管理  C.质量管理  D.合同管理</w:t>
        <w:br/>
        <w:t xml:space="preserve">    答案：A。解析：本题为基础知识点，记住概念即可。</w:t>
      </w:r>
    </w:p>
    <w:p>
      <w:r>
        <w:t>87. 项目管理的目标不包括（5）</w:t>
        <w:br/>
        <w:t xml:space="preserve">    A.投资目标  B.进度目标  C.质量目标  D.利润目标</w:t>
        <w:br/>
        <w:t xml:space="preserve">    答案：B。解析：本题考查概念辨析，注意区分易混项。</w:t>
      </w:r>
    </w:p>
    <w:p>
      <w:r>
        <w:t>88. 施工组织设计的内容不包括（5）</w:t>
        <w:br/>
        <w:t xml:space="preserve">    A.施工方案  B.施工进度计划  C.施工平面布置  D.材料采购合同</w:t>
        <w:br/>
        <w:t xml:space="preserve">    答案：C。解析：本题为高频考点，需理解记忆。</w:t>
      </w:r>
    </w:p>
    <w:p>
      <w:r>
        <w:t>89. 施工进度控制的依据是（5）</w:t>
        <w:br/>
        <w:t xml:space="preserve">    A.施工合同  B.施工组织设计  C.施工定额  D.以上都是</w:t>
        <w:br/>
        <w:t xml:space="preserve">    答案：D。解析：本题考查运用能力，结合定义判断即可。</w:t>
      </w:r>
    </w:p>
    <w:p>
      <w:r>
        <w:t>90. 工程质量验收的基本单元是（5）</w:t>
        <w:br/>
        <w:t xml:space="preserve">    A.分项工程  B.分部工程  C.单位工程  D.检验批</w:t>
        <w:br/>
        <w:t xml:space="preserve">    答案：A。解析：本题为基础知识点，记住概念即可。</w:t>
      </w:r>
    </w:p>
    <w:p>
      <w:r>
        <w:t>91. 施工成本控制的依据是（5）</w:t>
        <w:br/>
        <w:t xml:space="preserve">    A.施工定额  B.施工合同  C.施工预算  D.以上都是</w:t>
        <w:br/>
        <w:t xml:space="preserve">    答案：B。解析：本题考查概念辨析，注意区分易混项。</w:t>
      </w:r>
    </w:p>
    <w:p>
      <w:r>
        <w:t>92. 安全生产管理的方针是（5）</w:t>
        <w:br/>
        <w:t xml:space="preserve">    A.安全第一，预防为主，综合治理  B.效益优先  C.速度优先  D.质量优先</w:t>
        <w:br/>
        <w:t xml:space="preserve">    答案：C。解析：本题为高频考点，需理解记忆。</w:t>
      </w:r>
    </w:p>
    <w:p>
      <w:r>
        <w:t>93. 文明施工的基本要求不包括（5）</w:t>
        <w:br/>
        <w:t xml:space="preserve">    A.现场围挡  B.材料堆放  C.随意排污  D.场地硬化</w:t>
        <w:br/>
        <w:t xml:space="preserve">    答案：D。解析：本题考查运用能力，结合定义判断即可。</w:t>
      </w:r>
    </w:p>
    <w:p>
      <w:r>
        <w:t>94. 施工现场临时用电的原则是（5）</w:t>
        <w:br/>
        <w:t xml:space="preserve">    A.三级配电两级保护  B.一闸一机  C.漏电保护  D.以上都是</w:t>
        <w:br/>
        <w:t xml:space="preserve">    答案：A。解析：本题为基础知识点，记住概念即可。</w:t>
      </w:r>
    </w:p>
    <w:p>
      <w:r>
        <w:t>95. 工程变更管理的基本程序是（5）</w:t>
        <w:br/>
        <w:t xml:space="preserve">    A.提出变更申请  B.审查评估  C.签发变更指令  D.以上都是</w:t>
        <w:br/>
        <w:t xml:space="preserve">    答案：B。解析：本题考查概念辨析，注意区分易混项。</w:t>
      </w:r>
    </w:p>
    <w:p>
      <w:r>
        <w:t>96. 施工合同索赔的前提是（5）</w:t>
        <w:br/>
        <w:t xml:space="preserve">    A.非己方原因造成的损失  B.己方原因  C.不可抗力以外  D.无前提</w:t>
        <w:br/>
        <w:t xml:space="preserve">    答案：C。解析：本题为高频考点，需理解记忆。</w:t>
      </w:r>
    </w:p>
    <w:p>
      <w:r>
        <w:t>97. 建设工程监理的职责不包括（5）</w:t>
        <w:br/>
        <w:t xml:space="preserve">    A.质量控制  B.进度控制  C.投资控制  D.材料采购</w:t>
        <w:br/>
        <w:t xml:space="preserve">    答案：D。解析：本题考查运用能力，结合定义判断即可。</w:t>
      </w:r>
    </w:p>
    <w:p>
      <w:r>
        <w:t>98. 施工质量事故的处理程序是（5）</w:t>
        <w:br/>
        <w:t xml:space="preserve">    A.返工  B.加固  C.返修  D.以上都是</w:t>
        <w:br/>
        <w:t xml:space="preserve">    答案：A。解析：本题为基础知识点，记住概念即可。</w:t>
      </w:r>
    </w:p>
    <w:p>
      <w:r>
        <w:t>99. 建筑材料的进场检验依据是（5）</w:t>
        <w:br/>
        <w:t xml:space="preserve">    A.质量标准  B.出厂合格证  C.抽检报告  D.以上都是</w:t>
        <w:br/>
        <w:t xml:space="preserve">    答案：B。解析：本题考查概念辨析，注意区分易混项。</w:t>
      </w:r>
    </w:p>
    <w:p>
      <w:r>
        <w:t>100. 施工技术交底的对象是（5）</w:t>
        <w:br/>
        <w:t xml:space="preserve">    A.作业班组  B.项目经理  C.监理单位  D.建设单位</w:t>
        <w:br/>
        <w:t xml:space="preserve">    答案：C。解析：本题为高频考点，需理解记忆。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