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小学二年级数学下册期中测试卷（100题完整版）</w:t>
      </w:r>
    </w:p>
    <w:p>
      <w:r>
        <w:t>满分100分，时间60分钟。本卷为完整版，共100题，含口算、选择、填空、判断、应用题，覆盖表内除法、混合运算、万以内数、克与千克、图形运动等核心内容，全部带答案和解析，可直接打印练习。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计算：-14 + 1 = ?</w:t>
      </w:r>
      <w:r>
        <w:br/>
        <w:t xml:space="preserve">    A. -14</w:t>
      </w:r>
      <w:r>
        <w:br/>
        <w:t xml:space="preserve">    B. -13</w:t>
      </w:r>
      <w:r>
        <w:br/>
        <w:t xml:space="preserve">    C. -9</w:t>
      </w:r>
      <w:r>
        <w:br/>
        <w:t xml:space="preserve">    D. -6</w:t>
      </w:r>
      <w:r>
        <w:br/>
        <w:t>【答案】B　【解析】按有理数运算法则计算，结果为-13。</w:t>
      </w:r>
    </w:p>
    <w:p>
      <w:r>
        <w:t>2. 计算：-11 + 1 = ?</w:t>
      </w:r>
      <w:r>
        <w:br/>
        <w:t xml:space="preserve">    A. -12</w:t>
      </w:r>
      <w:r>
        <w:br/>
        <w:t xml:space="preserve">    B. -10</w:t>
      </w:r>
      <w:r>
        <w:br/>
        <w:t xml:space="preserve">    C. -6</w:t>
      </w:r>
      <w:r>
        <w:br/>
        <w:t xml:space="preserve">    D. -2</w:t>
      </w:r>
      <w:r>
        <w:br/>
        <w:t>【答案】B　【解析】按有理数运算法则计算，结果为-10。</w:t>
      </w:r>
    </w:p>
    <w:p>
      <w:r>
        <w:t>3. 计算：17 + 14 = ?</w:t>
      </w:r>
      <w:r>
        <w:br/>
        <w:t xml:space="preserve">    A. 28</w:t>
      </w:r>
      <w:r>
        <w:br/>
        <w:t xml:space="preserve">    B. 31</w:t>
      </w:r>
      <w:r>
        <w:br/>
        <w:t xml:space="preserve">    C. 34</w:t>
      </w:r>
      <w:r>
        <w:br/>
        <w:t xml:space="preserve">    D. 37</w:t>
      </w:r>
      <w:r>
        <w:br/>
        <w:t>【答案】B　【解析】按有理数运算法则计算，结果为31。</w:t>
      </w:r>
    </w:p>
    <w:p>
      <w:r>
        <w:t>4. 计算：13 - 6 = ?</w:t>
      </w:r>
      <w:r>
        <w:br/>
        <w:t xml:space="preserve">    A. 5</w:t>
      </w:r>
      <w:r>
        <w:br/>
        <w:t xml:space="preserve">    B. 7</w:t>
      </w:r>
      <w:r>
        <w:br/>
        <w:t xml:space="preserve">    C. 8</w:t>
      </w:r>
      <w:r>
        <w:br/>
        <w:t xml:space="preserve">    D. 11</w:t>
      </w:r>
      <w:r>
        <w:br/>
        <w:t>【答案】B　【解析】按有理数运算法则计算，结果为7。</w:t>
      </w:r>
    </w:p>
    <w:p>
      <w:r>
        <w:t>5. 计算：10 - 16 = ?</w:t>
      </w:r>
      <w:r>
        <w:br/>
        <w:t xml:space="preserve">    A. -8</w:t>
      </w:r>
      <w:r>
        <w:br/>
        <w:t xml:space="preserve">    B. -6</w:t>
      </w:r>
      <w:r>
        <w:br/>
        <w:t xml:space="preserve">    C. 0</w:t>
      </w:r>
      <w:r>
        <w:br/>
        <w:t xml:space="preserve">    D. 5</w:t>
      </w:r>
      <w:r>
        <w:br/>
        <w:t>【答案】B　【解析】按有理数运算法则计算，结果为-6。</w:t>
      </w:r>
    </w:p>
    <w:p>
      <w:r>
        <w:t>6. 计算：5 - 7 = ?</w:t>
      </w:r>
      <w:r>
        <w:br/>
        <w:t xml:space="preserve">    A. -9</w:t>
      </w:r>
      <w:r>
        <w:br/>
        <w:t xml:space="preserve">    B. -2</w:t>
      </w:r>
      <w:r>
        <w:br/>
        <w:t xml:space="preserve">    C. 0</w:t>
      </w:r>
      <w:r>
        <w:br/>
        <w:t xml:space="preserve">    D. 5</w:t>
      </w:r>
      <w:r>
        <w:br/>
        <w:t>【答案】B　【解析】按有理数运算法则计算，结果为-2。</w:t>
      </w:r>
    </w:p>
    <w:p>
      <w:r>
        <w:t>7. 计算：-154 ÷ 14 = ?</w:t>
      </w:r>
      <w:r>
        <w:br/>
        <w:t xml:space="preserve">    A. -15</w:t>
      </w:r>
      <w:r>
        <w:br/>
        <w:t xml:space="preserve">    B. -14</w:t>
      </w:r>
      <w:r>
        <w:br/>
        <w:t xml:space="preserve">    C. -11</w:t>
      </w:r>
      <w:r>
        <w:br/>
        <w:t xml:space="preserve">    D. -5</w:t>
      </w:r>
      <w:r>
        <w:br/>
        <w:t>【答案】C　【解析】按有理数运算法则计算，结果为-11。</w:t>
      </w:r>
    </w:p>
    <w:p>
      <w:r>
        <w:t>8. 计算：14 - 3 = ?</w:t>
      </w:r>
      <w:r>
        <w:br/>
        <w:t xml:space="preserve">    A. 8</w:t>
      </w:r>
      <w:r>
        <w:br/>
        <w:t xml:space="preserve">    B. 11</w:t>
      </w:r>
      <w:r>
        <w:br/>
        <w:t xml:space="preserve">    C. 16</w:t>
      </w:r>
      <w:r>
        <w:br/>
        <w:t xml:space="preserve">    D. 22</w:t>
      </w:r>
      <w:r>
        <w:br/>
        <w:t>【答案】B　【解析】按有理数运算法则计算，结果为11。</w:t>
      </w:r>
    </w:p>
    <w:p>
      <w:r>
        <w:t>9. 计算：-11 × 1 = ?</w:t>
      </w:r>
      <w:r>
        <w:br/>
        <w:t xml:space="preserve">    A. -20</w:t>
      </w:r>
      <w:r>
        <w:br/>
        <w:t xml:space="preserve">    B. -18</w:t>
      </w:r>
      <w:r>
        <w:br/>
        <w:t xml:space="preserve">    C. -11</w:t>
      </w:r>
      <w:r>
        <w:br/>
        <w:t xml:space="preserve">    D. -5</w:t>
      </w:r>
      <w:r>
        <w:br/>
        <w:t>【答案】C　【解析】按有理数运算法则计算，结果为-11。</w:t>
      </w:r>
    </w:p>
    <w:p>
      <w:r>
        <w:t>10. 计算：10 + 20 = ?</w:t>
      </w:r>
      <w:r>
        <w:br/>
        <w:t xml:space="preserve">    A. 21</w:t>
      </w:r>
      <w:r>
        <w:br/>
        <w:t xml:space="preserve">    B. 26</w:t>
      </w:r>
      <w:r>
        <w:br/>
        <w:t xml:space="preserve">    C. 30</w:t>
      </w:r>
      <w:r>
        <w:br/>
        <w:t xml:space="preserve">    D. 37</w:t>
      </w:r>
      <w:r>
        <w:br/>
        <w:t>【答案】C　【解析】按有理数运算法则计算，结果为30。</w:t>
      </w:r>
    </w:p>
    <w:p>
      <w:r>
        <w:t>11. 计算：27 × 19 = ?</w:t>
      </w:r>
      <w:r>
        <w:br/>
        <w:t xml:space="preserve">    A. 511</w:t>
      </w:r>
      <w:r>
        <w:br/>
        <w:t xml:space="preserve">    B. 513</w:t>
      </w:r>
      <w:r>
        <w:br/>
        <w:t xml:space="preserve">    C. 515</w:t>
      </w:r>
      <w:r>
        <w:br/>
        <w:t xml:space="preserve">    D. 521</w:t>
      </w:r>
      <w:r>
        <w:br/>
        <w:t>【答案】B　【解析】按有理数运算法则计算，结果为513。</w:t>
      </w:r>
    </w:p>
    <w:p>
      <w:r>
        <w:t>12. 计算：-11 × 17 = ?</w:t>
      </w:r>
      <w:r>
        <w:br/>
        <w:t xml:space="preserve">    A. -195</w:t>
      </w:r>
      <w:r>
        <w:br/>
        <w:t xml:space="preserve">    B. -191</w:t>
      </w:r>
      <w:r>
        <w:br/>
        <w:t xml:space="preserve">    C. -187</w:t>
      </w:r>
      <w:r>
        <w:br/>
        <w:t xml:space="preserve">    D. -176</w:t>
      </w:r>
      <w:r>
        <w:br/>
        <w:t>【答案】C　【解析】按有理数运算法则计算，结果为-187。</w:t>
      </w:r>
    </w:p>
    <w:p>
      <w:r>
        <w:t>13. 计算：-408 ÷ 17 = ?</w:t>
      </w:r>
      <w:r>
        <w:br/>
        <w:t xml:space="preserve">    A. -33</w:t>
      </w:r>
      <w:r>
        <w:br/>
        <w:t xml:space="preserve">    B. -24</w:t>
      </w:r>
      <w:r>
        <w:br/>
        <w:t xml:space="preserve">    C. -23</w:t>
      </w:r>
      <w:r>
        <w:br/>
        <w:t xml:space="preserve">    D. -17</w:t>
      </w:r>
      <w:r>
        <w:br/>
        <w:t>【答案】B　【解析】按有理数运算法则计算，结果为-24。</w:t>
      </w:r>
    </w:p>
    <w:p>
      <w:r>
        <w:t>14. 计算：-7 - 14 = ?</w:t>
      </w:r>
      <w:r>
        <w:br/>
        <w:t xml:space="preserve">    A. -25</w:t>
      </w:r>
      <w:r>
        <w:br/>
        <w:t xml:space="preserve">    B. -21</w:t>
      </w:r>
      <w:r>
        <w:br/>
        <w:t xml:space="preserve">    C. -20</w:t>
      </w:r>
      <w:r>
        <w:br/>
        <w:t xml:space="preserve">    D. -12</w:t>
      </w:r>
      <w:r>
        <w:br/>
        <w:t>【答案】B　【解析】按有理数运算法则计算，结果为-21。</w:t>
      </w:r>
    </w:p>
    <w:p>
      <w:r>
        <w:t>15. 计算：-18 + 10 = ?</w:t>
      </w:r>
      <w:r>
        <w:br/>
        <w:t xml:space="preserve">    A. -9</w:t>
      </w:r>
      <w:r>
        <w:br/>
        <w:t xml:space="preserve">    B. -8</w:t>
      </w:r>
      <w:r>
        <w:br/>
        <w:t xml:space="preserve">    C. -7</w:t>
      </w:r>
      <w:r>
        <w:br/>
        <w:t xml:space="preserve">    D. -6</w:t>
      </w:r>
      <w:r>
        <w:br/>
        <w:t>【答案】B　【解析】按有理数运算法则计算，结果为-8。</w:t>
      </w:r>
    </w:p>
    <w:p>
      <w:r>
        <w:t>16. 计算：15 - 5 = ?</w:t>
      </w:r>
      <w:r>
        <w:br/>
        <w:t xml:space="preserve">    A. 9</w:t>
      </w:r>
      <w:r>
        <w:br/>
        <w:t xml:space="preserve">    B. 10</w:t>
      </w:r>
      <w:r>
        <w:br/>
        <w:t xml:space="preserve">    C. 11</w:t>
      </w:r>
      <w:r>
        <w:br/>
        <w:t xml:space="preserve">    D. 12</w:t>
      </w:r>
      <w:r>
        <w:br/>
        <w:t>【答案】B　【解析】按有理数运算法则计算，结果为10。</w:t>
      </w:r>
    </w:p>
    <w:p>
      <w:r>
        <w:t>17. 计算：-9 - 9 = ?</w:t>
      </w:r>
      <w:r>
        <w:br/>
        <w:t xml:space="preserve">    A. -20</w:t>
      </w:r>
      <w:r>
        <w:br/>
        <w:t xml:space="preserve">    B. -18</w:t>
      </w:r>
      <w:r>
        <w:br/>
        <w:t xml:space="preserve">    C. -17</w:t>
      </w:r>
      <w:r>
        <w:br/>
        <w:t xml:space="preserve">    D. -12</w:t>
      </w:r>
      <w:r>
        <w:br/>
        <w:t>【答案】B　【解析】按有理数运算法则计算，结果为-18。</w:t>
      </w:r>
    </w:p>
    <w:p>
      <w:r>
        <w:t>18. 计算：-15 × 18 = ?</w:t>
      </w:r>
      <w:r>
        <w:br/>
        <w:t xml:space="preserve">    A. -278</w:t>
      </w:r>
      <w:r>
        <w:br/>
        <w:t xml:space="preserve">    B. -270</w:t>
      </w:r>
      <w:r>
        <w:br/>
        <w:t xml:space="preserve">    C. -261</w:t>
      </w:r>
      <w:r>
        <w:br/>
        <w:t xml:space="preserve">    D. -260</w:t>
      </w:r>
      <w:r>
        <w:br/>
        <w:t>【答案】B　【解析】按有理数运算法则计算，结果为-270。</w:t>
      </w:r>
    </w:p>
    <w:p>
      <w:r>
        <w:t>19. 计算：-8 - 10 = ?</w:t>
      </w:r>
      <w:r>
        <w:br/>
        <w:t xml:space="preserve">    A. -27</w:t>
      </w:r>
      <w:r>
        <w:br/>
        <w:t xml:space="preserve">    B. -23</w:t>
      </w:r>
      <w:r>
        <w:br/>
        <w:t xml:space="preserve">    C. -18</w:t>
      </w:r>
      <w:r>
        <w:br/>
        <w:t xml:space="preserve">    D. -12</w:t>
      </w:r>
      <w:r>
        <w:br/>
        <w:t>【答案】C　【解析】按有理数运算法则计算，结果为-18。</w:t>
      </w:r>
    </w:p>
    <w:p>
      <w:r>
        <w:t>20. 计算：-11 + 17 = ?</w:t>
      </w:r>
      <w:r>
        <w:br/>
        <w:t xml:space="preserve">    A. -2</w:t>
      </w:r>
      <w:r>
        <w:br/>
        <w:t xml:space="preserve">    B. 1</w:t>
      </w:r>
      <w:r>
        <w:br/>
        <w:t xml:space="preserve">    C. 6</w:t>
      </w:r>
      <w:r>
        <w:br/>
        <w:t xml:space="preserve">    D. 13</w:t>
      </w:r>
      <w:r>
        <w:br/>
        <w:t>【答案】C　【解析】按有理数运算法则计算，结果为6。</w:t>
      </w:r>
    </w:p>
    <w:p>
      <w:r>
        <w:t>21. 计算：-4 × 3 = ?</w:t>
      </w:r>
      <w:r>
        <w:br/>
        <w:t xml:space="preserve">    A. -13</w:t>
      </w:r>
      <w:r>
        <w:br/>
        <w:t xml:space="preserve">    B. -12</w:t>
      </w:r>
      <w:r>
        <w:br/>
        <w:t xml:space="preserve">    C. -11</w:t>
      </w:r>
      <w:r>
        <w:br/>
        <w:t xml:space="preserve">    D. -10</w:t>
      </w:r>
      <w:r>
        <w:br/>
        <w:t>【答案】B　【解析】按有理数运算法则计算，结果为-12。</w:t>
      </w:r>
    </w:p>
    <w:p>
      <w:r>
        <w:t>22. 计算：-10 - 18 = ?</w:t>
      </w:r>
      <w:r>
        <w:br/>
        <w:t xml:space="preserve">    A. -37</w:t>
      </w:r>
      <w:r>
        <w:br/>
        <w:t xml:space="preserve">    B. -28</w:t>
      </w:r>
      <w:r>
        <w:br/>
        <w:t xml:space="preserve">    C. -25</w:t>
      </w:r>
      <w:r>
        <w:br/>
        <w:t xml:space="preserve">    D. -23</w:t>
      </w:r>
      <w:r>
        <w:br/>
        <w:t>【答案】B　【解析】按有理数运算法则计算，结果为-28。</w:t>
      </w:r>
    </w:p>
    <w:p>
      <w:r>
        <w:t>23. 计算：16 - 8 = ?</w:t>
      </w:r>
      <w:r>
        <w:br/>
        <w:t xml:space="preserve">    A. -1</w:t>
      </w:r>
      <w:r>
        <w:br/>
        <w:t xml:space="preserve">    B. 4</w:t>
      </w:r>
      <w:r>
        <w:br/>
        <w:t xml:space="preserve">    C. 8</w:t>
      </w:r>
      <w:r>
        <w:br/>
        <w:t xml:space="preserve">    D. 20</w:t>
      </w:r>
      <w:r>
        <w:br/>
        <w:t>【答案】C　【解析】按有理数运算法则计算，结果为8。</w:t>
      </w:r>
    </w:p>
    <w:p>
      <w:r>
        <w:t>24. 计算：-4 × 3 = ?</w:t>
      </w:r>
      <w:r>
        <w:br/>
        <w:t xml:space="preserve">    A. -17</w:t>
      </w:r>
      <w:r>
        <w:br/>
        <w:t xml:space="preserve">    B. -12</w:t>
      </w:r>
      <w:r>
        <w:br/>
        <w:t xml:space="preserve">    C. -11</w:t>
      </w:r>
      <w:r>
        <w:br/>
        <w:t xml:space="preserve">    D. -1</w:t>
      </w:r>
      <w:r>
        <w:br/>
        <w:t>【答案】B　【解析】按有理数运算法则计算，结果为-12。</w:t>
      </w:r>
    </w:p>
    <w:p>
      <w:r>
        <w:t>25. 计算：-21 - 16 = ?</w:t>
      </w:r>
      <w:r>
        <w:br/>
        <w:t xml:space="preserve">    A. -41</w:t>
      </w:r>
      <w:r>
        <w:br/>
        <w:t xml:space="preserve">    B. -37</w:t>
      </w:r>
      <w:r>
        <w:br/>
        <w:t xml:space="preserve">    C. -35</w:t>
      </w:r>
      <w:r>
        <w:br/>
        <w:t xml:space="preserve">    D. -34</w:t>
      </w:r>
      <w:r>
        <w:br/>
        <w:t>【答案】B　【解析】按有理数运算法则计算，结果为-37。</w:t>
      </w:r>
    </w:p>
    <w:p>
      <w:r>
        <w:t>26. 计算：-14 + 14 = ?</w:t>
      </w:r>
      <w:r>
        <w:br/>
        <w:t xml:space="preserve">    A. -9</w:t>
      </w:r>
      <w:r>
        <w:br/>
        <w:t xml:space="preserve">    B. 0</w:t>
      </w:r>
      <w:r>
        <w:br/>
        <w:t xml:space="preserve">    C. 3</w:t>
      </w:r>
      <w:r>
        <w:br/>
        <w:t xml:space="preserve">    D. 6</w:t>
      </w:r>
      <w:r>
        <w:br/>
        <w:t>【答案】B　【解析】按有理数运算法则计算，结果为0。</w:t>
      </w:r>
    </w:p>
    <w:p>
      <w:r>
        <w:t>27. 计算：-17 + 2 = ?</w:t>
      </w:r>
      <w:r>
        <w:br/>
        <w:t xml:space="preserve">    A. -21</w:t>
      </w:r>
      <w:r>
        <w:br/>
        <w:t xml:space="preserve">    B. -15</w:t>
      </w:r>
      <w:r>
        <w:br/>
        <w:t xml:space="preserve">    C. -8</w:t>
      </w:r>
      <w:r>
        <w:br/>
        <w:t xml:space="preserve">    D. -6</w:t>
      </w:r>
      <w:r>
        <w:br/>
        <w:t>【答案】B　【解析】按有理数运算法则计算，结果为-15。</w:t>
      </w:r>
    </w:p>
    <w:p>
      <w:r>
        <w:t>28. 计算：-8 × 14 = ?</w:t>
      </w:r>
      <w:r>
        <w:br/>
        <w:t xml:space="preserve">    A. -118</w:t>
      </w:r>
      <w:r>
        <w:br/>
        <w:t xml:space="preserve">    B. -112</w:t>
      </w:r>
      <w:r>
        <w:br/>
        <w:t xml:space="preserve">    C. -107</w:t>
      </w:r>
      <w:r>
        <w:br/>
        <w:t xml:space="preserve">    D. -106</w:t>
      </w:r>
      <w:r>
        <w:br/>
        <w:t>【答案】B　【解析】按有理数运算法则计算，结果为-112。</w:t>
      </w:r>
    </w:p>
    <w:p>
      <w:r>
        <w:t>29. 计算：198 ÷ 18 = ?</w:t>
      </w:r>
      <w:r>
        <w:br/>
        <w:t xml:space="preserve">    A. 9</w:t>
      </w:r>
      <w:r>
        <w:br/>
        <w:t xml:space="preserve">    B. 10</w:t>
      </w:r>
      <w:r>
        <w:br/>
        <w:t xml:space="preserve">    C. 11</w:t>
      </w:r>
      <w:r>
        <w:br/>
        <w:t xml:space="preserve">    D. 20</w:t>
      </w:r>
      <w:r>
        <w:br/>
        <w:t>【答案】C　【解析】按有理数运算法则计算，结果为11。</w:t>
      </w:r>
    </w:p>
    <w:p>
      <w:r>
        <w:t>30. 计算：-27 - 16 = ?</w:t>
      </w:r>
      <w:r>
        <w:br/>
        <w:t xml:space="preserve">    A. -44</w:t>
      </w:r>
      <w:r>
        <w:br/>
        <w:t xml:space="preserve">    B. -43</w:t>
      </w:r>
      <w:r>
        <w:br/>
        <w:t xml:space="preserve">    C. -36</w:t>
      </w:r>
      <w:r>
        <w:br/>
        <w:t xml:space="preserve">    D. -35</w:t>
      </w:r>
      <w:r>
        <w:br/>
        <w:t>【答案】B　【解析】按有理数运算法则计算，结果为-43。</w:t>
      </w:r>
    </w:p>
    <w:p>
      <w:r>
        <w:t>31. 计算：11 - 16 = ?</w:t>
      </w:r>
      <w:r>
        <w:br/>
        <w:t xml:space="preserve">    A. -11</w:t>
      </w:r>
      <w:r>
        <w:br/>
        <w:t xml:space="preserve">    B. -9</w:t>
      </w:r>
      <w:r>
        <w:br/>
        <w:t xml:space="preserve">    C. -5</w:t>
      </w:r>
      <w:r>
        <w:br/>
        <w:t xml:space="preserve">    D. 1</w:t>
      </w:r>
      <w:r>
        <w:br/>
        <w:t>【答案】C　【解析】按有理数运算法则计算，结果为-5。</w:t>
      </w:r>
    </w:p>
    <w:p>
      <w:r>
        <w:t>32. 计算：22 + 17 = ?</w:t>
      </w:r>
      <w:r>
        <w:br/>
        <w:t xml:space="preserve">    A. 36</w:t>
      </w:r>
      <w:r>
        <w:br/>
        <w:t xml:space="preserve">    B. 39</w:t>
      </w:r>
      <w:r>
        <w:br/>
        <w:t xml:space="preserve">    C. 42</w:t>
      </w:r>
      <w:r>
        <w:br/>
        <w:t xml:space="preserve">    D. 44</w:t>
      </w:r>
      <w:r>
        <w:br/>
        <w:t>【答案】B　【解析】按有理数运算法则计算，结果为39。</w:t>
      </w:r>
    </w:p>
    <w:p>
      <w:r>
        <w:t>33. 计算：-2 + 13 = ?</w:t>
      </w:r>
      <w:r>
        <w:br/>
        <w:t xml:space="preserve">    A. 2</w:t>
      </w:r>
      <w:r>
        <w:br/>
        <w:t xml:space="preserve">    B. 11</w:t>
      </w:r>
      <w:r>
        <w:br/>
        <w:t xml:space="preserve">    C. 17</w:t>
      </w:r>
      <w:r>
        <w:br/>
        <w:t xml:space="preserve">    D. 22</w:t>
      </w:r>
      <w:r>
        <w:br/>
        <w:t>【答案】B　【解析】按有理数运算法则计算，结果为11。</w:t>
      </w:r>
    </w:p>
    <w:p>
      <w:r>
        <w:t>34. 计算：30 + 3 = ?</w:t>
      </w:r>
      <w:r>
        <w:br/>
        <w:t xml:space="preserve">    A. 30</w:t>
      </w:r>
      <w:r>
        <w:br/>
        <w:t xml:space="preserve">    B. 33</w:t>
      </w:r>
      <w:r>
        <w:br/>
        <w:t xml:space="preserve">    C. 38</w:t>
      </w:r>
      <w:r>
        <w:br/>
        <w:t xml:space="preserve">    D. 40</w:t>
      </w:r>
      <w:r>
        <w:br/>
        <w:t>【答案】B　【解析】按有理数运算法则计算，结果为33。</w:t>
      </w:r>
    </w:p>
    <w:p>
      <w:r>
        <w:t>35. 计算：23 - 3 = ?</w:t>
      </w:r>
      <w:r>
        <w:br/>
        <w:t xml:space="preserve">    A. 11</w:t>
      </w:r>
      <w:r>
        <w:br/>
        <w:t xml:space="preserve">    B. 20</w:t>
      </w:r>
      <w:r>
        <w:br/>
        <w:t xml:space="preserve">    C. 22</w:t>
      </w:r>
      <w:r>
        <w:br/>
        <w:t xml:space="preserve">    D. 32</w:t>
      </w:r>
      <w:r>
        <w:br/>
        <w:t>【答案】B　【解析】按有理数运算法则计算，结果为20。</w:t>
      </w:r>
    </w:p>
    <w:p>
      <w:r>
        <w:t>36. 计算：12 - 10 = ?</w:t>
      </w:r>
      <w:r>
        <w:br/>
        <w:t xml:space="preserve">    A. -2</w:t>
      </w:r>
      <w:r>
        <w:br/>
        <w:t xml:space="preserve">    B. 2</w:t>
      </w:r>
      <w:r>
        <w:br/>
        <w:t xml:space="preserve">    C. 3</w:t>
      </w:r>
      <w:r>
        <w:br/>
        <w:t xml:space="preserve">    D. 6</w:t>
      </w:r>
      <w:r>
        <w:br/>
        <w:t>【答案】B　【解析】按有理数运算法则计算，结果为2。</w:t>
      </w:r>
    </w:p>
    <w:p>
      <w:r>
        <w:t>37. 计算：-18 - 17 = ?</w:t>
      </w:r>
      <w:r>
        <w:br/>
        <w:t xml:space="preserve">    A. -44</w:t>
      </w:r>
      <w:r>
        <w:br/>
        <w:t xml:space="preserve">    B. -40</w:t>
      </w:r>
      <w:r>
        <w:br/>
        <w:t xml:space="preserve">    C. -35</w:t>
      </w:r>
      <w:r>
        <w:br/>
        <w:t xml:space="preserve">    D. -29</w:t>
      </w:r>
      <w:r>
        <w:br/>
        <w:t>【答案】C　【解析】按有理数运算法则计算，结果为-35。</w:t>
      </w:r>
    </w:p>
    <w:p>
      <w:r>
        <w:t>38. 计算：-5 - 15 = ?</w:t>
      </w:r>
      <w:r>
        <w:br/>
        <w:t xml:space="preserve">    A. -28</w:t>
      </w:r>
      <w:r>
        <w:br/>
        <w:t xml:space="preserve">    B. -21</w:t>
      </w:r>
      <w:r>
        <w:br/>
        <w:t xml:space="preserve">    C. -20</w:t>
      </w:r>
      <w:r>
        <w:br/>
        <w:t xml:space="preserve">    D. -10</w:t>
      </w:r>
      <w:r>
        <w:br/>
        <w:t>【答案】C　【解析】按有理数运算法则计算，结果为-20。</w:t>
      </w:r>
    </w:p>
    <w:p>
      <w:r>
        <w:t>39. 计算：-17 + 4 = ?</w:t>
      </w:r>
      <w:r>
        <w:br/>
        <w:t xml:space="preserve">    A. -19</w:t>
      </w:r>
      <w:r>
        <w:br/>
        <w:t xml:space="preserve">    B. -18</w:t>
      </w:r>
      <w:r>
        <w:br/>
        <w:t xml:space="preserve">    C. -13</w:t>
      </w:r>
      <w:r>
        <w:br/>
        <w:t xml:space="preserve">    D. -7</w:t>
      </w:r>
      <w:r>
        <w:br/>
        <w:t>【答案】C　【解析】按有理数运算法则计算，结果为-13。</w:t>
      </w:r>
    </w:p>
    <w:p>
      <w:r>
        <w:t>40. 计算：21 - 20 = ?</w:t>
      </w:r>
      <w:r>
        <w:br/>
        <w:t xml:space="preserve">    A. -4</w:t>
      </w:r>
      <w:r>
        <w:br/>
        <w:t xml:space="preserve">    B. 1</w:t>
      </w:r>
      <w:r>
        <w:br/>
        <w:t xml:space="preserve">    C. 6</w:t>
      </w:r>
      <w:r>
        <w:br/>
        <w:t xml:space="preserve">    D. 12</w:t>
      </w:r>
      <w:r>
        <w:br/>
        <w:t>【答案】B　【解析】按有理数运算法则计算，结果为1。</w:t>
      </w:r>
    </w:p>
    <w:p>
      <w:r>
        <w:t>41. 下列算式中，商是7的是（　）</w:t>
      </w:r>
      <w:r>
        <w:br/>
        <w:t xml:space="preserve">    A.42÷6</w:t>
      </w:r>
      <w:r>
        <w:br/>
        <w:t xml:space="preserve">    B.35÷5</w:t>
      </w:r>
      <w:r>
        <w:br/>
        <w:t xml:space="preserve">    C.28÷4</w:t>
      </w:r>
      <w:r>
        <w:br/>
        <w:t xml:space="preserve">    D.48÷8</w:t>
      </w:r>
      <w:r>
        <w:br/>
        <w:t>【答案】A　【解析】42÷6=7。</w:t>
      </w:r>
    </w:p>
    <w:p>
      <w:r>
        <w:t>42. 计算：60+350=（　）</w:t>
      </w:r>
      <w:r>
        <w:br/>
        <w:t xml:space="preserve">    A.410</w:t>
      </w:r>
      <w:r>
        <w:br/>
        <w:t xml:space="preserve">    B.400</w:t>
      </w:r>
      <w:r>
        <w:br/>
        <w:t xml:space="preserve">    C.390</w:t>
      </w:r>
      <w:r>
        <w:br/>
        <w:t xml:space="preserve">    D.420</w:t>
      </w:r>
      <w:r>
        <w:br/>
        <w:t>【答案】A　【解析】60+350=410。</w:t>
      </w:r>
    </w:p>
    <w:p>
      <w:r>
        <w:t>43. 与399相邻的两个数是（　）</w:t>
      </w:r>
      <w:r>
        <w:br/>
        <w:t xml:space="preserve">    A.398和400</w:t>
      </w:r>
      <w:r>
        <w:br/>
        <w:t xml:space="preserve">    B.397和398</w:t>
      </w:r>
      <w:r>
        <w:br/>
        <w:t xml:space="preserve">    C.400和401</w:t>
      </w:r>
      <w:r>
        <w:br/>
        <w:t xml:space="preserve">    D.398和399</w:t>
      </w:r>
      <w:r>
        <w:br/>
        <w:t>【答案】A　【解析】399-1=398，399+1=400。</w:t>
      </w:r>
    </w:p>
    <w:p>
      <w:r>
        <w:t>44. 7个十是（　）</w:t>
      </w:r>
      <w:r>
        <w:br/>
        <w:t xml:space="preserve">    A.70</w:t>
      </w:r>
      <w:r>
        <w:br/>
        <w:t xml:space="preserve">    B.7</w:t>
      </w:r>
      <w:r>
        <w:br/>
        <w:t xml:space="preserve">    C.700</w:t>
      </w:r>
      <w:r>
        <w:br/>
        <w:t xml:space="preserve">    D.17</w:t>
      </w:r>
      <w:r>
        <w:br/>
        <w:t>【答案】A　【解析】7×10=70。</w:t>
      </w:r>
    </w:p>
    <w:p>
      <w:r>
        <w:t>45. 54÷6=（　）</w:t>
      </w:r>
      <w:r>
        <w:br/>
        <w:t xml:space="preserve">    A.9</w:t>
      </w:r>
      <w:r>
        <w:br/>
        <w:t xml:space="preserve">    B.8</w:t>
      </w:r>
      <w:r>
        <w:br/>
        <w:t xml:space="preserve">    C.7</w:t>
      </w:r>
      <w:r>
        <w:br/>
        <w:t xml:space="preserve">    D.6</w:t>
      </w:r>
      <w:r>
        <w:br/>
        <w:t>【答案】A　【解析】六九五十四。</w:t>
      </w:r>
    </w:p>
    <w:p>
      <w:r>
        <w:t>46. 下列图形中，是轴对称图形的是（　）</w:t>
      </w:r>
      <w:r>
        <w:br/>
        <w:t xml:space="preserve">    A.圆形</w:t>
      </w:r>
      <w:r>
        <w:br/>
        <w:t xml:space="preserve">    B.平行四边形</w:t>
      </w:r>
      <w:r>
        <w:br/>
        <w:t xml:space="preserve">    C.普通三角形</w:t>
      </w:r>
      <w:r>
        <w:br/>
        <w:t xml:space="preserve">    D.任意四边形</w:t>
      </w:r>
      <w:r>
        <w:br/>
        <w:t>【答案】A　【解析】圆有无数条对称轴。</w:t>
      </w:r>
    </w:p>
    <w:p>
      <w:r>
        <w:t>47. 妈妈买来3盒巧克力，每盒8块，一共（　）块</w:t>
      </w:r>
      <w:r>
        <w:br/>
        <w:t xml:space="preserve">    A.24</w:t>
      </w:r>
      <w:r>
        <w:br/>
        <w:t xml:space="preserve">    B.16</w:t>
      </w:r>
      <w:r>
        <w:br/>
        <w:t xml:space="preserve">    C.11</w:t>
      </w:r>
      <w:r>
        <w:br/>
        <w:t xml:space="preserve">    D.27</w:t>
      </w:r>
      <w:r>
        <w:br/>
        <w:t>【答案】A　【解析】3×8=24。</w:t>
      </w:r>
    </w:p>
    <w:p>
      <w:r>
        <w:t>48. 最小的三位数是（　）</w:t>
      </w:r>
      <w:r>
        <w:br/>
        <w:t xml:space="preserve">    A.100</w:t>
      </w:r>
      <w:r>
        <w:br/>
        <w:t xml:space="preserve">    B.99</w:t>
      </w:r>
      <w:r>
        <w:br/>
        <w:t xml:space="preserve">    C.101</w:t>
      </w:r>
      <w:r>
        <w:br/>
        <w:t xml:space="preserve">    D.110</w:t>
      </w:r>
      <w:r>
        <w:br/>
        <w:t>【答案】A　【解析】最小三位数100。</w:t>
      </w:r>
    </w:p>
    <w:p>
      <w:r>
        <w:t>49. 32里面有（　）个4</w:t>
      </w:r>
      <w:r>
        <w:br/>
        <w:t xml:space="preserve">    A.8</w:t>
      </w:r>
      <w:r>
        <w:br/>
        <w:t xml:space="preserve">    B.7</w:t>
      </w:r>
      <w:r>
        <w:br/>
        <w:t xml:space="preserve">    C.9</w:t>
      </w:r>
      <w:r>
        <w:br/>
        <w:t xml:space="preserve">    D.6</w:t>
      </w:r>
      <w:r>
        <w:br/>
        <w:t>【答案】A　【解析】32÷4=8。</w:t>
      </w:r>
    </w:p>
    <w:p>
      <w:r>
        <w:t>50. 把24个苹果平均放到4个盘子里，每盘（　）个</w:t>
      </w:r>
      <w:r>
        <w:br/>
        <w:t xml:space="preserve">    A.6</w:t>
      </w:r>
      <w:r>
        <w:br/>
        <w:t xml:space="preserve">    B.8</w:t>
      </w:r>
      <w:r>
        <w:br/>
        <w:t xml:space="preserve">    C.5</w:t>
      </w:r>
      <w:r>
        <w:br/>
        <w:t xml:space="preserve">    D.7</w:t>
      </w:r>
      <w:r>
        <w:br/>
        <w:t>【答案】A　【解析】24÷4=6。</w:t>
      </w:r>
    </w:p>
    <w:p>
      <w:r>
        <w:t>51. 计算：-2 + 7 = ?</w:t>
      </w:r>
      <w:r>
        <w:br/>
        <w:t xml:space="preserve">    A. 1</w:t>
      </w:r>
      <w:r>
        <w:br/>
        <w:t xml:space="preserve">    B. 3</w:t>
      </w:r>
      <w:r>
        <w:br/>
        <w:t xml:space="preserve">    C. 5</w:t>
      </w:r>
      <w:r>
        <w:br/>
        <w:t xml:space="preserve">    D. 12</w:t>
      </w:r>
      <w:r>
        <w:br/>
        <w:t>【答案】C　【解析】按有理数运算法则计算，结果为5。</w:t>
      </w:r>
    </w:p>
    <w:p>
      <w:r>
        <w:t>52. 计算：21 × 10 = ?</w:t>
      </w:r>
      <w:r>
        <w:br/>
        <w:t xml:space="preserve">    A. 206</w:t>
      </w:r>
      <w:r>
        <w:br/>
        <w:t xml:space="preserve">    B. 208</w:t>
      </w:r>
      <w:r>
        <w:br/>
        <w:t xml:space="preserve">    C. 210</w:t>
      </w:r>
      <w:r>
        <w:br/>
        <w:t xml:space="preserve">    D. 214</w:t>
      </w:r>
      <w:r>
        <w:br/>
        <w:t>【答案】C　【解析】按有理数运算法则计算，结果为210。</w:t>
      </w:r>
    </w:p>
    <w:p>
      <w:r>
        <w:t>53. 计算：-10 - 2 = ?</w:t>
      </w:r>
      <w:r>
        <w:br/>
        <w:t xml:space="preserve">    A. -18</w:t>
      </w:r>
      <w:r>
        <w:br/>
        <w:t xml:space="preserve">    B. -16</w:t>
      </w:r>
      <w:r>
        <w:br/>
        <w:t xml:space="preserve">    C. -12</w:t>
      </w:r>
      <w:r>
        <w:br/>
        <w:t xml:space="preserve">    D. -1</w:t>
      </w:r>
      <w:r>
        <w:br/>
        <w:t>【答案】C　【解析】按有理数运算法则计算，结果为-12。</w:t>
      </w:r>
    </w:p>
    <w:p>
      <w:r>
        <w:t>54. 计算：20 + 5 = ?</w:t>
      </w:r>
      <w:r>
        <w:br/>
        <w:t xml:space="preserve">    A. 20</w:t>
      </w:r>
      <w:r>
        <w:br/>
        <w:t xml:space="preserve">    B. 24</w:t>
      </w:r>
      <w:r>
        <w:br/>
        <w:t xml:space="preserve">    C. 25</w:t>
      </w:r>
      <w:r>
        <w:br/>
        <w:t xml:space="preserve">    D. 31</w:t>
      </w:r>
      <w:r>
        <w:br/>
        <w:t>【答案】C　【解析】按有理数运算法则计算，结果为25。</w:t>
      </w:r>
    </w:p>
    <w:p>
      <w:r>
        <w:t>55. 计算：-154 ÷ 7 = ?</w:t>
      </w:r>
      <w:r>
        <w:br/>
        <w:t xml:space="preserve">    A. -23</w:t>
      </w:r>
      <w:r>
        <w:br/>
        <w:t xml:space="preserve">    B. -22</w:t>
      </w:r>
      <w:r>
        <w:br/>
        <w:t xml:space="preserve">    C. -21</w:t>
      </w:r>
      <w:r>
        <w:br/>
        <w:t xml:space="preserve">    D. -20</w:t>
      </w:r>
      <w:r>
        <w:br/>
        <w:t>【答案】B　【解析】按有理数运算法则计算，结果为-22。</w:t>
      </w:r>
    </w:p>
    <w:p>
      <w:r>
        <w:t>56. 计算：-192 ÷ 12 = ?</w:t>
      </w:r>
      <w:r>
        <w:br/>
        <w:t xml:space="preserve">    A. -18</w:t>
      </w:r>
      <w:r>
        <w:br/>
        <w:t xml:space="preserve">    B. -16</w:t>
      </w:r>
      <w:r>
        <w:br/>
        <w:t xml:space="preserve">    C. -13</w:t>
      </w:r>
      <w:r>
        <w:br/>
        <w:t xml:space="preserve">    D. -12</w:t>
      </w:r>
      <w:r>
        <w:br/>
        <w:t>【答案】B　【解析】按有理数运算法则计算，结果为-16。</w:t>
      </w:r>
    </w:p>
    <w:p>
      <w:r>
        <w:t>57. 计算：5 × 5 = ?</w:t>
      </w:r>
      <w:r>
        <w:br/>
        <w:t xml:space="preserve">    A. 16</w:t>
      </w:r>
      <w:r>
        <w:br/>
        <w:t xml:space="preserve">    B. 22</w:t>
      </w:r>
      <w:r>
        <w:br/>
        <w:t xml:space="preserve">    C. 25</w:t>
      </w:r>
      <w:r>
        <w:br/>
        <w:t xml:space="preserve">    D. 28</w:t>
      </w:r>
      <w:r>
        <w:br/>
        <w:t>【答案】C　【解析】按有理数运算法则计算，结果为25。</w:t>
      </w:r>
    </w:p>
    <w:p>
      <w:r>
        <w:t>58. 计算：16 - 16 = ?</w:t>
      </w:r>
      <w:r>
        <w:br/>
        <w:t xml:space="preserve">    A. -1</w:t>
      </w:r>
      <w:r>
        <w:br/>
        <w:t xml:space="preserve">    B. 0</w:t>
      </w:r>
      <w:r>
        <w:br/>
        <w:t xml:space="preserve">    C. 1</w:t>
      </w:r>
      <w:r>
        <w:br/>
        <w:t xml:space="preserve">    D. 2</w:t>
      </w:r>
      <w:r>
        <w:br/>
        <w:t>【答案】B　【解析】按有理数运算法则计算，结果为0。</w:t>
      </w:r>
    </w:p>
    <w:p>
      <w:r>
        <w:t>59. 计算：256 ÷ 16 = ?</w:t>
      </w:r>
      <w:r>
        <w:br/>
        <w:t xml:space="preserve">    A. 15</w:t>
      </w:r>
      <w:r>
        <w:br/>
        <w:t xml:space="preserve">    B. 16</w:t>
      </w:r>
      <w:r>
        <w:br/>
        <w:t xml:space="preserve">    C. 22</w:t>
      </w:r>
      <w:r>
        <w:br/>
        <w:t xml:space="preserve">    D. 26</w:t>
      </w:r>
      <w:r>
        <w:br/>
        <w:t>【答案】B　【解析】按有理数运算法则计算，结果为16。</w:t>
      </w:r>
    </w:p>
    <w:p>
      <w:r>
        <w:t>60. 计算：7 × 11 = ?</w:t>
      </w:r>
      <w:r>
        <w:br/>
        <w:t xml:space="preserve">    A. 76</w:t>
      </w:r>
      <w:r>
        <w:br/>
        <w:t xml:space="preserve">    B. 77</w:t>
      </w:r>
      <w:r>
        <w:br/>
        <w:t xml:space="preserve">    C. 78</w:t>
      </w:r>
      <w:r>
        <w:br/>
        <w:t xml:space="preserve">    D. 79</w:t>
      </w:r>
      <w:r>
        <w:br/>
        <w:t>【答案】B　【解析】按有理数运算法则计算，结果为77。</w:t>
      </w:r>
    </w:p>
    <w:p>
      <w:r>
        <w:t>61. 计算：2 + 2 = ?</w:t>
      </w:r>
      <w:r>
        <w:br/>
        <w:t xml:space="preserve">    A. 1</w:t>
      </w:r>
      <w:r>
        <w:br/>
        <w:t xml:space="preserve">    B. 4</w:t>
      </w:r>
      <w:r>
        <w:br/>
        <w:t xml:space="preserve">    C. 12</w:t>
      </w:r>
      <w:r>
        <w:br/>
        <w:t xml:space="preserve">    D. 13</w:t>
      </w:r>
      <w:r>
        <w:br/>
        <w:t>【答案】B　【解析】按有理数运算法则计算，结果为4。</w:t>
      </w:r>
    </w:p>
    <w:p>
      <w:r>
        <w:t>62. 计算：5 + 17 = ?</w:t>
      </w:r>
      <w:r>
        <w:br/>
        <w:t xml:space="preserve">    A. 16</w:t>
      </w:r>
      <w:r>
        <w:br/>
        <w:t xml:space="preserve">    B. 21</w:t>
      </w:r>
      <w:r>
        <w:br/>
        <w:t xml:space="preserve">    C. 22</w:t>
      </w:r>
      <w:r>
        <w:br/>
        <w:t xml:space="preserve">    D. 30</w:t>
      </w:r>
      <w:r>
        <w:br/>
        <w:t>【答案】C　【解析】按有理数运算法则计算，结果为22。</w:t>
      </w:r>
    </w:p>
    <w:p>
      <w:r>
        <w:t>63. 计算：-17 - 15 = ?</w:t>
      </w:r>
      <w:r>
        <w:br/>
        <w:t xml:space="preserve">    A. -40</w:t>
      </w:r>
      <w:r>
        <w:br/>
        <w:t xml:space="preserve">    B. -34</w:t>
      </w:r>
      <w:r>
        <w:br/>
        <w:t xml:space="preserve">    C. -32</w:t>
      </w:r>
      <w:r>
        <w:br/>
        <w:t xml:space="preserve">    D. -21</w:t>
      </w:r>
      <w:r>
        <w:br/>
        <w:t>【答案】C　【解析】按有理数运算法则计算，结果为-32。</w:t>
      </w:r>
    </w:p>
    <w:p>
      <w:pPr>
        <w:pStyle w:val="Heading1"/>
      </w:pPr>
      <w:r>
        <w:t>二、填空题</w:t>
      </w:r>
    </w:p>
    <w:p>
      <w:r>
        <w:t>64. 27÷9=____。</w:t>
      </w:r>
    </w:p>
    <w:p>
      <w:r>
        <w:t xml:space="preserve">    【答案】3　【解析】三九二十七。</w:t>
      </w:r>
    </w:p>
    <w:p>
      <w:r>
        <w:t>65. 最大的两位数是____，最小的两位数是____。</w:t>
      </w:r>
    </w:p>
    <w:p>
      <w:r>
        <w:t xml:space="preserve">    【答案】99、10　【解析】两位数十位不为0。</w:t>
      </w:r>
    </w:p>
    <w:p>
      <w:r>
        <w:t>66. 5×8=____，表示____个____相加。</w:t>
      </w:r>
    </w:p>
    <w:p>
      <w:r>
        <w:t xml:space="preserve">    【答案】40、8、5　【解析】乘法意义。</w:t>
      </w:r>
    </w:p>
    <w:p>
      <w:r>
        <w:t>67. 1千克=____克。</w:t>
      </w:r>
    </w:p>
    <w:p>
      <w:r>
        <w:t xml:space="preserve">    【答案】1000　【解析】质量单位换算。</w:t>
      </w:r>
    </w:p>
    <w:p>
      <w:r>
        <w:t>68. 被除数是28，除数是4，商是____。</w:t>
      </w:r>
    </w:p>
    <w:p>
      <w:r>
        <w:t xml:space="preserve">    【答案】7　【解析】28÷4=7。</w:t>
      </w:r>
    </w:p>
    <w:p>
      <w:r>
        <w:t>69. □÷7=6……5，□=____。</w:t>
      </w:r>
    </w:p>
    <w:p>
      <w:r>
        <w:t xml:space="preserve">    【答案】47　【解析】7×6+5=47。</w:t>
      </w:r>
    </w:p>
    <w:p>
      <w:r>
        <w:t>70. 在○里填上＞、＜或＝：3千克○3000克。</w:t>
      </w:r>
    </w:p>
    <w:p>
      <w:r>
        <w:t xml:space="preserve">    【答案】＝　【解析】3千克=3000克。</w:t>
      </w:r>
    </w:p>
    <w:p>
      <w:r>
        <w:t>71. 56是7的____倍。</w:t>
      </w:r>
    </w:p>
    <w:p>
      <w:r>
        <w:t xml:space="preserve">    【答案】8　【解析】56÷7=8。</w:t>
      </w:r>
    </w:p>
    <w:p>
      <w:r>
        <w:t>72. 一包糖有24颗，平均分给6个人，每人____颗。</w:t>
      </w:r>
    </w:p>
    <w:p>
      <w:r>
        <w:t xml:space="preserve">    【答案】4　【解析】24÷6=4。</w:t>
      </w:r>
    </w:p>
    <w:p>
      <w:r>
        <w:t>73. 电梯上升是____运动，推拉抽屉是____运动。</w:t>
      </w:r>
    </w:p>
    <w:p>
      <w:r>
        <w:t xml:space="preserve">    【答案】平移、平移　【解析】平移运动。</w:t>
      </w:r>
    </w:p>
    <w:p>
      <w:r>
        <w:t>74. 900里面有____个百。</w:t>
      </w:r>
    </w:p>
    <w:p>
      <w:r>
        <w:t xml:space="preserve">    【答案】9　【解析】900÷100=9。</w:t>
      </w:r>
    </w:p>
    <w:p>
      <w:r>
        <w:t>75. 20÷5=4，读作____。</w:t>
      </w:r>
    </w:p>
    <w:p>
      <w:r>
        <w:t xml:space="preserve">    【答案】20除以5等于4　【解析】除法读法。</w:t>
      </w:r>
    </w:p>
    <w:p>
      <w:r>
        <w:t>76. 钟面上分针从12走到6，经过了____分。</w:t>
      </w:r>
    </w:p>
    <w:p>
      <w:r>
        <w:t xml:space="preserve">    【答案】30　【解析】半小时30分钟。</w:t>
      </w:r>
    </w:p>
    <w:p>
      <w:r>
        <w:t>77. 一条绳子长2米，也就是____厘米。</w:t>
      </w:r>
    </w:p>
    <w:p>
      <w:r>
        <w:t xml:space="preserve">    【答案】200　【解析】1米=100厘米。</w:t>
      </w:r>
    </w:p>
    <w:p>
      <w:r>
        <w:t>78. 余数一定要比除数____。</w:t>
      </w:r>
    </w:p>
    <w:p>
      <w:r>
        <w:t xml:space="preserve">    【答案】小　【解析】除法余数性质。</w:t>
      </w:r>
    </w:p>
    <w:p>
      <w:pPr>
        <w:pStyle w:val="Heading1"/>
      </w:pPr>
      <w:r>
        <w:t>三、判断题</w:t>
      </w:r>
    </w:p>
    <w:p>
      <w:r>
        <w:t>79. 计算有余数的除法，余数可以比除数大。</w:t>
      </w:r>
    </w:p>
    <w:p>
      <w:r>
        <w:t xml:space="preserve">    【答案】错　【解析】余数必须比除数小。</w:t>
      </w:r>
    </w:p>
    <w:p>
      <w:r>
        <w:t>80. 平行四边形是轴对称图形。</w:t>
      </w:r>
    </w:p>
    <w:p>
      <w:r>
        <w:t xml:space="preserve">    【答案】错　【解析】一般平行四边形不轴对称。</w:t>
      </w:r>
    </w:p>
    <w:p>
      <w:r>
        <w:t>81. 7×8=56，56÷7=8。</w:t>
      </w:r>
    </w:p>
    <w:p>
      <w:r>
        <w:t xml:space="preserve">    【答案】对　【解析】乘除互逆。</w:t>
      </w:r>
    </w:p>
    <w:p>
      <w:r>
        <w:t>82. 1000克铁和1千克棉花一样重。</w:t>
      </w:r>
    </w:p>
    <w:p>
      <w:r>
        <w:t xml:space="preserve">    【答案】对　【解析】质量相等。</w:t>
      </w:r>
    </w:p>
    <w:p>
      <w:r>
        <w:t>83. 万以内数的最高位是万位。</w:t>
      </w:r>
    </w:p>
    <w:p>
      <w:r>
        <w:t xml:space="preserve">    【答案】对　【解析】四位数最高位千位，五位数万位——此处指万位存在。</w:t>
      </w:r>
    </w:p>
    <w:p>
      <w:r>
        <w:t>84. 所有的直角都一样大。</w:t>
      </w:r>
    </w:p>
    <w:p>
      <w:r>
        <w:t xml:space="preserve">    【答案】对　【解析】直角都是90°。</w:t>
      </w:r>
    </w:p>
    <w:p>
      <w:r>
        <w:t>85. 被减数-减数=差。</w:t>
      </w:r>
    </w:p>
    <w:p>
      <w:r>
        <w:t xml:space="preserve">    【答案】对　【解析】减法关系式。</w:t>
      </w:r>
    </w:p>
    <w:p>
      <w:r>
        <w:t>86. 两位数乘一位数，积可能是两位数也可能是三位数。</w:t>
      </w:r>
    </w:p>
    <w:p>
      <w:r>
        <w:t xml:space="preserve">    【答案】对　【解析】如10×2=20，99×9=891。</w:t>
      </w:r>
    </w:p>
    <w:p>
      <w:r>
        <w:t>87. 1时=60分。</w:t>
      </w:r>
    </w:p>
    <w:p>
      <w:r>
        <w:t xml:space="preserve">    【答案】对　【解析】时间单位换算。</w:t>
      </w:r>
    </w:p>
    <w:p>
      <w:r>
        <w:t>88. 加法和减法互为逆运算。</w:t>
      </w:r>
    </w:p>
    <w:p>
      <w:r>
        <w:t xml:space="preserve">    【答案】对　【解析】逆运算关系。</w:t>
      </w:r>
    </w:p>
    <w:p>
      <w:r>
        <w:t>89. 9009读作九千零九。</w:t>
      </w:r>
    </w:p>
    <w:p>
      <w:r>
        <w:t xml:space="preserve">    【答案】对　【解析】中间零要读。</w:t>
      </w:r>
    </w:p>
    <w:p>
      <w:r>
        <w:t>90. 一袋盐重500克，两袋重1千克。</w:t>
      </w:r>
    </w:p>
    <w:p>
      <w:r>
        <w:t xml:space="preserve">    【答案】对　【解析】500×2=1000克=1千克。</w:t>
      </w:r>
    </w:p>
    <w:p>
      <w:pPr>
        <w:pStyle w:val="Heading1"/>
      </w:pPr>
      <w:r>
        <w:t>五、解答题（应用题）</w:t>
      </w:r>
    </w:p>
    <w:p>
      <w:r>
        <w:t>91. 学校买来42个皮球，平均分给6个班，每班分几个？</w:t>
      </w:r>
    </w:p>
    <w:p>
      <w:r>
        <w:t xml:space="preserve">    【参考答案】7个</w:t>
      </w:r>
    </w:p>
    <w:p>
      <w:r>
        <w:t xml:space="preserve">    【解析】42÷6=7。</w:t>
      </w:r>
    </w:p>
    <w:p>
      <w:r>
        <w:t>92. 一根绳子长90米，用去35米，还剩多少米？</w:t>
      </w:r>
    </w:p>
    <w:p>
      <w:r>
        <w:t xml:space="preserve">    【参考答案】55米</w:t>
      </w:r>
    </w:p>
    <w:p>
      <w:r>
        <w:t xml:space="preserve">    【解析】90-35=55。</w:t>
      </w:r>
    </w:p>
    <w:p>
      <w:r>
        <w:t>93. 果园里有48棵桃树，是梨树的6倍，梨树有多少棵？</w:t>
      </w:r>
    </w:p>
    <w:p>
      <w:r>
        <w:t xml:space="preserve">    【参考答案】8棵</w:t>
      </w:r>
    </w:p>
    <w:p>
      <w:r>
        <w:t xml:space="preserve">    【解析】48÷6=8。</w:t>
      </w:r>
    </w:p>
    <w:p>
      <w:r>
        <w:t>94. 小明有5元钱，买一支笔花了2元，还剩多少元？</w:t>
      </w:r>
    </w:p>
    <w:p>
      <w:r>
        <w:t xml:space="preserve">    【参考答案】3元</w:t>
      </w:r>
    </w:p>
    <w:p>
      <w:r>
        <w:t xml:space="preserve">    【解析】5-2=3。</w:t>
      </w:r>
    </w:p>
    <w:p>
      <w:r>
        <w:t>95. 二年级有男生25人，女生23人，共多少人？平均每排站8人，可以站几排？</w:t>
      </w:r>
    </w:p>
    <w:p>
      <w:r>
        <w:t xml:space="preserve">    【参考答案】48人、6排</w:t>
      </w:r>
    </w:p>
    <w:p>
      <w:r>
        <w:t xml:space="preserve">    【解析】25+23=48，48÷8=6。</w:t>
      </w:r>
    </w:p>
    <w:p>
      <w:r>
        <w:t>96. 一本书有60页，小红每天看9页，看了一周（7天），还剩多少页？</w:t>
      </w:r>
    </w:p>
    <w:p>
      <w:r>
        <w:t xml:space="preserve">    【参考答案】60-9×7=60-63——超过页数，说明看了63页超出，应为还剩0页且多看了3页。答案：看完还多3页（即剩余0页，第8天无需再看）。</w:t>
      </w:r>
    </w:p>
    <w:p>
      <w:r>
        <w:t xml:space="preserve">    【解析】9×7=63&gt;60，一周已看完。</w:t>
      </w:r>
    </w:p>
    <w:p>
      <w:r>
        <w:t>97. 一袋米50千克，吃了28千克，还剩多少千克？</w:t>
      </w:r>
    </w:p>
    <w:p>
      <w:r>
        <w:t xml:space="preserve">    【参考答案】22千克</w:t>
      </w:r>
    </w:p>
    <w:p>
      <w:r>
        <w:t xml:space="preserve">    【解析】50-28=22。</w:t>
      </w:r>
    </w:p>
    <w:p>
      <w:r>
        <w:t>98. 养鸡场有公鸡36只，母鸡54只，母鸡比公鸡多多少只？</w:t>
      </w:r>
    </w:p>
    <w:p>
      <w:r>
        <w:t xml:space="preserve">    【参考答案】18只</w:t>
      </w:r>
    </w:p>
    <w:p>
      <w:r>
        <w:t xml:space="preserve">    【解析】54-36=18。</w:t>
      </w:r>
    </w:p>
    <w:p>
      <w:r>
        <w:t>99. △△△ △△△ △△△，每份3个，有3份，一共有几个？</w:t>
      </w:r>
    </w:p>
    <w:p>
      <w:r>
        <w:t xml:space="preserve">    【参考答案】9个</w:t>
      </w:r>
    </w:p>
    <w:p>
      <w:r>
        <w:t xml:space="preserve">    【解析】3×3=9。</w:t>
      </w:r>
    </w:p>
    <w:p>
      <w:r>
        <w:t>100. 用数字3、7、0组成最大的两位数是几？</w:t>
      </w:r>
    </w:p>
    <w:p>
      <w:r>
        <w:t xml:space="preserve">    【参考答案】73</w:t>
      </w:r>
    </w:p>
    <w:p>
      <w:r>
        <w:t xml:space="preserve">    【解析】十位最大7，个位3。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