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二手车买卖合同范本（个人交易防坑版）</w:t>
      </w:r>
    </w:p>
    <w:p>
      <w:r>
        <w:t>二手车买卖合同</w:t>
      </w:r>
    </w:p>
    <w:p>
      <w:r>
        <w:t>卖方（甲方）：__ 买方（乙方）：__ 依据《中华人民共和国民法典》及相关法规，双方就二手车买卖达成如下协议：</w:t>
      </w:r>
    </w:p>
    <w:p>
      <w:r>
        <w:t>第一条 车辆基本情况：品牌型号__，车辆识别代码（VIN）__，发动机号__，初次登记日期__年__月，行驶里程__公里，车身颜色__。</w:t>
      </w:r>
    </w:p>
    <w:p>
      <w:r>
        <w:t>第二条 车辆价款：双方商定车辆交易价格为人民币__元（大写：__元整）。</w:t>
      </w:r>
    </w:p>
    <w:p>
      <w:r>
        <w:t>第三条 付款方式：乙方于签订合同当日支付定金人民币__元，余款人民币__元于__年__月__日车辆过户完成后支付。</w:t>
      </w:r>
    </w:p>
    <w:p>
      <w:r>
        <w:t>第四条 车辆交付：甲方于__年__月__日前将车辆及随车手续（行驶证、登记证书、保险单、购车发票等）交付乙方，车辆交付前产生的违章、事故责任由甲方承担，交付后由乙方承担。</w:t>
      </w:r>
    </w:p>
    <w:p>
      <w:r>
        <w:t>第五条 车况承诺：甲方承诺该车非重大事故车、非泡水车、非火烧车，无抵押、无查封；行驶里程为表显里程，甲方保证未恶意调表。如乙方发现车辆为重大事故车、泡水车、火烧车或有抵押查封的，乙方有权退车并要求甲方双倍返还定金。</w:t>
      </w:r>
    </w:p>
    <w:p>
      <w:r>
        <w:t>第六条 过户手续：双方应于__年__月__日前共同办理车辆过户手续，过户费用由__方承担。甲方逾期不配合过户的，每逾期一日支付违约金人民币__元。</w:t>
      </w:r>
    </w:p>
    <w:p>
      <w:r>
        <w:t>第七条 违约责任：任何一方违约，应向守约方支付车辆价款__%的违约金。</w:t>
      </w:r>
    </w:p>
    <w:p>
      <w:r>
        <w:t>第八条 争议解决：协商不成的，向车辆所在地人民法院起诉。本合同一式两份，双方各执一份，签字后生效。</w:t>
      </w:r>
    </w:p>
    <w:p>
      <w:r>
        <w:t>甲方（签字）：__ 乙方（签字）：__ 签订日期：__年__月__日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