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房屋租赁合同范本（房东租客通用·可直接打印）</w:t>
      </w:r>
    </w:p>
    <w:p>
      <w:r>
        <w:t>房屋租赁合同</w:t>
      </w:r>
    </w:p>
    <w:p>
      <w:r>
        <w:t>出租方（甲方）：__ 身份证号：__ 联系电话：__。承租方（乙方）：__ 身份证号：__ 联系电话：__。</w:t>
      </w:r>
    </w:p>
    <w:p>
      <w:r>
        <w:t>根据《中华人民共和国民法典》及有关法律法规，甲乙双方在平等、自愿、协商一致的基础上，就房屋租赁事宜订立本合同。</w:t>
      </w:r>
    </w:p>
    <w:p>
      <w:r>
        <w:t>第一条 房屋基本情况：甲方将位于__省__市__区（县）__路__号__室的房屋（建筑面积__平方米）出租给乙方使用，房屋产权证号：__。</w:t>
      </w:r>
    </w:p>
    <w:p>
      <w:r>
        <w:t>第二条 租赁期限：租赁期限自__年__月__日起至__年__月__日止。租赁期满，乙方在同等条件下享有优先承租权。</w:t>
      </w:r>
    </w:p>
    <w:p>
      <w:r>
        <w:t>第三条 租金及支付：月租金为人民币__元，支付方式：押__付__（押金__个月租金，租金每__个月支付一次），乙方应于每期租金到期前__日内支付。</w:t>
      </w:r>
    </w:p>
    <w:p>
      <w:r>
        <w:t>第四条 押金：乙方于签订合同时向甲方支付押金人民币__元。合同期满，乙方结清各项费用且房屋无损坏的，甲方应在__日内无息退还押金。</w:t>
      </w:r>
    </w:p>
    <w:p>
      <w:r>
        <w:t>第五条 费用承担：租赁期间的水费、电费、燃气费、物业费、网络费等由__方承担。</w:t>
      </w:r>
    </w:p>
    <w:p>
      <w:r>
        <w:t>第六条 房屋维修：房屋及附属设施自然损耗的维修由甲方负责；因乙方使用不当造成的损坏由乙方负责维修或赔偿。</w:t>
      </w:r>
    </w:p>
    <w:p>
      <w:r>
        <w:t>第七条 转租与合同解除：未经甲方书面同意，乙方不得转租。乙方有下列情形之一的，甲方有权解除合同收回房屋：擅自转租、擅自改变房屋用途、拖欠租金累计__日以上、利用房屋从事违法活动。</w:t>
      </w:r>
    </w:p>
    <w:p>
      <w:r>
        <w:t>第八条 违约责任：乙方提前退租的，甲方有权扣除押金；甲方提前收房的，应退还押金并赔偿乙方__个月租金作为违约金。</w:t>
      </w:r>
    </w:p>
    <w:p>
      <w:r>
        <w:t>第九条 争议解决：因履行本合同发生争议，双方协商解决；协商不成的，向房屋所在地人民法院起诉。</w:t>
      </w:r>
    </w:p>
    <w:p>
      <w:r>
        <w:t>第十条 本合同一式两份，甲乙双方各执一份，自双方签字（盖章）之日起生效。甲方（签字）：__ 乙方（签字）：__ 签订日期：__年__月__日</w:t>
      </w:r>
    </w:p>
    <w:p>
      <w:r>
        <w:t>使用说明：以上为完整合同模板，甲方乙方信息留空，请根据实际情况填写后打印签字。合同签字即生效，请仔细阅读每一条款。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