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劳动合同（通用版）</w:t>
      </w:r>
    </w:p>
    <w:p>
      <w:r>
        <w:t>甲方（用人单位）：______________________</w:t>
      </w:r>
    </w:p>
    <w:p>
      <w:r>
        <w:t>统一社会信用代码：______________________</w:t>
      </w:r>
    </w:p>
    <w:p>
      <w:r>
        <w:t>法定代表人（主要负责人）：______________</w:t>
      </w:r>
    </w:p>
    <w:p>
      <w:r>
        <w:t>注册地址：______________________</w:t>
      </w:r>
    </w:p>
    <w:p>
      <w:r>
        <w:t>联系电话：______________________</w:t>
      </w:r>
    </w:p>
    <w:p>
      <w:r>
        <w:t>乙方（劳动者）：______________________</w:t>
      </w:r>
    </w:p>
    <w:p>
      <w:r>
        <w:t>身份证号：______________________</w:t>
      </w:r>
    </w:p>
    <w:p>
      <w:r>
        <w:t>现住址：______________________</w:t>
      </w:r>
    </w:p>
    <w:p>
      <w:r>
        <w:t>联系电话：______________________</w:t>
      </w:r>
    </w:p>
    <w:p>
      <w:r>
        <w:rPr>
          <w:b/>
          <w:sz w:val="24"/>
        </w:rPr>
        <w:t>根据《中华人民共和国劳动法》《中华人民共和国劳动合同法》及相关法律法规，甲乙双方本着平等自愿、协商一致、诚实信用的原则，签订本劳动合同，共同遵守本合同所列条款。</w:t>
      </w:r>
    </w:p>
    <w:p>
      <w:r>
        <w:rPr>
          <w:b/>
          <w:sz w:val="24"/>
        </w:rPr>
        <w:t>第一条 合同期限</w:t>
      </w:r>
    </w:p>
    <w:p>
      <w:r>
        <w:t>1.1 本合同为固定期限劳动合同。合同期限自______年____月____日起至______年____月____日止。其中试用期自______年____月____日起至______年____月____日止，共____个月。试用期包含在合同期限内。</w:t>
      </w:r>
    </w:p>
    <w:p>
      <w:r>
        <w:t>1.2 合同期满前，双方经协商一致，可以续订劳动合同，并另行签订书面续订协议。</w:t>
      </w:r>
    </w:p>
    <w:p>
      <w:r>
        <w:rPr>
          <w:b/>
          <w:sz w:val="24"/>
        </w:rPr>
        <w:t>第二条 工作内容与工作地点</w:t>
      </w:r>
    </w:p>
    <w:p>
      <w:r>
        <w:t>2.1 乙方同意根据甲方工作需要，担任____________岗位（工种）工作，具体岗位职责见岗位说明书。</w:t>
      </w:r>
    </w:p>
    <w:p>
      <w:r>
        <w:t>2.2 乙方的工作地点为______________________。甲方因生产经营需要调整乙方工作地点的，应与乙方协商一致，并以书面形式确认。</w:t>
      </w:r>
    </w:p>
    <w:p>
      <w:r>
        <w:t>2.3 乙方应按照甲方的要求，按时、按质、按量完成规定的工作任务，遵守甲方依法制定的各项规章制度。</w:t>
      </w:r>
    </w:p>
    <w:p>
      <w:r>
        <w:rPr>
          <w:b/>
          <w:sz w:val="24"/>
        </w:rPr>
        <w:t>第三条 工作时间与休息休假</w:t>
      </w:r>
    </w:p>
    <w:p>
      <w:r>
        <w:t>3.1 甲方安排乙方执行____工时制度（标准工时制/综合计算工时制/不定时工时制）。实行标准工时制的，乙方每日工作不超过8小时，每周工作不超过40小时。</w:t>
      </w:r>
    </w:p>
    <w:p>
      <w:r>
        <w:t>3.2 甲方因生产经营需要安排乙方延长工作时间的，应依法支付加班工资或安排补休。乙方依法享有法定节假日、带薪年休假等休息休假权利。</w:t>
      </w:r>
    </w:p>
    <w:p>
      <w:r>
        <w:rPr>
          <w:b/>
          <w:sz w:val="24"/>
        </w:rPr>
        <w:t>第四条 劳动报酬</w:t>
      </w:r>
    </w:p>
    <w:p>
      <w:r>
        <w:t>4.1 乙方试用期月工资为人民币________元；试用期满后月工资为人民币________元（其中基本工资________元，绩效工资________元）。</w:t>
      </w:r>
    </w:p>
    <w:p>
      <w:r>
        <w:t>4.2 甲方于每月____日前以货币形式足额支付乙方上月工资，不得克扣或者无故拖欠。</w:t>
      </w:r>
    </w:p>
    <w:p>
      <w:r>
        <w:t>4.3 甲方安排乙方加班的，按国家规定支付加班工资：安排延长工作时间的，支付不低于工资150%的报酬；休息日安排工作又不能安排补休的，支付不低于工资200%的报酬；法定休假日安排工作的，支付不低于工资300%的报酬。</w:t>
      </w:r>
    </w:p>
    <w:p>
      <w:r>
        <w:rPr>
          <w:b/>
          <w:sz w:val="24"/>
        </w:rPr>
        <w:t>第五条 社会保险与福利待遇</w:t>
      </w:r>
    </w:p>
    <w:p>
      <w:r>
        <w:t>5.1 甲乙双方应依法参加社会保险，甲方为乙方办理基本养老、基本医疗、失业、工伤、生育保险，并按规定缴纳各项社会保险费。乙方个人应缴纳部分由甲方从工资中代扣代缴。</w:t>
      </w:r>
    </w:p>
    <w:p>
      <w:r>
        <w:t>5.2 乙方患病或非因工负伤的，其医疗待遇按国家及当地有关规定执行。乙方患职业病或因工负伤的，按国家工伤保险有关规定执行。</w:t>
      </w:r>
    </w:p>
    <w:p>
      <w:r>
        <w:rPr>
          <w:b/>
          <w:sz w:val="24"/>
        </w:rPr>
        <w:t>第六条 劳动保护与劳动条件</w:t>
      </w:r>
    </w:p>
    <w:p>
      <w:r>
        <w:t>6.1 甲方应严格执行国家劳动安全卫生法律法规，为乙方提供符合国家规定的劳动安全卫生条件和必要的劳动防护用品，对乙方进行劳动安全卫生教育。</w:t>
      </w:r>
    </w:p>
    <w:p>
      <w:r>
        <w:t>6.2 乙方在劳动过程中必须严格遵守安全操作规程。乙方对甲方管理人员违章指挥、强令冒险作业，有权拒绝执行。</w:t>
      </w:r>
    </w:p>
    <w:p>
      <w:r>
        <w:rPr>
          <w:b/>
          <w:sz w:val="24"/>
        </w:rPr>
        <w:t>第七条 劳动纪律与规章制度</w:t>
      </w:r>
    </w:p>
    <w:p>
      <w:r>
        <w:t>7.1 乙方应遵守国家法律法规，遵守甲方依法制定并公示的各项规章制度，服从甲方的管理和工作安排，爱护甲方财产，保守甲方商业秘密。</w:t>
      </w:r>
    </w:p>
    <w:p>
      <w:r>
        <w:t>7.2 乙方违反规章制度的，甲方可依据规章制度给予相应处理，直至解除本合同。</w:t>
      </w:r>
    </w:p>
    <w:p>
      <w:r>
        <w:rPr>
          <w:b/>
          <w:sz w:val="24"/>
        </w:rPr>
        <w:t>第八条 合同的变更、解除与终止</w:t>
      </w:r>
    </w:p>
    <w:p>
      <w:r>
        <w:t>8.1 经甲乙双方协商一致，可以变更本合同约定的内容，变更应当采用书面形式。</w:t>
      </w:r>
    </w:p>
    <w:p>
      <w:r>
        <w:t>8.2 乙方提前三十日以书面形式通知甲方，可以解除劳动合同；试用期内提前三日通知甲方，可以解除劳动合同。</w:t>
      </w:r>
    </w:p>
    <w:p>
      <w:r>
        <w:t>8.3 甲方有未及时足额支付劳动报酬、未依法缴纳社会保险费等情形的，乙方可以解除劳动合同。乙方严重违反规章制度、严重失职给甲方造成重大损害的，甲方可以解除劳动合同。</w:t>
      </w:r>
    </w:p>
    <w:p>
      <w:r>
        <w:t>8.4 本合同期满或法定终止条件出现时，本合同即行终止。符合经济补偿情形的，甲方依法向乙方支付经济补偿。</w:t>
      </w:r>
    </w:p>
    <w:p>
      <w:r>
        <w:rPr>
          <w:b/>
          <w:sz w:val="24"/>
        </w:rPr>
        <w:t>第九条 违约责任</w:t>
      </w:r>
    </w:p>
    <w:p>
      <w:r>
        <w:t>9.1 甲乙双方任何一方违反本合同约定，给对方造成损失的，应依法承担赔偿责任。</w:t>
      </w:r>
    </w:p>
    <w:p>
      <w:r>
        <w:t>9.2 乙方违反服务期约定或竞业限制约定的，应按约定向甲方支付违约金。除此之外，甲方不得与乙方约定由乙方承担违约金。</w:t>
      </w:r>
    </w:p>
    <w:p>
      <w:r>
        <w:rPr>
          <w:b/>
          <w:sz w:val="24"/>
        </w:rPr>
        <w:t>第十条 争议解决</w:t>
      </w:r>
    </w:p>
    <w:p>
      <w:r>
        <w:t>10.1 甲乙双方因履行本合同发生争议的，应先协商解决；协商不成的，可以向劳动争议仲裁委员会申请仲裁；对仲裁裁决不服的，可以依法向人民法院提起诉讼。</w:t>
      </w:r>
    </w:p>
    <w:p>
      <w:r>
        <w:rPr>
          <w:b/>
          <w:sz w:val="24"/>
        </w:rPr>
        <w:t>第十一条 其他</w:t>
      </w:r>
    </w:p>
    <w:p>
      <w:r>
        <w:t>11.1 本合同未尽事宜，按国家及地方有关法律法规执行。本合同一式两份，甲乙双方各执一份，自双方签字（盖章）之日起生效。</w:t>
      </w:r>
    </w:p>
    <w:p>
      <w:r>
        <w:t>甲方（盖章）：______________________    乙方（签字）：______________________</w:t>
      </w:r>
    </w:p>
    <w:p>
      <w:r>
        <w:t>法定代表人/委托代理人：______________    签订日期：______年____月____日</w:t>
      </w:r>
    </w:p>
    <w:p>
      <w:r>
        <w:t>签订地点：______________________</w:t>
      </w:r>
    </w:p>
    <w:p>
      <w:r>
        <w:rPr>
          <w:b/>
        </w:rPr>
        <w:t>特别提示：本模板仅供参考，重大事项建议咨询律师。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