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房屋租赁合同（标准版）</w:t>
      </w:r>
    </w:p>
    <w:p>
      <w:r>
        <w:t>出租方（甲方）：______________________</w:t>
      </w:r>
    </w:p>
    <w:p>
      <w:r>
        <w:t>身份证号：______________________</w:t>
      </w:r>
    </w:p>
    <w:p>
      <w:r>
        <w:t>联系地址：______________________</w:t>
      </w:r>
    </w:p>
    <w:p>
      <w:r>
        <w:t>联系电话：______________________</w:t>
      </w:r>
    </w:p>
    <w:p>
      <w:r>
        <w:t>承租方（乙方）：______________________</w:t>
      </w:r>
    </w:p>
    <w:p>
      <w:r>
        <w:t>身份证号：______________________</w:t>
      </w:r>
    </w:p>
    <w:p>
      <w:r>
        <w:t>联系地址：______________________</w:t>
      </w:r>
    </w:p>
    <w:p>
      <w:r>
        <w:t>联系电话：______________________</w:t>
      </w:r>
    </w:p>
    <w:p>
      <w:r>
        <w:rPr>
          <w:b/>
          <w:sz w:val="24"/>
        </w:rPr>
        <w:t>根据《中华人民共和国民法典》及相关法律法规，甲乙双方在平等、自愿、协商一致的基础上，就乙方承租甲方房屋事宜，订立本合同。</w:t>
      </w:r>
    </w:p>
    <w:p>
      <w:r>
        <w:rPr>
          <w:b/>
          <w:sz w:val="24"/>
        </w:rPr>
        <w:t>第一条 房屋基本情况</w:t>
      </w:r>
    </w:p>
    <w:p>
      <w:r>
        <w:t>1.1 甲方将坐落于______市______区（县）______________________的房屋（以下简称该房屋）出租给乙方使用。房屋建筑面积约______平方米，户型为____室____厅____卫。</w:t>
      </w:r>
    </w:p>
    <w:p>
      <w:r>
        <w:t>1.2 房屋现有装修及设施、设备情况详见本合同附件《房屋设施清单》。该清单作为甲方交付房屋和乙方返还房屋时的验收依据。</w:t>
      </w:r>
    </w:p>
    <w:p>
      <w:r>
        <w:t>1.3 甲方保证对该房屋享有合法出租权利，房屋不存在权属争议，不存在影响正常使用的安全隐患。</w:t>
      </w:r>
    </w:p>
    <w:p>
      <w:r>
        <w:rPr>
          <w:b/>
          <w:sz w:val="24"/>
        </w:rPr>
        <w:t>第二条 租赁用途</w:t>
      </w:r>
    </w:p>
    <w:p>
      <w:r>
        <w:t>2.1 乙方承租该房屋用于____________（居住/办公）。乙方不得擅自改变房屋用途，不得利用房屋从事违法活动，不得损害公共利益。</w:t>
      </w:r>
    </w:p>
    <w:p>
      <w:r>
        <w:rPr>
          <w:b/>
          <w:sz w:val="24"/>
        </w:rPr>
        <w:t>第三条 租赁期限</w:t>
      </w:r>
    </w:p>
    <w:p>
      <w:r>
        <w:t>3.1 租赁期限自______年____月____日起至______年____月____日止，共计____个月。</w:t>
      </w:r>
    </w:p>
    <w:p>
      <w:r>
        <w:t>3.2 租赁期满，乙方要求续租的，应在期满前____日书面通知甲方，经甲方同意后重新签订租赁合同。同等条件下，乙方享有优先承租权。</w:t>
      </w:r>
    </w:p>
    <w:p>
      <w:r>
        <w:rPr>
          <w:b/>
          <w:sz w:val="24"/>
        </w:rPr>
        <w:t>第四条 租金及支付方式</w:t>
      </w:r>
    </w:p>
    <w:p>
      <w:r>
        <w:t>4.1 该房屋月租金为人民币（大写）____________元（￥______元）。租金按____（月/季/半年）支付。</w:t>
      </w:r>
    </w:p>
    <w:p>
      <w:r>
        <w:t>4.2 乙方应于每个支付周期开始前____日内将租金交付甲方。首次租金应于本合同签订之日起____日内支付。</w:t>
      </w:r>
    </w:p>
    <w:p>
      <w:r>
        <w:t>4.3 甲方收取租金后应向乙方出具收款凭证。租赁期间，甲方不得单方擅自提高租金。</w:t>
      </w:r>
    </w:p>
    <w:p>
      <w:r>
        <w:rPr>
          <w:b/>
          <w:sz w:val="24"/>
        </w:rPr>
        <w:t>第五条 押金</w:t>
      </w:r>
    </w:p>
    <w:p>
      <w:r>
        <w:t>5.1 乙方应于本合同签订之日向甲方支付房屋押金人民币（大写）____________元（￥______元）。</w:t>
      </w:r>
    </w:p>
    <w:p>
      <w:r>
        <w:t>5.2 租赁期满或合同解除后，房屋及设施无损坏、乙方已结清各项费用的，甲方应在乙方腾房后____日内将押金无息退还乙方。因乙方原因造成房屋或设施损坏、拖欠费用的，甲方可从押金中扣除相应费用。</w:t>
      </w:r>
    </w:p>
    <w:p>
      <w:r>
        <w:rPr>
          <w:b/>
          <w:sz w:val="24"/>
        </w:rPr>
        <w:t>第六条 其他费用</w:t>
      </w:r>
    </w:p>
    <w:p>
      <w:r>
        <w:t>6.1 租赁期间，水费、电费、燃气费、物业管理费、网络费、有线电视费等因乙方使用产生的费用，由乙方承担，并按时向有关部门缴纳。房屋租赁税费按国家规定由____方承担。</w:t>
      </w:r>
    </w:p>
    <w:p>
      <w:r>
        <w:rPr>
          <w:b/>
          <w:sz w:val="24"/>
        </w:rPr>
        <w:t>第七条 房屋修缮与使用</w:t>
      </w:r>
    </w:p>
    <w:p>
      <w:r>
        <w:t>7.1 甲方应保障房屋及其附属设施处于正常可使用状态。房屋及固有设施因自然损耗出现故障的，由甲方负责维修；乙方应及时通知甲方。</w:t>
      </w:r>
    </w:p>
    <w:p>
      <w:r>
        <w:t>7.2 乙方应合理使用房屋及设施，因乙方使用不当或人为损坏的，由乙方负责修复或赔偿。乙方如需对房屋进行装修或改动，应事先征得甲方书面同意。</w:t>
      </w:r>
    </w:p>
    <w:p>
      <w:r>
        <w:rPr>
          <w:b/>
          <w:sz w:val="24"/>
        </w:rPr>
        <w:t>第八条 合同的解除</w:t>
      </w:r>
    </w:p>
    <w:p>
      <w:r>
        <w:t>8.1 经甲乙双方协商一致，可以解除本合同。</w:t>
      </w:r>
    </w:p>
    <w:p>
      <w:r>
        <w:t>8.2 乙方逾期支付租金达____日以上，或擅自转租、改变用途、从事违法活动的，甲方有权解除合同并收回房屋。</w:t>
      </w:r>
    </w:p>
    <w:p>
      <w:r>
        <w:t>8.3 甲方未按约定交付房屋达____日以上，或房屋存在严重安全隐患危及乙方安全的，乙方有权解除合同。</w:t>
      </w:r>
    </w:p>
    <w:p>
      <w:r>
        <w:rPr>
          <w:b/>
          <w:sz w:val="24"/>
        </w:rPr>
        <w:t>第九条 违约责任</w:t>
      </w:r>
    </w:p>
    <w:p>
      <w:r>
        <w:t>9.1 任何一方违反本合同约定，应向守约方支付相当于____个月租金的违约金；违约金不足以弥补损失的，还应赔偿差额部分。</w:t>
      </w:r>
    </w:p>
    <w:p>
      <w:r>
        <w:t>9.2 乙方逾期支付租金的，每逾期一日，应按未付租金的____‰向甲方支付滞纳金。</w:t>
      </w:r>
    </w:p>
    <w:p>
      <w:r>
        <w:rPr>
          <w:b/>
          <w:sz w:val="24"/>
        </w:rPr>
        <w:t>第十条 争议解决</w:t>
      </w:r>
    </w:p>
    <w:p>
      <w:r>
        <w:t>10.1 本合同履行中发生争议，双方应协商解决；协商不成的，任何一方均可向房屋所在地人民法院提起诉讼。</w:t>
      </w:r>
    </w:p>
    <w:p>
      <w:r>
        <w:rPr>
          <w:b/>
          <w:sz w:val="24"/>
        </w:rPr>
        <w:t>第十一条 转租与优先购买权</w:t>
      </w:r>
    </w:p>
    <w:p>
      <w:r>
        <w:t>11.1 未经甲方书面同意，乙方不得将房屋全部或部分转租、转借他人。经甲方同意转租的，乙方与次承租人之间的约定不得对抗本合同。</w:t>
      </w:r>
    </w:p>
    <w:p>
      <w:r>
        <w:t>11.2 租赁期间甲方出卖该房屋的，应提前合理期限通知乙方，在同等条件下乙方享有优先购买权。房屋所有权转移的，本合同对新所有权人继续有效（买卖不破租赁）。</w:t>
      </w:r>
    </w:p>
    <w:p>
      <w:r>
        <w:rPr>
          <w:b/>
          <w:sz w:val="24"/>
        </w:rPr>
        <w:t>第十二条 通知与送达</w:t>
      </w:r>
    </w:p>
    <w:p>
      <w:r>
        <w:t>12.1 双方确认本合同首部所载地址、电话为有效联系方式，一方按该地址寄送通知即视为送达。联系方式变更应提前书面通知对方。</w:t>
      </w:r>
    </w:p>
    <w:p>
      <w:r>
        <w:rPr>
          <w:b/>
          <w:sz w:val="24"/>
        </w:rPr>
        <w:t>第十三条 其他约定</w:t>
      </w:r>
    </w:p>
    <w:p>
      <w:r>
        <w:t>13.1 本合同未尽事宜，双方可另行签订补充协议，补充协议与本合同具有同等法律效力。</w:t>
      </w:r>
    </w:p>
    <w:p>
      <w:r>
        <w:rPr>
          <w:b/>
          <w:sz w:val="24"/>
        </w:rPr>
        <w:t>第十三条之一 押金返还与房屋交付验收</w:t>
      </w:r>
    </w:p>
    <w:p>
      <w:r>
        <w:t>13.2 租赁期满或合同解除后，乙方腾空房屋、结清水费电费燃气费等各项费用，并与甲方共同对房屋及附属设施进行验收，签署书面交接单。验收无损坏、无欠费的，甲方应在交接完成后____日内将押金全额无息退还乙方；甲方拖延验收的，自乙方书面通知交房之日起满____日即视为验收合格，甲方不得再以房屋瑕疵为由克扣押金。交接时双方应核对附件《房屋设施清单》逐项点验，原有自然损耗不计入赔偿。</w:t>
      </w:r>
    </w:p>
    <w:p>
      <w:r>
        <w:t>13.2 本合同一式两份，甲乙双方各执一份，自双方签字之日起生效。附件《房屋设施清单》为本合同组成部分。</w:t>
      </w:r>
    </w:p>
    <w:p>
      <w:r>
        <w:t>甲方（签字）：______________________    乙方（签字）：______________________</w:t>
      </w:r>
    </w:p>
    <w:p>
      <w:r>
        <w:t>签订日期：______年____月____日        签订日期：______年____月____日</w:t>
      </w:r>
    </w:p>
    <w:p>
      <w:r>
        <w:rPr>
          <w:b/>
        </w:rPr>
        <w:t>特别提示：本模板仅供参考，重大事项建议咨询律师。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