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商品买卖合同（购销通用）</w:t>
      </w:r>
    </w:p>
    <w:p>
      <w:r>
        <w:t>出卖人（甲方）：______________________</w:t>
      </w:r>
    </w:p>
    <w:p>
      <w:r>
        <w:t>统一社会信用代码/身份证号：______________________</w:t>
      </w:r>
    </w:p>
    <w:p>
      <w:r>
        <w:t>地址：______________________  联系电话：______________________</w:t>
      </w:r>
    </w:p>
    <w:p>
      <w:r>
        <w:t>买受人（乙方）：______________________</w:t>
      </w:r>
    </w:p>
    <w:p>
      <w:r>
        <w:t>统一社会信用代码/身份证号：______________________</w:t>
      </w:r>
    </w:p>
    <w:p>
      <w:r>
        <w:t>地址：______________________  联系电话：______________________</w:t>
      </w:r>
    </w:p>
    <w:p>
      <w:r>
        <w:rPr>
          <w:b/>
          <w:sz w:val="24"/>
        </w:rPr>
        <w:t>根据《中华人民共和国民法典》及相关法律法规，甲乙双方在平等、自愿、公平、诚实信用的基础上，就商品买卖事宜协商一致，订立本合同。</w:t>
      </w:r>
    </w:p>
    <w:p>
      <w:r>
        <w:rPr>
          <w:b/>
          <w:sz w:val="24"/>
        </w:rPr>
        <w:t>第一条 标的物</w:t>
      </w:r>
    </w:p>
    <w:p>
      <w:r>
        <w:t>1.1 乙方向甲方购买下列商品：</w:t>
      </w:r>
    </w:p>
    <w:p>
      <w:r>
        <w:t>商品名称：______________________；品牌/规格型号：______________________；产地：______________________；</w:t>
      </w:r>
    </w:p>
    <w:p>
      <w:r>
        <w:t>数量：________；计量单位：________；单价（含税）：________元；合计金额（大写）：____________元（￥______元）。</w:t>
      </w:r>
    </w:p>
    <w:p>
      <w:r>
        <w:t>1.2 上述商品应符合国家质量标准、行业标准或双方约定的质量要求，并具备合格证明。</w:t>
      </w:r>
    </w:p>
    <w:p>
      <w:r>
        <w:rPr>
          <w:b/>
          <w:sz w:val="24"/>
        </w:rPr>
        <w:t>第二条 质量要求与验收</w:t>
      </w:r>
    </w:p>
    <w:p>
      <w:r>
        <w:t>2.1 甲方交付的商品应当符合约定的质量标准，不得为假冒伪劣、以次充好的商品。</w:t>
      </w:r>
    </w:p>
    <w:p>
      <w:r>
        <w:t>2.2 乙方应在收到商品后____日内进行验收。如发现商品数量、品种、规格、质量不符合约定，乙方应在验收期内书面通知甲方；逾期未通知视为验收合格。但商品存在隐蔽瑕疵的，乙方在发现后合理期限内有权提出异议。</w:t>
      </w:r>
    </w:p>
    <w:p>
      <w:r>
        <w:rPr>
          <w:b/>
          <w:sz w:val="24"/>
        </w:rPr>
        <w:t>第三条 交付方式与期限</w:t>
      </w:r>
    </w:p>
    <w:p>
      <w:r>
        <w:t>3.1 甲方应于______年____月____日前，将商品交付至______________________（交货地点）。</w:t>
      </w:r>
    </w:p>
    <w:p>
      <w:r>
        <w:t>3.2 交付方式为：甲方送货上门/乙方自提/第三方物流代办运输。商品毁损、灭失的风险自交付时起转移至乙方；交付前由甲方承担。</w:t>
      </w:r>
    </w:p>
    <w:p>
      <w:r>
        <w:t>3.3 运输费用由____方承担。</w:t>
      </w:r>
    </w:p>
    <w:p>
      <w:r>
        <w:rPr>
          <w:b/>
          <w:sz w:val="24"/>
        </w:rPr>
        <w:t>第四条 价款支付</w:t>
      </w:r>
    </w:p>
    <w:p>
      <w:r>
        <w:t>4.1 本合同总价款为人民币（大写）____________元（￥______元）。</w:t>
      </w:r>
    </w:p>
    <w:p>
      <w:r>
        <w:t>4.2 支付方式：合同签订后____日内，乙方向甲方支付定金/预付款人民币________元；余款在商品验收合格后____日内付清。</w:t>
      </w:r>
    </w:p>
    <w:p>
      <w:r>
        <w:t>4.3 甲方应在收款后向乙方开具合法有效的发票（发票类型：________）。</w:t>
      </w:r>
    </w:p>
    <w:p>
      <w:r>
        <w:rPr>
          <w:b/>
          <w:sz w:val="24"/>
        </w:rPr>
        <w:t>第五条 包装标准</w:t>
      </w:r>
    </w:p>
    <w:p>
      <w:r>
        <w:t>5.1 甲方应按国家或行业通用标准对商品进行包装，满足运输、仓储及商品保护需要。因包装不符造成商品损坏的，由甲方承担责任。</w:t>
      </w:r>
    </w:p>
    <w:p>
      <w:r>
        <w:rPr>
          <w:b/>
          <w:sz w:val="24"/>
        </w:rPr>
        <w:t>第六条 违约责任</w:t>
      </w:r>
    </w:p>
    <w:p>
      <w:r>
        <w:t>6.1 甲方逾期交货的，每逾期一日，应按逾期交货部分货款的____‰向乙方支付违约金；逾期超过____日的，乙方有权解除合同并要求赔偿损失。</w:t>
      </w:r>
    </w:p>
    <w:p>
      <w:r>
        <w:t>6.2 乙方逾期付款的，每逾期一日，应按逾期付款金额的____‰向甲方支付违约金。</w:t>
      </w:r>
    </w:p>
    <w:p>
      <w:r>
        <w:t>6.3 甲方交付的商品质量不符合约定的，乙方有权要求修理、更换、退货或减少价款；给乙方造成损失的，甲方应予赔偿。</w:t>
      </w:r>
    </w:p>
    <w:p>
      <w:r>
        <w:t>6.4 给付定金的一方不履行约定的，无权要求返还定金；收受定金的一方不履行约定的，应当双倍返还定金。定金数额不得超过主合同标的额的百分之二十。</w:t>
      </w:r>
    </w:p>
    <w:p>
      <w:r>
        <w:rPr>
          <w:b/>
          <w:sz w:val="24"/>
        </w:rPr>
        <w:t>第七条 不可抗力</w:t>
      </w:r>
    </w:p>
    <w:p>
      <w:r>
        <w:t>7.1 因不可抗力导致一方不能履行合同的，根据不可抗力的影响，部分或全部免除责任，但应及时通知对方并提供证明。</w:t>
      </w:r>
    </w:p>
    <w:p>
      <w:r>
        <w:rPr>
          <w:b/>
          <w:sz w:val="24"/>
        </w:rPr>
        <w:t>第八条 争议解决</w:t>
      </w:r>
    </w:p>
    <w:p>
      <w:r>
        <w:t>8.1 本合同履行中发生争议，双方应友好协商解决；协商不成的，任何一方均可向______人民法院提起诉讼（或提交______仲裁委员会仲裁）。</w:t>
      </w:r>
    </w:p>
    <w:p>
      <w:r>
        <w:rPr>
          <w:b/>
          <w:sz w:val="24"/>
        </w:rPr>
        <w:t>第八条之一 质量保证与售后服务</w:t>
      </w:r>
    </w:p>
    <w:p>
      <w:r>
        <w:t>8.1 甲方对所售商品承担质量保证责任，质保期为自交付之日起____个月。质保期内因商品本身质量问题发生的故障，甲方负责免费修理或更换。</w:t>
      </w:r>
    </w:p>
    <w:p>
      <w:r>
        <w:t>8.2 甲方保证所供商品不侵犯任何第三方的知识产权、商标权等合法权益。如因此引发纠纷，由甲方负责处理并承担责任。</w:t>
      </w:r>
    </w:p>
    <w:p>
      <w:r>
        <w:rPr>
          <w:b/>
          <w:sz w:val="24"/>
        </w:rPr>
        <w:t>第八条之二 所有权保留</w:t>
      </w:r>
    </w:p>
    <w:p>
      <w:r>
        <w:t>8.3 在乙方未付清全部货款之前，本合同项下商品的所有权仍归甲方所有；但商品毁损、灭失的风险自交付时起已转移由乙方承担。乙方付清全部货款后，所有权自动转移至乙方。</w:t>
      </w:r>
    </w:p>
    <w:p>
      <w:r>
        <w:rPr>
          <w:b/>
          <w:sz w:val="24"/>
        </w:rPr>
        <w:t>第八条之三 合同变更与通知</w:t>
      </w:r>
    </w:p>
    <w:p>
      <w:r>
        <w:t>8.4 本合同的任何变更、补充均须经双方书面确认方为有效。双方在本合同中所载地址、电话为有效联系方式，一方按此发出的通知即视为送达；联系方式变更应提前书面告知对方。</w:t>
      </w:r>
    </w:p>
    <w:p>
      <w:r>
        <w:t>8.5 验收时发现商品存在数量短缺、表面瑕疵的，乙方应在签收时当场提出并拍照留证；甲方应在接到通知后____日内补足或更换，由此产生的运输等费用由甲方承担。商品需要安装调试的，安装调试合格之日方视为交付完成。</w:t>
      </w:r>
    </w:p>
    <w:p>
      <w:r>
        <w:rPr>
          <w:b/>
          <w:sz w:val="24"/>
        </w:rPr>
        <w:t>第九条 其他</w:t>
      </w:r>
    </w:p>
    <w:p>
      <w:r>
        <w:t>9.1 本合同未尽事宜，双方可签订补充协议，补充协议与本合同具有同等法律效力。</w:t>
      </w:r>
    </w:p>
    <w:p>
      <w:r>
        <w:t>9.2 本合同一式两份，甲乙双方各执一份，自双方签字（盖章）之日起生效。</w:t>
      </w:r>
    </w:p>
    <w:p>
      <w:r>
        <w:t>甲方（盖章/签字）：______________  乙方（盖章/签字）：______________</w:t>
      </w:r>
    </w:p>
    <w:p>
      <w:r>
        <w:t>签订日期：______年____月____日      签订日期：______年____月____日</w:t>
      </w:r>
    </w:p>
    <w:p>
      <w:r>
        <w:rPr>
          <w:b/>
        </w:rPr>
        <w:t>特别提示：本模板仅供参考，重大事项建议咨询律师。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