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个人借款合同+借条范本</w:t>
      </w:r>
    </w:p>
    <w:p>
      <w:r>
        <w:rPr>
          <w:b/>
          <w:sz w:val="24"/>
        </w:rPr>
        <w:t>一、个人借款合同</w:t>
      </w:r>
    </w:p>
    <w:p>
      <w:r>
        <w:t>贷款人（甲方/出借人）：______________________</w:t>
      </w:r>
    </w:p>
    <w:p>
      <w:r>
        <w:t>身份证号：______________________  联系电话：______________________</w:t>
      </w:r>
    </w:p>
    <w:p>
      <w:r>
        <w:t>借款人（乙方）：______________________</w:t>
      </w:r>
    </w:p>
    <w:p>
      <w:r>
        <w:t>身份证号：______________________  联系电话：______________________</w:t>
      </w:r>
    </w:p>
    <w:p>
      <w:r>
        <w:t>住址：______________________</w:t>
      </w:r>
    </w:p>
    <w:p>
      <w:r>
        <w:rPr>
          <w:b/>
          <w:sz w:val="24"/>
        </w:rPr>
        <w:t>根据《中华人民共和国民法典》关于借款合同的相关规定，甲乙双方在平等自愿、协商一致的基础上，就乙方向甲方借款事宜订立本合同，以资共同遵守。</w:t>
      </w:r>
    </w:p>
    <w:p>
      <w:r>
        <w:rPr>
          <w:b/>
          <w:sz w:val="24"/>
        </w:rPr>
        <w:t>第一条 借款金额</w:t>
      </w:r>
    </w:p>
    <w:p>
      <w:r>
        <w:t>1.1 乙方向甲方借款人民币（大写）____________元整（￥______元）。</w:t>
      </w:r>
    </w:p>
    <w:p>
      <w:r>
        <w:rPr>
          <w:b/>
          <w:sz w:val="24"/>
        </w:rPr>
        <w:t>第二条 借款用途</w:t>
      </w:r>
    </w:p>
    <w:p>
      <w:r>
        <w:t>2.1 本借款用于____________（如家庭日常周转、经营周转等）。乙方不得将借款用于赌博、非法集资等违法活动。</w:t>
      </w:r>
    </w:p>
    <w:p>
      <w:r>
        <w:rPr>
          <w:b/>
          <w:sz w:val="24"/>
        </w:rPr>
        <w:t>第三条 借款交付</w:t>
      </w:r>
    </w:p>
    <w:p>
      <w:r>
        <w:t>3.1 甲方应于______年____月____日前，通过银行转账方式将借款本金支付至乙方指定账户：开户行________，户名________，账号________________。以实际到账金额为准。</w:t>
      </w:r>
    </w:p>
    <w:p>
      <w:r>
        <w:rPr>
          <w:b/>
          <w:sz w:val="24"/>
        </w:rPr>
        <w:t>第四条 借款期限与利率</w:t>
      </w:r>
    </w:p>
    <w:p>
      <w:r>
        <w:t>4.1 借款期限自______年____月____日起至______年____月____日止。</w:t>
      </w:r>
    </w:p>
    <w:p>
      <w:r>
        <w:t>4.2 双方约定借款年利率为____%（大写：百分之____）。该利率不得超过合同成立时一年期贷款市场报价利率（LPR）的四倍，超出部分法律不予保护。如无利息约定，视为不支付利息。</w:t>
      </w:r>
    </w:p>
    <w:p>
      <w:r>
        <w:rPr>
          <w:b/>
          <w:sz w:val="24"/>
        </w:rPr>
        <w:t>第五条 还款方式</w:t>
      </w:r>
    </w:p>
    <w:p>
      <w:r>
        <w:t>5.1 乙方应于借款到期日一次性偿还本金并结清利息；或按下列方式分期还款：______________________。还款一律以银行转账至甲方指定账户为准。</w:t>
      </w:r>
    </w:p>
    <w:p>
      <w:r>
        <w:rPr>
          <w:b/>
          <w:sz w:val="24"/>
        </w:rPr>
        <w:t>第六条 提前还款与逾期</w:t>
      </w:r>
    </w:p>
    <w:p>
      <w:r>
        <w:t>6.1 乙方可以提前还款，利息按实际借款期间计算。乙方逾期还款的，应按约定利率（或不低于国家规定标准）支付逾期利息，并承担甲方为实现债权支出的合理费用。</w:t>
      </w:r>
    </w:p>
    <w:p>
      <w:r>
        <w:rPr>
          <w:b/>
          <w:sz w:val="24"/>
        </w:rPr>
        <w:t>第七条 担保（如有）</w:t>
      </w:r>
    </w:p>
    <w:p>
      <w:r>
        <w:t>7.1 本借款由____________提供保证担保/以____________提供抵押担保，另行签订担保合同。无担保的，本条删除。</w:t>
      </w:r>
    </w:p>
    <w:p>
      <w:r>
        <w:rPr>
          <w:b/>
          <w:sz w:val="24"/>
        </w:rPr>
        <w:t>第八条 违约责任</w:t>
      </w:r>
    </w:p>
    <w:p>
      <w:r>
        <w:t>8.1 乙方未按约定用途使用借款或逾期不还的，甲方有权要求乙方提前返还借款并承担相应违约责任。</w:t>
      </w:r>
    </w:p>
    <w:p>
      <w:r>
        <w:rPr>
          <w:b/>
          <w:sz w:val="24"/>
        </w:rPr>
        <w:t>第八条之一 联系方式与送达</w:t>
      </w:r>
    </w:p>
    <w:p>
      <w:r>
        <w:t>8.1 双方确认本合同首部所载电话、住址为有效联系方式和法律文书送达地址。一方联系方式变更的，应在变更后三日内书面通知对方，否则按原地址送达即视为有效送达。</w:t>
      </w:r>
    </w:p>
    <w:p>
      <w:r>
        <w:rPr>
          <w:b/>
          <w:sz w:val="24"/>
        </w:rPr>
        <w:t>第八条之二 共同借款人与配偶确认（如有）</w:t>
      </w:r>
    </w:p>
    <w:p>
      <w:r>
        <w:t>8.2 如本借款用于夫妻共同生活或共同经营，借款人配偶________（签字：________）确认对该笔借款知情并同意承担共同还款责任。无此情形的，本条删除。</w:t>
      </w:r>
    </w:p>
    <w:p>
      <w:r>
        <w:rPr>
          <w:b/>
          <w:sz w:val="24"/>
        </w:rPr>
        <w:t>第八条之三 逾期与费用承担</w:t>
      </w:r>
    </w:p>
    <w:p>
      <w:r>
        <w:t>8.3 借款人逾期还款的，应自逾期之日起按约定利率继续支付资金占用期间的利息，直至全部款项清偿完毕之日止。</w:t>
      </w:r>
    </w:p>
    <w:p>
      <w:r>
        <w:t>8.4 因借款人违约致使出借人采取诉讼等方式实现债权的，借款人应当承担出借人为此支付的合理费用，包括但不限于诉讼费、保全费、律师费、差旅费等。</w:t>
      </w:r>
    </w:p>
    <w:p>
      <w:r>
        <w:t>8.5 本借款不存在砍头息、预扣利息等情形，出借人已按约定金额足额交付。双方确认本合同系真实意思表示，不存在欺诈、胁迫。</w:t>
      </w:r>
    </w:p>
    <w:p>
      <w:r>
        <w:t>8.6 借款人提前还款的，应提前____日通知出借人，利息按实际借款天数计算，出借人不得拒绝合理的提前还款。借款期间，借款人如出现经营状况严重恶化、转移财产、丧失商业信誉等可能影响还款能力的情形，出借人有权要求其提前清偿或提供补充担保。</w:t>
      </w:r>
    </w:p>
    <w:p>
      <w:r>
        <w:t>8.7 本合同自双方签字之日起成立并生效。双方确认已逐条阅读并理解全部条款，对借款金额、期限、利率、还款方式等核心内容无任何异议，签字系本人真实意愿。</w:t>
      </w:r>
    </w:p>
    <w:p>
      <w:r>
        <w:rPr>
          <w:b/>
          <w:sz w:val="24"/>
        </w:rPr>
        <w:t>第九条 争议解决</w:t>
      </w:r>
    </w:p>
    <w:p>
      <w:r>
        <w:t>9.1 因本合同发生争议，双方应协商解决；协商不成的，向甲方所在地或合同签订地人民法院提起诉讼。</w:t>
      </w:r>
    </w:p>
    <w:p>
      <w:r>
        <w:t>9.2 本合同一式两份，甲乙双方各执一份，自双方签字之日起生效。</w:t>
      </w:r>
    </w:p>
    <w:p>
      <w:r>
        <w:rPr>
          <w:b/>
          <w:sz w:val="24"/>
        </w:rPr>
        <w:t>第九条之一 争议解决与送达</w:t>
      </w:r>
    </w:p>
    <w:p>
      <w:r>
        <w:t>9.3 因本合同发生争议，双方应友好协商解决；协商不成的，由出借人（甲方）住所地人民法院管辖。双方确认本合同首部载明的地址、电话为有效法律文书送达地址：出借人按该地址寄出催款函、律师函，或人民法院按该地址寄送起诉状、传票、判决书等诉讼文书的，自交邮之日起即视为有效送达。借款人联系方式或住址发生变动的，应在三日内书面通知出借人；未及时通知导致文书未能实际接收的，由借款人自行承担送达不能的法律后果，不影响法院依法审理和缺席判决。</w:t>
      </w:r>
    </w:p>
    <w:p>
      <w:r>
        <w:t>甲方（出借人签字）：____________  乙方（借款人签字）：____________</w:t>
      </w:r>
    </w:p>
    <w:p>
      <w:r>
        <w:t>签订日期：______年____月____日    签订地点：____________</w:t>
      </w:r>
    </w:p>
    <w:p>
      <w:r>
        <w:rPr>
          <w:b/>
          <w:sz w:val="24"/>
        </w:rPr>
        <w:t>二、借条范本（小额借款可单独使用）</w:t>
      </w:r>
    </w:p>
    <w:p>
      <w:r>
        <w:t>借条</w:t>
      </w:r>
    </w:p>
    <w:p>
      <w:r>
        <w:t>今借到____________（出借人姓名，身份证号：________________）人民币（大写）____________元整（￥______元）。</w:t>
      </w:r>
    </w:p>
    <w:p>
      <w:r>
        <w:t>借款期限自______年____月____日起至______年____月____日止。约定年利率____%。</w:t>
      </w:r>
    </w:p>
    <w:p>
      <w:r>
        <w:t>借款人承诺于到期日一次性本息还清。如逾期，愿承担由此产生的一切责任。</w:t>
      </w:r>
    </w:p>
    <w:p>
      <w:r>
        <w:t>此据。</w:t>
      </w:r>
    </w:p>
    <w:p>
      <w:r>
        <w:t>借款人（签字按手印）：____________  身份证号：________________</w:t>
      </w:r>
    </w:p>
    <w:p>
      <w:r>
        <w:t>联系电话：____________  日期：______年____月____日</w:t>
      </w:r>
    </w:p>
    <w:p>
      <w:r>
        <w:rPr>
          <w:b/>
        </w:rPr>
        <w:t>特别提示：本模板仅供参考，重大事项建议咨询律师。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