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合伙协议（合伙开店/办企业）</w:t>
      </w:r>
    </w:p>
    <w:p>
      <w:r>
        <w:t>合伙人甲：______________________  身份证号：______________________</w:t>
      </w:r>
    </w:p>
    <w:p>
      <w:r>
        <w:t>住址：______________________  联系电话：______________________</w:t>
      </w:r>
    </w:p>
    <w:p>
      <w:r>
        <w:t>合伙人乙：______________________  身份证号：______________________</w:t>
      </w:r>
    </w:p>
    <w:p>
      <w:r>
        <w:t>住址：______________________  联系电话：______________________</w:t>
      </w:r>
    </w:p>
    <w:p>
      <w:r>
        <w:t>（如有其他合伙人丙、丁，按上列格式补充）</w:t>
      </w:r>
    </w:p>
    <w:p>
      <w:r>
        <w:rPr>
          <w:b/>
          <w:sz w:val="24"/>
        </w:rPr>
        <w:t>根据《中华人民共和国民法典》关于合伙合同的相关规定，上述各合伙人本着自愿、平等、公平、诚实信用的原则，就共同出资经营____________事宜，经协商一致订立本协议。</w:t>
      </w:r>
    </w:p>
    <w:p>
      <w:r>
        <w:rPr>
          <w:b/>
          <w:sz w:val="24"/>
        </w:rPr>
        <w:t>第一条 合伙宗旨与经营范围</w:t>
      </w:r>
    </w:p>
    <w:p>
      <w:r>
        <w:t>1.1 合伙人本着共同经营、共担风险、共享收益的原则，共同经营____________项目（如：餐饮店、便利店、服务部等）。</w:t>
      </w:r>
    </w:p>
    <w:p>
      <w:r>
        <w:t>1.2 经营范围：______________________。经营场所位于：______________________。</w:t>
      </w:r>
    </w:p>
    <w:p>
      <w:r>
        <w:rPr>
          <w:b/>
          <w:sz w:val="24"/>
        </w:rPr>
        <w:t>第二条 出资方式与比例</w:t>
      </w:r>
    </w:p>
    <w:p>
      <w:r>
        <w:t>2.1 合伙人甲以________（货币/实物/技术/劳务）出资，作价人民币________元，占合伙份额____%；</w:t>
      </w:r>
    </w:p>
    <w:p>
      <w:r>
        <w:t>合伙人乙以________出资，作价人民币________元，占合伙份额____%。</w:t>
      </w:r>
    </w:p>
    <w:p>
      <w:r>
        <w:t>2.2 各合伙人应于______年____月____日前将出资足额缴付至合伙共同账户。出资未经全体合伙人一致同意不得抽回。</w:t>
      </w:r>
    </w:p>
    <w:p>
      <w:r>
        <w:rPr>
          <w:b/>
          <w:sz w:val="24"/>
        </w:rPr>
        <w:t>第三条 利润分配与亏损分担</w:t>
      </w:r>
    </w:p>
    <w:p>
      <w:r>
        <w:t>3.1 合伙利润按各合伙人____%、____%的比例分配；合伙亏损亦按相同比例分担。具体分配方案由全体合伙人定期核算后确定。</w:t>
      </w:r>
    </w:p>
    <w:p>
      <w:r>
        <w:t>3.2 合伙企业（经营体）债务，先以合伙财产清偿；合伙财产不足清偿的，由合伙人按上述比例承担。</w:t>
      </w:r>
    </w:p>
    <w:p>
      <w:r>
        <w:rPr>
          <w:b/>
          <w:sz w:val="24"/>
        </w:rPr>
        <w:t>第四条 合伙事务执行</w:t>
      </w:r>
    </w:p>
    <w:p>
      <w:r>
        <w:t>4.1 全体合伙人共同决定合伙重大事务。日常经营由________负责执行，其他合伙人有权监督。</w:t>
      </w:r>
    </w:p>
    <w:p>
      <w:r>
        <w:t>4.2 下列事项须经全体合伙人一致同意：改变经营范围、处分不动产、对外提供担保、吸收新合伙人、大额借款（超过________元）等。</w:t>
      </w:r>
    </w:p>
    <w:p>
      <w:r>
        <w:t>4.3 其他日常经营事项，按出资比例多数表决决定（占份额____%以上同意即可）。表决应做好书面记录，由参会合伙人签字确认。</w:t>
      </w:r>
    </w:p>
    <w:p>
      <w:r>
        <w:rPr>
          <w:b/>
          <w:sz w:val="24"/>
        </w:rPr>
        <w:t>第四条之一 合伙期限</w:t>
      </w:r>
    </w:p>
    <w:p>
      <w:r>
        <w:t>4.4 本合伙经营期限自______年____月____日起至______年____月____日止，共计____年。期满经全体合伙人同意可延长，并另行签订书面协议。</w:t>
      </w:r>
    </w:p>
    <w:p>
      <w:r>
        <w:rPr>
          <w:b/>
          <w:sz w:val="24"/>
        </w:rPr>
        <w:t>第五条 合伙人权利义务</w:t>
      </w:r>
    </w:p>
    <w:p>
      <w:r>
        <w:t>5.1 合伙人有权查阅经营账目，按约定分取利润；应按约定出资、参与经营、保守商业秘密、不得从事损害合伙利益的活动。</w:t>
      </w:r>
    </w:p>
    <w:p>
      <w:r>
        <w:t>5.2 合伙人不得自营或与他人合作经营与本合伙相竞争的业务，除另有约定。</w:t>
      </w:r>
    </w:p>
    <w:p>
      <w:r>
        <w:t>5.3 合伙人退出合伙后____年内，不得在同一区域内利用在合伙期间掌握的客户资源、技术秘密从事与本合伙相竞争的经营活动。合伙人之间应相互信任、相互配合，重大决策透明公开，不得隐瞒经营情况或私下截留营业收入。</w:t>
      </w:r>
    </w:p>
    <w:p>
      <w:r>
        <w:rPr>
          <w:b/>
          <w:sz w:val="24"/>
        </w:rPr>
        <w:t>第六条 入伙与退伙</w:t>
      </w:r>
    </w:p>
    <w:p>
      <w:r>
        <w:t>6.1 新合伙人入伙须经全体合伙人同意，并订立书面入伙协议。新合伙人对入伙前的合伙债务承担连带责任。</w:t>
      </w:r>
    </w:p>
    <w:p>
      <w:r>
        <w:t>6.2 合伙人退伙应提前____日通知其他合伙人，并进行结算。因退伙给其他合伙人造成损失的，应予以赔偿。</w:t>
      </w:r>
    </w:p>
    <w:p>
      <w:r>
        <w:t>6.3 合伙人退伙时，按退伙时合伙经营体的实际财产状况进行结算，退还其财产份额；退伙时合伙有亏损的，退伙人应按比例分担。退伙人对基于其退伙前原因发生的合伙债务，仍承担连带责任。</w:t>
      </w:r>
    </w:p>
    <w:p>
      <w:r>
        <w:rPr>
          <w:b/>
          <w:sz w:val="24"/>
        </w:rPr>
        <w:t>第七条 合伙解散与清算</w:t>
      </w:r>
    </w:p>
    <w:p>
      <w:r>
        <w:t>7.1 合伙期限届满、全体合伙人决定解散、合伙目的无法实现等情形出现时，合伙解散。解散后应进行清算，清偿债务后的剩余财产按出资比例分配。</w:t>
      </w:r>
    </w:p>
    <w:p>
      <w:r>
        <w:rPr>
          <w:b/>
          <w:sz w:val="24"/>
        </w:rPr>
        <w:t>第七条之一 财务管理</w:t>
      </w:r>
    </w:p>
    <w:p>
      <w:r>
        <w:t>7.2 合伙应建立独立账目，指定专人管理财务，所有收支如实记账。重大支出（单笔超过________元）须经全体合伙人同意。每季度向全体合伙人公开一次经营与财务状况。</w:t>
      </w:r>
    </w:p>
    <w:p>
      <w:r>
        <w:t>7.3 合伙人不得将合伙资金挪作私用，不得私自以合伙名义对外借款或担保。违反者应立即归还并赔偿损失。</w:t>
      </w:r>
    </w:p>
    <w:p>
      <w:r>
        <w:rPr>
          <w:b/>
          <w:sz w:val="24"/>
        </w:rPr>
        <w:t>第八条 违约责任</w:t>
      </w:r>
    </w:p>
    <w:p>
      <w:r>
        <w:t>8.1 合伙人未按期足额出资、擅自抽回出资或违反竞业约定的，应向其他合伙人支付违约金人民币________元，并赔偿由此造成的损失。</w:t>
      </w:r>
    </w:p>
    <w:p>
      <w:r>
        <w:rPr>
          <w:b/>
          <w:sz w:val="24"/>
        </w:rPr>
        <w:t>第九条 争议解决</w:t>
      </w:r>
    </w:p>
    <w:p>
      <w:r>
        <w:t>9.1 因本协议发生争议，合伙人应协商解决；协商不成的，向经营场所所在地人民法院提起诉讼。</w:t>
      </w:r>
    </w:p>
    <w:p>
      <w:r>
        <w:t>9.2 合伙期间产生的合同、票据、账簿等资料由执行事务的合伙人妥善保管，保存期限不少于合伙终止后三年，其他合伙人有权随时查阅、复制。</w:t>
      </w:r>
    </w:p>
    <w:p>
      <w:r>
        <w:rPr>
          <w:b/>
          <w:sz w:val="24"/>
        </w:rPr>
        <w:t>第十条之一 退出与清算</w:t>
      </w:r>
    </w:p>
    <w:p>
      <w:r>
        <w:t>10.2 合伙人退出合伙时，应在____日内将其保管的账目、印章、证照、合同及客户资料完整移交给其他合伙人，并配合办理工商变更登记手续，不得私自带走或销毁经营资料。合伙整体解散清算时，应先以合伙财产支付清算费用、所欠职工工资、应缴税款和对外债务，清偿完毕后的剩余财产按各合伙人出资比例分配；合伙财产不足以清偿全部债务的，不足部分由各合伙人按本协议约定的比例以其个人财产承担连带清偿责任。清算结束后，全体合伙人在清算报告上签字确认，并依法办理注销登记。</w:t>
      </w:r>
    </w:p>
    <w:p>
      <w:r>
        <w:rPr>
          <w:b/>
          <w:sz w:val="24"/>
        </w:rPr>
        <w:t>第十条 其他</w:t>
      </w:r>
    </w:p>
    <w:p>
      <w:r>
        <w:t>10.1 本协议未尽事宜，合伙人可另行签订补充协议。本协议一式____份，各合伙人各执一份，自全体合伙人签字之日起生效。</w:t>
      </w:r>
    </w:p>
    <w:p>
      <w:r>
        <w:t>合伙人甲（签字）：________  合伙人乙（签字）：________</w:t>
      </w:r>
    </w:p>
    <w:p>
      <w:r>
        <w:t>签订日期：______年____月____日  签订地点：____________</w:t>
      </w:r>
    </w:p>
    <w:p>
      <w:r>
        <w:rPr>
          <w:b/>
        </w:rPr>
        <w:t>特别提示：本模板仅供参考，重大事项建议咨询律师。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