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服务合同通用模板（含条款说明）</w:t>
      </w:r>
    </w:p>
    <w:p>
      <w:r>
        <w:t>服务合同通用模板（含条款说明）</w:t>
      </w:r>
    </w:p>
    <w:p>
      <w:r>
        <w:t>服务合同：甲方（委托方）：__，乙方（服务方）：__。双方本着平等自愿、诚实信用的原则，就甲方向乙方购买服务事宜达成如下协议：</w:t>
      </w:r>
    </w:p>
    <w:p>
      <w:r>
        <w:t>第一条 服务内容：乙方为甲方提供__服务，具体内容包括：①__；②__；③__。</w:t>
      </w:r>
    </w:p>
    <w:p>
      <w:r>
        <w:t>第二条 服务期限：自__年__月__日起至__年__月__日止。</w:t>
      </w:r>
    </w:p>
    <w:p>
      <w:r>
        <w:t>第三条 服务费用及支付：服务费总额为人民币__元。支付方式：合同签订后__日内支付__%；服务完成验收合格后__日内支付尾款__%。</w:t>
      </w:r>
    </w:p>
    <w:p>
      <w:r>
        <w:t>第四条 服务标准与验收：乙方应按约定的服务标准提供服务；甲方应在收到服务成果后__日内进行验收，逾期未提出异议视为验收合格。</w:t>
      </w:r>
    </w:p>
    <w:p>
      <w:r>
        <w:t>第五条 双方权利义务：甲方应及时提供乙方所需资料和条件；乙方应按时保质完成服务，对服务过程中知悉的甲方商业秘密保密。</w:t>
      </w:r>
    </w:p>
    <w:p>
      <w:r>
        <w:t>第六条 违约责任：一方违约的，应向对方支付合同金额__%的违约金；造成损失的，还应赔偿损失。</w:t>
      </w:r>
    </w:p>
    <w:p>
      <w:r>
        <w:t>第七条 争议解决：协商不成，向甲方所在地人民法院起诉。本合同一式两份，双方各执一份，签字（盖章）生效。甲方（盖章）：__ 乙方（盖章）：__ 日期：__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