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感恩主题演讲稿范文：感恩父母感恩老师（初中生版）</w:t>
      </w:r>
    </w:p>
    <w:p>
      <w:r>
        <w:t>学校感恩教育活动、主题班会要演讲？小编整理了感恩主题演讲稿范文，初中生版，情感真挚又适合比赛。</w:t>
      </w:r>
    </w:p>
    <w:p>
      <w:r>
        <w:t>亮点：①开场引入动人；②事例具体感人；③结尾升华有力。网页是预览版，下载Word完整版可修改。? 免费下载Word完整版（可直接打印编辑）</w:t>
      </w:r>
    </w:p>
    <w:p>
      <w:pPr>
        <w:pStyle w:val="Heading1"/>
      </w:pPr>
      <w:r>
        <w:t>感恩演讲稿（范文）</w:t>
      </w:r>
    </w:p>
    <w:p>
      <w:r>
        <w:t>尊敬的老师、亲爱的同学们：</w:t>
      </w:r>
    </w:p>
    <w:p>
      <w:r>
        <w:t>大家好！今天我演讲的题目是《学会感恩，与爱同行》。</w:t>
      </w:r>
    </w:p>
    <w:p>
      <w:r>
        <w:t>在我们成长的道路上，有太多的人需要我们感谢：父母给了我们生命，老师给了我们知识，朋友给了我们陪伴……</w:t>
      </w:r>
    </w:p>
    <w:p>
      <w:r>
        <w:t>记得有一次，妈妈冒雨来接我放学，把伞全撑在我头顶，自己半边身子都湿了……</w:t>
      </w:r>
    </w:p>
    <w:p>
      <w:r>
        <w:t>感恩不是口号，而是行动：给父母倒一杯水、对老师说一声谢谢、帮助身边有困难的同学……</w:t>
      </w:r>
    </w:p>
    <w:p>
      <w:r>
        <w:t>让我们怀着一颗感恩的心，去生活、去学习、去成长！谢谢大家！完整版见Word。?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