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感恩主题演讲稿范文（感恩父母/老师/同事通用）</w:t>
      </w:r>
    </w:p>
    <w:p>
      <w:r>
        <w:t>感恩主题演讲稿范文（感恩父母/老师/同事通用）</w:t>
      </w:r>
    </w:p>
    <w:p>
      <w:r>
        <w:t>尊敬的各位领导、老师、亲爱的同学们：大家好！今天我演讲的题目是《心怀感恩，与爱同行》。</w:t>
      </w:r>
    </w:p>
    <w:p>
      <w:r>
        <w:t>首先，我要感谢我的父母。从呱呱坠地到长大成人，父母为我们付出了太多太多。是他们用辛勤的汗水换来了我们的衣食无忧，是他们用无私的爱撑起了我们的天空。</w:t>
      </w:r>
    </w:p>
    <w:p>
      <w:r>
        <w:t>其次，我要感谢我的老师。是老师教给我们知识，教会我们做人。三尺讲台，四季耕耘，老师把青春献给了教育事业，把心血倾注在我们身上。</w:t>
      </w:r>
    </w:p>
    <w:p>
      <w:r>
        <w:t>我还要感谢身边的每一个人：感谢同学的陪伴和帮助，感谢朋友的鼓励和支持，感谢所有为我们默默付出的人。</w:t>
      </w:r>
    </w:p>
    <w:p>
      <w:r>
        <w:t>感恩不需要惊天动地，一句谢谢、一个微笑、一次力所能及的帮助，都是感恩。让我们从现在做起，心怀感恩，与爱同行！</w:t>
      </w:r>
    </w:p>
    <w:p>
      <w:r>
        <w:t>我的演讲完毕，谢谢大家！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