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高中化学必修一知识点归纳：物质的量、离子反应、氧化还原</w:t>
      </w:r>
    </w:p>
    <w:p>
      <w:r>
        <w:t>高一化学是高中化学的基石，物质的量、离子反应、氧化还原三大板块更是重中之重！小编把必修一核心知识点全部归纳整理。</w:t>
      </w:r>
    </w:p>
    <w:p>
      <w:r>
        <w:t>亮点：①公式和概念表格化；②每个知识点配典型例题；③标注易错点。网页是预览版，下载Word完整版可打印背诵。? 免费下载Word完整版（可直接打印编辑）</w:t>
      </w:r>
    </w:p>
    <w:p>
      <w:pPr>
        <w:pStyle w:val="Heading1"/>
      </w:pPr>
      <w:r>
        <w:t>一、物质的量</w:t>
      </w:r>
    </w:p>
    <w:p>
      <w:r>
        <w:t>1. 物质的量（n）单位mol，1mol粒子数=6.02×10²³（阿伏伽德罗常数NA）</w:t>
      </w:r>
    </w:p>
    <w:p>
      <w:r>
        <w:t>2. 摩尔质量：M=m/n，单位g/mol，数值上等于相对分子（原子）质量</w:t>
      </w:r>
    </w:p>
    <w:p>
      <w:r>
        <w:t>3. 气体摩尔体积：Vm=V/n，标况下（0℃、101kPa）Vm=22.4L/mol</w:t>
      </w:r>
    </w:p>
    <w:p>
      <w:r>
        <w:t>4. 物质的量浓度：c=n/V，单位mol/L</w:t>
      </w:r>
    </w:p>
    <w:p>
      <w:r>
        <w:t>⚠️易错点：22.4L/mol只适用于标准状况下的气体。</w:t>
      </w:r>
    </w:p>
    <w:p>
      <w:pPr>
        <w:pStyle w:val="Heading1"/>
      </w:pPr>
      <w:r>
        <w:t>二、离子反应</w:t>
      </w:r>
    </w:p>
    <w:p>
      <w:r>
        <w:t>1. 电解质与非电解质：在水溶液或熔融状态下能导电的化合物</w:t>
      </w:r>
    </w:p>
    <w:p>
      <w:r>
        <w:t>2. 离子方程式书写四步：写、拆、删、查</w:t>
      </w:r>
    </w:p>
    <w:p>
      <w:r>
        <w:t>3. 常见强电解质：强酸（HCl、H₂SO₄、HNO₃）、强碱（NaOH、KOH）、大部分盐</w:t>
      </w:r>
    </w:p>
    <w:p>
      <w:r>
        <w:t>⚠️易错点：微溶物、单质、气体、氧化物、水不能拆成离子。</w:t>
      </w:r>
    </w:p>
    <w:p>
      <w:pPr>
        <w:pStyle w:val="Heading1"/>
      </w:pPr>
      <w:r>
        <w:t>三、氧化还原反应</w:t>
      </w:r>
    </w:p>
    <w:p>
      <w:r>
        <w:t>1. 升失氧（还原剂被氧化）、降得还（氧化剂被还原）</w:t>
      </w:r>
    </w:p>
    <w:p>
      <w:r>
        <w:t>2. 双线桥法标电子转移</w:t>
      </w:r>
    </w:p>
    <w:p>
      <w:r>
        <w:t>3. 常见氧化剂：KMnO₄、浓H₂SO₄、HNO₃、Cl₂</w:t>
      </w:r>
    </w:p>
    <w:p>
      <w:r>
        <w:t>4. 常见还原剂：金属单质、H₂、C、CO</w:t>
      </w:r>
    </w:p>
    <w:p>
      <w:r>
        <w:t>完整例题解析见Word版。?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