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高中英语必修一重点语法汇总：时态、定语从句、非谓语（含例句）</w:t>
      </w:r>
    </w:p>
    <w:p>
      <w:r>
        <w:t>高一英语期中考试，最头疼的就是语法！小编把必修一最常考的三块语法——时态语态、定语从句、非谓语动词——全部整理成体系，每个知识点配例句，直接背就行。</w:t>
      </w:r>
    </w:p>
    <w:p>
      <w:r>
        <w:t>亮点：①语法规则表格化，一眼看懂；②每个语法配3-5个真题例句；③标注了高考高频考点。网页是预览版，下载Word完整版可打印背诵。? 免费下载Word完整版（可直接打印编辑）</w:t>
      </w:r>
    </w:p>
    <w:p>
      <w:pPr>
        <w:pStyle w:val="Heading1"/>
      </w:pPr>
      <w:r>
        <w:t>一、时态语态核心表格</w:t>
      </w:r>
    </w:p>
    <w:p>
      <w:r>
        <w:t>一般现在时：do/does（表习惯、真理）</w:t>
      </w:r>
    </w:p>
    <w:p>
      <w:r>
        <w:t>一般过去时：did（表过去动作）</w:t>
      </w:r>
    </w:p>
    <w:p>
      <w:r>
        <w:t>现在完成时：have/has done（强调影响，如I have finished my homework）</w:t>
      </w:r>
    </w:p>
    <w:p>
      <w:r>
        <w:t>过去完成时：had done（过去的过去）</w:t>
      </w:r>
    </w:p>
    <w:p>
      <w:r>
        <w:t>一般将来时：will do / be going to do</w:t>
      </w:r>
    </w:p>
    <w:p>
      <w:r>
        <w:t>⚠️注意：since、for引导时间常配完成时。</w:t>
      </w:r>
    </w:p>
    <w:p>
      <w:pPr>
        <w:pStyle w:val="Heading1"/>
      </w:pPr>
      <w:r>
        <w:t>二、定语从句</w:t>
      </w:r>
    </w:p>
    <w:p>
      <w:r>
        <w:t>关系代词：who（人，主）、whom（人，宾）、which（物）、that（人/物）、whose（所属）</w:t>
      </w:r>
    </w:p>
    <w:p>
      <w:r>
        <w:t>关系副词：when（时间）、where（地点）、why（原因）</w:t>
      </w:r>
    </w:p>
    <w:p>
      <w:r>
        <w:t>例句：The girl who is singing is my sister. / This is the book that I bought yesterday.</w:t>
      </w:r>
    </w:p>
    <w:p>
      <w:r>
        <w:t>⚠️注意：介词后不能用that，要用which/whom。</w:t>
      </w:r>
    </w:p>
    <w:p>
      <w:pPr>
        <w:pStyle w:val="Heading1"/>
      </w:pPr>
      <w:r>
        <w:t>三、非谓语动词</w:t>
      </w:r>
    </w:p>
    <w:p>
      <w:r>
        <w:t>doing：表主动/进行（I enjoy reading）</w:t>
      </w:r>
    </w:p>
    <w:p>
      <w:r>
        <w:t>done：表被动/完成（The book written by him is popular）</w:t>
      </w:r>
    </w:p>
    <w:p>
      <w:r>
        <w:t>to do：表目的/将来（I want to go home）</w:t>
      </w:r>
    </w:p>
    <w:p>
      <w:r>
        <w:t>⚠️注意：固定搭配：look forward to doing, be used to doing。? 更多例句和专项练习题在Word完整版中，建议打印后每天早读背10分钟。? 免费下载Word完整版（可直接打印编辑）本文由「老百姓办事指南」整理，资料供学习参考，可下载Word版打印使用。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