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高中数学必修一函数知识点总结（定义域值域单调性奇偶性）</w:t>
      </w:r>
    </w:p>
    <w:p>
      <w:r>
        <w:t>函数是高中数学的“灵魂”！小编把高中数学必修一函数章节的核心知识点全部总结出来，覆盖函数概念、定义域值域、单调性、奇偶性、指数函数与对数函数。</w:t>
      </w:r>
    </w:p>
    <w:p>
      <w:r>
        <w:t>亮点：①概念表格化，一目了然；②单调性奇偶性判断步骤详细；③指数对数公式大全；④每块配2-3道典型例题。网页是预览版，下载Word完整版可打印背诵。? 免费下载Word完整版（可直接打印编辑）</w:t>
      </w:r>
    </w:p>
    <w:p>
      <w:pPr>
        <w:pStyle w:val="Heading1"/>
      </w:pPr>
      <w:r>
        <w:t>一、函数的概念</w:t>
      </w:r>
    </w:p>
    <w:p>
      <w:r>
        <w:t>1. 函数的定义：非空数集A到B的映射，每个x都有唯一y对应</w:t>
      </w:r>
    </w:p>
    <w:p>
      <w:r>
        <w:t>2. 三要素：定义域、值域、对应关系</w:t>
      </w:r>
    </w:p>
    <w:p>
      <w:r>
        <w:t>3. 求定义域常见类型：分式分母≠0；偶次根号下≥0；对数真数&gt;0</w:t>
      </w:r>
    </w:p>
    <w:p>
      <w:r>
        <w:t>4. 求值域方法：观察法、配方法、分离常数法、判别式法</w:t>
      </w:r>
    </w:p>
    <w:p>
      <w:pPr>
        <w:pStyle w:val="Heading1"/>
      </w:pPr>
      <w:r>
        <w:t>二、单调性与奇偶性</w:t>
      </w:r>
    </w:p>
    <w:p>
      <w:r>
        <w:t>单调性：任取x₁&lt;x₂，若f(x₁)f(x₂)则减函数（定义法判断三步：取值、作差变形、定号）</w:t>
      </w:r>
    </w:p>
    <w:p>
      <w:r>
        <w:t>奇偶性：f(-x)=f(x)为偶函数（图像关于y轴对称）；f(-x)=-f(x)为奇函数（图像关于原点对称）；判断前提：定义域关于原点对称。</w:t>
      </w:r>
    </w:p>
    <w:p>
      <w:pPr>
        <w:pStyle w:val="Heading1"/>
      </w:pPr>
      <w:r>
        <w:t>三、指数函数与对数函数</w:t>
      </w:r>
    </w:p>
    <w:p>
      <w:r>
        <w:t>指数运算法则：a^m·a^n=a^(m+n)；a^m÷a^n=a^(m-n)；(a^m)^n=a^(mn)</w:t>
      </w:r>
    </w:p>
    <w:p>
      <w:r>
        <w:t>对数运算法则：log_a(MN)=log_aM+log_aN；log_a(M/N)=log_aM-log_aN；log_aM^n=nlog_aM</w:t>
      </w:r>
    </w:p>
    <w:p>
      <w:r>
        <w:t>换底公式：log_a b = log_c b / log_c a</w:t>
      </w:r>
    </w:p>
    <w:p>
      <w:r>
        <w:t>典型例题与完整解析见Word版。?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