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高中物理必修一知识点总结：运动学+力学核心公式</w:t>
      </w:r>
    </w:p>
    <w:p>
      <w:r>
        <w:t>高一物理期中考试，运动学和力学是绝对重点！小编把必修一核心公式和知识点整理成清单，考前过一遍。</w:t>
      </w:r>
    </w:p>
    <w:p>
      <w:r>
        <w:t>亮点：①公式表；②图像法解题技巧；③易错概念辨析。网页是预览版，下载Word完整版可打印。? 免费下载Word完整版（可直接打印编辑）</w:t>
      </w:r>
    </w:p>
    <w:p>
      <w:pPr>
        <w:pStyle w:val="Heading1"/>
      </w:pPr>
      <w:r>
        <w:t>核心公式</w:t>
      </w:r>
    </w:p>
    <w:p>
      <w:r>
        <w:t>匀变速直线运动：v=v0+at；x=v0t+½at²；v²-v0²=2ax</w:t>
      </w:r>
    </w:p>
    <w:p>
      <w:r>
        <w:t>自由落体：v=gt；h=½gt²</w:t>
      </w:r>
    </w:p>
    <w:p>
      <w:r>
        <w:t>重力：G=mg；弹力：F=kx；摩擦力：f=μN</w:t>
      </w:r>
    </w:p>
    <w:p>
      <w:r>
        <w:t>牛顿第二定律：F=ma</w:t>
      </w:r>
    </w:p>
    <w:p>
      <w:r>
        <w:t>图像法、易错题见Word版。?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