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高中英语必修二核心单词与短语汇总（分单元）</w:t>
      </w:r>
    </w:p>
    <w:p>
      <w:r>
        <w:t>背单词是英语学习的基本功！小编把高中英语必修二的核心单词和短语按单元整理成表，重点词标星号，附记忆方法。</w:t>
      </w:r>
    </w:p>
    <w:p>
      <w:r>
        <w:t>亮点：①按单元分类方便同步复习；②高频考点短语单独标注；③附联想记忆法。网页是预览版，下载Word完整版可打印背诵。? 免费下载Word完整版（可直接打印编辑）</w:t>
      </w:r>
    </w:p>
    <w:p>
      <w:pPr>
        <w:pStyle w:val="Heading1"/>
      </w:pPr>
      <w:r>
        <w:t>Unit 1 重点词汇</w:t>
      </w:r>
    </w:p>
    <w:p>
      <w:r>
        <w:t>cultural(文化的)、relic(遗迹)、rare(稀有的)、valuable(贵重的)、survive(幸存)、receive(收到)、amazing(令人惊奇的)、entrance(入口)</w:t>
      </w:r>
    </w:p>
    <w:p>
      <w:r>
        <w:t>高频短语：in search of(寻找)、belong to(属于)、take part in(参加)……</w:t>
      </w:r>
    </w:p>
    <w:p>
      <w:pPr>
        <w:pStyle w:val="Heading1"/>
      </w:pPr>
      <w:r>
        <w:t>Unit 2 重点词汇</w:t>
      </w:r>
    </w:p>
    <w:p>
      <w:r>
        <w:t>ancient(古代的)、compete(竞争)、medal(奖牌)、athlete(运动员)、event(项目)、gymnastics(体操)、stadium(体育场)</w:t>
      </w:r>
    </w:p>
    <w:p>
      <w:r>
        <w:t>高频短语：take part in(参加)、stand for(代表)、as well as(也)……</w:t>
      </w:r>
    </w:p>
    <w:p>
      <w:pPr>
        <w:pStyle w:val="Heading1"/>
      </w:pPr>
      <w:r>
        <w:t>Unit 3 重点词汇</w:t>
      </w:r>
    </w:p>
    <w:p>
      <w:r>
        <w:t>calculate(计算)、universal(普遍的)、simplify(简化)、solve(解决)、explore(探索)、anyhow(无论如何)</w:t>
      </w:r>
    </w:p>
    <w:p>
      <w:r>
        <w:t>高频短语：from then on(从那时起)、even though(即使)……? 记忆方法：每天背一个单元的单词，晚上复习；用“词根词缀”记忆法效率更高。完整单元单词表见Word版。?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