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高中语文文言文实词120个汇总（含例句+解释）</w:t>
      </w:r>
    </w:p>
    <w:p>
      <w:r>
        <w:t>文言实词是高考语文的必考点！小编把高考文言文高频实词120个全部整理出来，每个实词附常见义项和教材原句例句，方便理解记忆。</w:t>
      </w:r>
    </w:p>
    <w:p>
      <w:r>
        <w:t>亮点：①按考纲整理的120个高频实词；②一词多义用表格呈现；③例句全部来自教材经典课文；④附记忆口诀。网页是预览版，下载Word完整版可打印背诵。? 免费下载Word完整版（可直接打印编辑）</w:t>
      </w:r>
    </w:p>
    <w:p>
      <w:pPr>
        <w:pStyle w:val="Heading1"/>
      </w:pPr>
      <w:r>
        <w:t>一、爱、安、被、倍、本</w:t>
      </w:r>
    </w:p>
    <w:p>
      <w:r>
        <w:t>1. 爱：①喜爱《爱莲说》“可爱者甚蕃”；②爱护《左传》“爱其子，择师而教之”</w:t>
      </w:r>
    </w:p>
    <w:p>
      <w:r>
        <w:t>2. 安：①安稳《茅屋为秋风所破歌》“风雨不动安如山”；②怎么《陈涉世家》“燕雀安知鸿鹄之志哉”</w:t>
      </w:r>
    </w:p>
    <w:p>
      <w:r>
        <w:t>3. 被：①通“披”，穿《陈涉世家》“被坚执锐”；②遭受《屈原列传》“信而见疑，忠而被谤”</w:t>
      </w:r>
    </w:p>
    <w:p>
      <w:r>
        <w:t>4. 本：①根本《谏太宗十思疏》“求木之长者，必固其根本”；②本来《愚公移山》“本在冀州之南”</w:t>
      </w:r>
    </w:p>
    <w:p>
      <w:pPr>
        <w:pStyle w:val="Heading1"/>
      </w:pPr>
      <w:r>
        <w:t>二、病、察、朝、曾、乘</w:t>
      </w:r>
    </w:p>
    <w:p>
      <w:r>
        <w:t>1. 病：①疾病《扁鹊见蔡桓公》；②困苦《捕蛇者说》“向吾不为斯役，则久已病矣”</w:t>
      </w:r>
    </w:p>
    <w:p>
      <w:r>
        <w:t>2. 察：①细看《石钟山记》“徐而察之”；②明察《出师表》“察纳雅言”</w:t>
      </w:r>
    </w:p>
    <w:p>
      <w:r>
        <w:t>3. 朝：①早晨《早发白帝城》“朝辞白帝彩云间”；②朝见《邹忌讽齐王纳谏》“皆朝于齐”</w:t>
      </w:r>
    </w:p>
    <w:p>
      <w:r>
        <w:t>4. 乘：①乘车《曹刿论战》“公与之乘”；②趁《过秦论》“乘胜逐北”</w:t>
      </w:r>
    </w:p>
    <w:p>
      <w:r>
        <w:t>完整120个实词见Word版。? 免费下载Word完整版（可直接打印编辑）本文由「老百姓办事指南」整理，资料供学习参考，可下载Word版打印使用。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